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neljäkymmentäkaksi</w:t>
      </w:r>
    </w:p>
    <w:p>
      <w:pPr>
        <w:pStyle w:val="ArticleSubtitle"/>
        <w:jc w:val="left"/>
      </w:pPr>
      <w:r>
        <w:rPr>
          <w:rFonts w:ascii="Arial" w:hAnsi="Arial" w:eastAsia="Arial" w:cs="Arial"/>
        </w:rPr>
        <w:t>Petoeläimen kuvan muodostuminen: profeetallinen matka paljastettuna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Jumalan kansalle annettu suuri koetus, joka heidän on läpäistävä ennen kuin heidät sinetöidään, on pedon kuvan muodostuminen. Tuo muodostuminen tapahtuu 11. syyskuuta 2001 alkaen aina sunnuntailakiin saakka Yhdysvalloissa. Tuo profeetallinen ajanjakso edustaa sadanneljänkymmenenneljän tuhannen sinetöimisen aikaa sekä ajanjaksoa, jolloin jokainen raamatullinen näky löytää täydellisen täyttymyksensä. Tuona ajanjaksona todellinen protestanttinen sarvi puhdistetaan ja heijastaa iankaikkisesti Kristuksen kuvaa, sillä Kristus on protestantti.</w:t>
      </w:r>
    </w:p>
    <w:p>
      <w:pPr>
        <w:pStyle w:val="ArticleScripture"/>
        <w:jc w:val="left"/>
      </w:pPr>
      <w:r>
        <w:rPr>
          <w:rFonts w:ascii="Times New Roman" w:hAnsi="Times New Roman" w:eastAsia="Times New Roman" w:cs="Times New Roman"/>
        </w:rPr>
        <w:t>”Kristus oli protestantti. Hän protestoi juutalaisen kansan muodollista jumalanpalvelusta vastaan, sillä he hylkäsivät Jumalan neuvon itseänsä vastaan. Hän sanoi heille, että he opettivat oppeina ihmisten käskyjä ja että he olivat teeskentelijöitä ja ulkokullattuja. Kalkittujen hautojen tavoin he olivat ulkoa kauniita, mutta sisältä täynnä saastaisuutta ja turmelusta. Uskonpuhdistajat ulottuvat ajallisesti takaisin Kristukseen ja apostoleihin. He tulivat ulos ja erottautuivat muotojen ja menojen uskonnosta. Luther ja hänen seuraajansa eivät keksineet reformoitua uskontoa. He yksinkertaisesti omaksuivat sen sellaisena kuin Kristus ja apostolit sen esittivät. Raamattu annetaan meille riittävänä oppaana; mutta paavi ja hänen työtoverinsa poistavat sen kansan ulottuvilta ikään kuin se olisi kirous, koska se paljastaa heidän teeskentelynsä ja nuhtelee heidän epäjumalanpalvelustaan.” Review and Herald, 1. kesäkuuta 1886.</w:t>
      </w:r>
    </w:p>
    <w:p>
      <w:pPr>
        <w:pStyle w:val="ArticleBody"/>
        <w:jc w:val="left"/>
      </w:pPr>
      <w:r>
        <w:rPr>
          <w:rFonts w:ascii="Times New Roman" w:hAnsi="Times New Roman" w:eastAsia="Times New Roman" w:cs="Times New Roman"/>
        </w:rPr>
        <w:t>Sinetöimisen aikana protestanttinen sarvi puhdistetaan ja perataan. Samana ajanjaksona luopio republikaaninen sarvi yhtyy luopioihin protestantteihin muodostaen näin vallan sarven, joka on kirkon ja valtion yhdistelmä. Maan pedon kaksi sarvea ovat silloin pedon kuva ja Kristuksen kuva. Luopumuksen sarvi on turmeltuneen kirkon ja turmeltuneen valtion kaksinainen suhde, ja vanhurskauden sarvi on jumaluuden ja ihmisyyden kaksinainen suhde.</w:t>
      </w:r>
    </w:p>
    <w:p>
      <w:pPr>
        <w:pStyle w:val="ArticleBody"/>
        <w:jc w:val="left"/>
      </w:pPr>
      <w:r>
        <w:rPr>
          <w:rFonts w:ascii="Times New Roman" w:hAnsi="Times New Roman" w:eastAsia="Times New Roman" w:cs="Times New Roman"/>
        </w:rPr>
        <w:t>Pedon kuva muodostetaan sen jälkeen maailmassa, ja se on kaksinainen peto, jota edustaa valtio (Yhdistyneet kansakunnat), joka on hyväksynyt maan pedon luopuneen protestantismin sen kymmenpäisenä johtavana päänä. Tämän pedon päällä nainen, joka on porttojen äiti, hallitsee kymmenen kuninkaan petoa. Peto, jonka päällä hän ratsastaa, on kirkon ja valtion yhdistelmä, kuten Herodeksen hengellinen, sukurutsainen haureus Herodiaan tyttären Salomen kanssa sitä kuvaa. Ja myös pedon yli hallitsevan naisen suhde on kirkon ja valtion yhdistelmä, jossa Rooman porton laiton suhde maailmanlaajuisen pedon muodostaviin kuninkaisiin, jotka edustavat Yhdistyneitä kansakuntia, tulee kuvatuksi. Pedon kuvassa, joka pakotetaan koko maailman päälle, jokainen kansakunta tulee olemaan osallisena; kaikki turmeltuneet vallat liittyvät yhteen.</w:t>
      </w:r>
    </w:p>
    <w:p>
      <w:pPr>
        <w:pStyle w:val="ArticleScripture"/>
        <w:jc w:val="left"/>
      </w:pPr>
      <w:r>
        <w:rPr>
          <w:rFonts w:ascii="Times New Roman" w:hAnsi="Times New Roman" w:eastAsia="Times New Roman" w:cs="Times New Roman"/>
        </w:rPr>
        <w:t>”Ilmestys 17:13–14 lainattuna. ’Näillä on yksi mieli.’ On oleva yleismaailmallinen yhdysside, yksi suuri yksimielisyys, Saatanan joukkojen liittoutuma. ’Ja antavat voimansa ja valtansa pedolle.’ Näin ilmenee sama mielivaltainen, sortava valta uskonnonvapautta vastaan, vapautta palvoa Jumalaa omantunnon vaatimusten mukaan, kuin se, joka ilmeni paavinvallassa, kun se menneisyydessä vainosi niitä, jotka uskalsivat kieltäytyä mukautumasta roomalaiskatolisuuden uskonnollisiin menoihin ja seremonioihin.</w:t>
      </w:r>
    </w:p>
    <w:p>
      <w:pPr>
        <w:pStyle w:val="ArticleScripture"/>
        <w:jc w:val="left"/>
      </w:pPr>
      <w:r>
        <w:rPr>
          <w:rFonts w:ascii="Times New Roman" w:hAnsi="Times New Roman" w:eastAsia="Times New Roman" w:cs="Times New Roman"/>
        </w:rPr>
        <w:t>”Viimeisinä päivinä käytävässä sodankäynnissä yhdistyvät Jumalan kansaa vastaan kaikki ne turmeltuneet vallat, jotka ovat luopuneet uskollisuudesta Jehovan laille. Tässä sodankäynnissä neljännen käskyn sapatti on oleva suuri kiistakysymys; sillä sapattikäskyssä suuri Lainantaja ilmaisee itsensä taivaan ja maan Luojaksi.” The Seventh-day Adventist Bible Commentary, volyymi 8, 983.</w:t>
      </w:r>
    </w:p>
    <w:p>
      <w:pPr>
        <w:pStyle w:val="ArticleBody"/>
        <w:jc w:val="left"/>
      </w:pPr>
      <w:r>
        <w:rPr>
          <w:rFonts w:ascii="Times New Roman" w:hAnsi="Times New Roman" w:eastAsia="Times New Roman" w:cs="Times New Roman"/>
        </w:rPr>
        <w:t>Se seikka, että maailmanlaajuiseen pedon kuvaan liittyvä kapina on ”yleismaailmallinen” ja edustaa ”kaikkia niitä turmeltuneita valtoja, jotka ovat luopuneet uskollisuudesta Jehovan laille”, osoittaa, että pedon kuvan muodostuminen Yhdysvalloissa merkitsee kaikkien niiden turmeltuneiden valtojen yhdistymistä, jotka ovat luopuneet. Yhdysvaltain protestantit luopuivat uskosta torjuessaan ensimmäisen enkelin sanoman vuonna 1844, ja laodikealainen adventismi luopui vuonna 1863. Luopioprotestanttisuus ja laodikealainen adventismi muodostavat ”yhdyssiteen” republikaanisuuden sarven sisällä olevien poliittisten ryhmittymien kanssa, jotka väärä profeetta viettelee luopumaan puolesta valtakuntaansa.</w:t>
      </w:r>
    </w:p>
    <w:p>
      <w:pPr>
        <w:pStyle w:val="ArticleBody"/>
        <w:jc w:val="left"/>
      </w:pPr>
      <w:r>
        <w:rPr>
          <w:rFonts w:ascii="Times New Roman" w:hAnsi="Times New Roman" w:eastAsia="Times New Roman" w:cs="Times New Roman"/>
        </w:rPr>
        <w:t>Petoa koskevassa maailmanlaajuisessa kuvassa väärä profeetta pettää maan. Yhdysvaltojen sisällä olevassa pedon kuvassa väärän profeetan, joka saa aikaan epäpyhän mutta yhtenäisen ”Saatanan joukkojen liittouman”, täytyy niin ikään olla ”väärä profeetta”. Petoa koskeva maailmanlaajuinen kuva on kaksiosainen, mutta se on myös kolmiliitto. Tuo lohikäärmeen, pedon ja väärän profeetan muodostama kolmiliitto johdattaa maailman Harmagedoniin. Pedon kuvassa, joka ensin muodostetaan Yhdysvaltojen sisällä, täytyy olla kolmiliitto, joka on myös peto, joka on kaksiosainen. Molemmissa pedon kuvissa kaksiosainen luonne on kirkon ja valtion yhdistelmä, jossa kirkko hallitsee tätä suhdetta.</w:t>
      </w:r>
    </w:p>
    <w:p>
      <w:pPr>
        <w:pStyle w:val="ArticleBody"/>
        <w:jc w:val="left"/>
      </w:pPr>
      <w:r>
        <w:rPr>
          <w:rFonts w:ascii="Times New Roman" w:hAnsi="Times New Roman" w:eastAsia="Times New Roman" w:cs="Times New Roman"/>
        </w:rPr>
        <w:t>Kolmiosaisen liiton täytyy ilmetä pedon kummassakin kuvassa, mutta Ilmestyskirjassa on kaksi lohikäärmeen, pedon ja väärän profeetan ilmenemismuotoa. Pedon maailmanlaajuisen kuvan kolmiosainen rakenne muodostuu spiritismistä (lohikäärme), katolilaisuudesta (peto) ja luopioprotestantismista (väärä profeetta). Jokaisella noista kolmesta ei ole ainoastaan uskonnollinen ulottuvuus (spiritismi, katolilaisuus ja luopioprotestantismi), vaan niillä on myös poliittinen ulottuvuus. Lohikäärme (sosialismi sen erilaisissa muodoissa), peto (monarkia) ja väärä profeetta (alkaa tasavaltana, päättyy demokratiana).</w:t>
      </w:r>
    </w:p>
    <w:p>
      <w:pPr>
        <w:pStyle w:val="ArticleBody"/>
        <w:jc w:val="left"/>
      </w:pPr>
      <w:r>
        <w:rPr>
          <w:rFonts w:ascii="Times New Roman" w:hAnsi="Times New Roman" w:eastAsia="Times New Roman" w:cs="Times New Roman"/>
        </w:rPr>
        <w:t>Yhdysvalloissa muodostuva kolminkertainen liitto pakotetaan kokoon (petetään) väärän profeetan toimesta, samoin kuin maailmanlaajuinen pedon kuva. Ilmestyskirjassa on toinenkin kolminkertainen liitto, joka tunnistetaan kolmesta luopiovallasta, jotka nousevat syvyydestä. Katolisuus nousee syvyydestä luvussa seitsemäntoista, ja se on syvyydestä nousevan kolminkertaisen liiton peto.</w:t>
      </w:r>
    </w:p>
    <w:p>
      <w:pPr>
        <w:pStyle w:val="ArticleScripture"/>
        <w:jc w:val="left"/>
      </w:pPr>
      <w:r>
        <w:rPr>
          <w:rFonts w:ascii="Times New Roman" w:hAnsi="Times New Roman" w:eastAsia="Times New Roman" w:cs="Times New Roman"/>
        </w:rPr>
        <w:t>Peto, jonka sinä näit, oli, eikä ole, ja on nouseva syvyydestä ja menevä kadotukseen; ja ne maan päällä asuvaiset ihmettelevät, joiden nimiä ei ole kirjoitettu elämän kirjaan maailman perustamisesta asti, kun he näkevät pedon, joka oli, eikä ole, ja kuitenkin on. Ilmestys 17:8.</w:t>
      </w:r>
    </w:p>
    <w:p>
      <w:pPr>
        <w:pStyle w:val="ArticleBody"/>
        <w:jc w:val="left"/>
      </w:pPr>
      <w:r>
        <w:rPr>
          <w:rFonts w:ascii="Times New Roman" w:hAnsi="Times New Roman" w:eastAsia="Times New Roman" w:cs="Times New Roman"/>
        </w:rPr>
        <w:t>Ateismin lohikäärmevalta nousee esiin syvyydestä luvussa yksitoista.</w:t>
      </w:r>
    </w:p>
    <w:p>
      <w:pPr>
        <w:pStyle w:val="ArticleScripture"/>
        <w:jc w:val="left"/>
      </w:pPr>
      <w:r>
        <w:rPr>
          <w:rFonts w:ascii="Times New Roman" w:hAnsi="Times New Roman" w:eastAsia="Times New Roman" w:cs="Times New Roman"/>
        </w:rPr>
        <w:t>Ja kun he ovat päättäneet todistuksensa, peto, joka nousee syvyydestä, käy sotaa heitä vastaan, voittaa heidät ja tappaa heidät. Ilmestys 11:7.</w:t>
      </w:r>
    </w:p>
    <w:p>
      <w:pPr>
        <w:pStyle w:val="ArticleBody"/>
        <w:jc w:val="left"/>
      </w:pPr>
      <w:r>
        <w:rPr>
          <w:rFonts w:ascii="Times New Roman" w:hAnsi="Times New Roman" w:eastAsia="Times New Roman" w:cs="Times New Roman"/>
        </w:rPr>
        <w:t>Islamin väärä profeetta nousee pohjattomasta syvyydestä yhdeksännessä luvussa.</w:t>
      </w:r>
    </w:p>
    <w:p>
      <w:pPr>
        <w:pStyle w:val="ArticleScripture"/>
        <w:jc w:val="left"/>
      </w:pPr>
      <w:r>
        <w:rPr>
          <w:rFonts w:ascii="Times New Roman" w:hAnsi="Times New Roman" w:eastAsia="Times New Roman" w:cs="Times New Roman"/>
        </w:rPr>
        <w:t>Ja viides enkeli puhalsi pasuunaan, ja minä näin tähden pudonneen taivaasta maan päälle; ja sille annettiin syvyyden kaivon avain. Ja se avasi syvyyden kaivon; ja kaivosta nousi savu niin kuin suuren pätsin savu, ja aurinko ja ilma pimenivät kaivon savusta. Ja savusta tuli maan päälle heinäsirkkoja, ja niille annettiin valta, niin kuin maan skorpioneilla on valta. Ilmestys 9:1–3.</w:t>
      </w:r>
    </w:p>
    <w:p>
      <w:pPr>
        <w:pStyle w:val="ArticleBody"/>
        <w:jc w:val="left"/>
      </w:pPr>
      <w:r>
        <w:rPr>
          <w:rFonts w:ascii="Times New Roman" w:hAnsi="Times New Roman" w:eastAsia="Times New Roman" w:cs="Times New Roman"/>
        </w:rPr>
        <w:t>Tähti, joka putosi taivaasta ja avasi syvyyden kuilun, oli väärä profeetta Muhammed, ja kun hän avasi kuilun, hän toi islamiin kuuluvat soturit, jotka esitetään ”heinäsirkkoina”, viimeisten päivien profeetalliseen kertomukseen. Syvyyden kuilun kolminkertaisessa liitossa on lohikäärme (ateismi), peto (katolilaisuus) ja väärä profeetta (islam). Pedon maailmanlaajuisessa kuvassa väärä profeetta on luopio protestantismi. Tuo väärä profeetta eksyttää koko maailman Salomen viettelevän tanssin kautta, tai Baalin profeettojen tanssin kautta Karmelinvuorella. Ilmestyskirjan kolmattatoista lukua koskevassa esityksessä se eksyttää maailman niillä ihmeillä, joita se tekee pedon nähden. Nuo petoksen vertauskuvalliset esitykset kuvaavat taloudellisen kiristyksen ja sotilaallisen mahdin voimaa.</w:t>
      </w:r>
    </w:p>
    <w:p>
      <w:pPr>
        <w:pStyle w:val="ArticleScripture"/>
        <w:jc w:val="left"/>
      </w:pPr>
      <w:r>
        <w:rPr>
          <w:rFonts w:ascii="Times New Roman" w:hAnsi="Times New Roman" w:eastAsia="Times New Roman" w:cs="Times New Roman"/>
        </w:rPr>
        <w:t>Ja se tekee suuria ihmeitä, niin että saa tulenkin lankeamaan taivaasta maahan ihmisten nähden, ja villitsee maan päällä asuvaiset niillä ihmeillä, joita sen sallittiin tehdä pedon nähden; sanoen maan päällä asuvaisille, että heidän tuli tehdä kuva pedolle, jolla oli miekanhaava ja joka virkosi eloon. Ja sille annettiin valta antaa henki pedon kuvalle, niin että pedon kuva sekä puhuisi että saisi aikaan, että ne, jotka eivät kumartaisi pedon kuvaa, tapettaisiin. Ja se saattaa kaikki, pienet ja suuret, rikkaat ja köyhät, vapaat ja orjat, panemaan merkin oikeaan käteensä tai otsaansa, niin ettei kukaan voisi ostaa eikä myydä muu kuin se, jossa on merkki: pedon nimi tai sen nimen luku. Ilmestys 13:13–17.</w:t>
      </w:r>
    </w:p>
    <w:p>
      <w:pPr>
        <w:pStyle w:val="ArticleBody"/>
        <w:jc w:val="left"/>
      </w:pPr>
      <w:r>
        <w:rPr>
          <w:rFonts w:ascii="Times New Roman" w:hAnsi="Times New Roman" w:eastAsia="Times New Roman" w:cs="Times New Roman"/>
        </w:rPr>
        <w:t>Väärän profeetan yhteyteen liitetty eksytys ja ihmeet edustavat tosiasiassa sitä voimaa, jonka saavat aikaan talous (ettei kukaan voisi ostaa eikä myydä) ja sotilaallinen mahti (on tapettava). Raamatun väärä islamin profeetta edustaa islamin toimintaa kansojen vihoittamisessa ja ahdistamisessa. He toteuttavat kansojen vihoittamisen ja ahdistamisen työnsä sodankäynnin kautta, ja Raamattu osoittaa, että heidän sodankäyntinsä puolestaan synnyttää taloudellisen katastrofin. Islamin sodankäynti ja siitä seuraava taloudellinen romahdus on se kysymys, joka yhdistää Yhdysvalloissa ”kaikki turmeltuneet vallat, jotka ovat luopuneet uskollisuudesta Jehovan laille”.</w:t>
      </w:r>
    </w:p>
    <w:p>
      <w:pPr>
        <w:pStyle w:val="ArticleBody"/>
        <w:jc w:val="left"/>
      </w:pPr>
      <w:r>
        <w:rPr>
          <w:rFonts w:ascii="Times New Roman" w:hAnsi="Times New Roman" w:eastAsia="Times New Roman" w:cs="Times New Roman"/>
        </w:rPr>
        <w:t>Ristillä saddukeukset ja fariseukset luopuivat täydellisesti ”uskollisuudestaan Jehovan laille”, kun he liittyivät yhteen ristiinnaulitakseen todellisen protestanttisen sarven. Hylätessään Kristuksen he valitsivat Barabbaan, joka edustaa väärää Kristusta. ”Bar” merkitsee poikaa, ja ”Abba” merkitsee isää. Barabbas merkitsee ”Isän Poikaa”. Kristus oli suurin kaikista profeetoista, ja Barabbas oli väärän profeetan vertauskuva.</w:t>
      </w:r>
    </w:p>
    <w:p>
      <w:pPr>
        <w:pStyle w:val="ArticleBody"/>
        <w:jc w:val="left"/>
      </w:pPr>
      <w:r>
        <w:rPr>
          <w:rFonts w:ascii="Times New Roman" w:hAnsi="Times New Roman" w:eastAsia="Times New Roman" w:cs="Times New Roman"/>
        </w:rPr>
        <w:t>Sinetöimisen aikana, jolloin sata neljäkymmentäneljätuhatta sinetöidään, maan pedon kaksi sarvea saapuvat lopullisen profeetallisen ilmenemisensä pisteeseen. Toinen edustaa Kristuksen kuvaa, toinen pedon kuvaa. Siinä historiassa, jossa nämä kaksi sarvea ilmentävät itseään, luopunut protestantismi aloitti matkansa kohti pian tulevaa sunnuntailakia Patriot Actin myötä vuonna 2001. Tuo tienviitta on linjassa Itsenäisyysjulistuksen kanssa, joka alkupuolellaan puhui niin kuin karitsa, sillä se ilmaisi protestantismin vastalauseen kuninkaallista valtaa ja paavillista hallintoa vastaan. Se tienviitta, jonka kanssa se on linjassa loppupuolellaan (Patriot Act), ilmaisee protestantismin tukahduttamisen.</w:t>
      </w:r>
    </w:p>
    <w:p>
      <w:pPr>
        <w:pStyle w:val="ArticleBody"/>
        <w:jc w:val="left"/>
      </w:pPr>
      <w:r>
        <w:rPr>
          <w:rFonts w:ascii="Times New Roman" w:hAnsi="Times New Roman" w:eastAsia="Times New Roman" w:cs="Times New Roman"/>
        </w:rPr>
        <w:t>Toinen tienviitta kahden sarven matkalla sinetöimisen aikana kuvattiin alussa perustuslailla, joka kodifioi näiden kahden vallan erottamisen, mikä on maasta nousevan pedon vahvuus. Tämä tienviitta saavutti rinnakkaiskohtansa lopussa 6. tammikuuta 2021 pidettyjen kuulemisten ”Kangaroo Court” -menettelyssä, jossa perustuslain perustavanlaatuiset oikeudet sivuutettiin poliittisen tarkoituksenmukaisuuden vuoksi.</w:t>
      </w:r>
    </w:p>
    <w:p>
      <w:pPr>
        <w:pStyle w:val="ArticleBody"/>
        <w:jc w:val="left"/>
      </w:pPr>
      <w:r>
        <w:rPr>
          <w:rFonts w:ascii="Times New Roman" w:hAnsi="Times New Roman" w:eastAsia="Times New Roman" w:cs="Times New Roman"/>
        </w:rPr>
        <w:t>Kaksisarvisen päätösmatkassa viimeinen tienviitta on pian tuleva sunnuntailaki, jota sen alussa esikuvasi Alien and Sedition Acts. Näin ollen alkavien historioiden kolme tienviittaa osoittivat siirtymisen Karitsan edustamasta itsenäisyydestä ja vapaudesta (1776), joka on ainoa tapa olla todella vapaa, lohikäärmeen orjuuteen (1798).</w:t>
      </w:r>
    </w:p>
    <w:p>
      <w:pPr>
        <w:pStyle w:val="ArticleBody"/>
        <w:jc w:val="left"/>
      </w:pPr>
      <w:r>
        <w:rPr>
          <w:rFonts w:ascii="Times New Roman" w:hAnsi="Times New Roman" w:eastAsia="Times New Roman" w:cs="Times New Roman"/>
        </w:rPr>
        <w:t>Sinetöimisen ajan kolme tienviittaa osoittavat maapetona tunnetun väärän profeetan viimeisen matkan. Tuo matka päättyy Jerusalemiin, kun lippumerkki kohotetaan ja kun monet silloin sanovat: ”Tulkaa, nouskaamme Herran vuorelle, Jaakobin Jumalan temppeliin, että hän opettaisi meille teitänsä ja me vaeltaisimme hänen polkujansa; sillä Siionista lähtee laki, Jerusalemista Herran sana.”</w:t>
      </w:r>
    </w:p>
    <w:p>
      <w:pPr>
        <w:pStyle w:val="ArticleBody"/>
        <w:jc w:val="left"/>
      </w:pPr>
      <w:r>
        <w:rPr>
          <w:rFonts w:ascii="Times New Roman" w:hAnsi="Times New Roman" w:eastAsia="Times New Roman" w:cs="Times New Roman"/>
        </w:rPr>
        <w:t>Maapetoon viimeinen kolmivaiheinen matka on väärän profeetan matka hänen kulkiessaan kohti Jerusalemia. Kun Tosi Profeetta tuli ja astui Jerusalemiin, Hän teki sen ratsastaen aasilla. Maapeto ratsastaa myös “aasilla” Jerusalemiin, sillä vääränä profeettana (maapetona) häntä edustaa Bileam. Tavoitellessaan mainetta ja rikkautta Bileam kääntyi pois kutsumuksesta olla tosi profeetta ja ”luopui uskollisuudesta Jehovan laille”. Hän päätti osallistua Jumalan kansan kiroamiseen, aivan niin kuin Yhdysvallat tulee tekemään pian tulevan sunnuntailain yhteydessä.</w:t>
      </w:r>
    </w:p>
    <w:p>
      <w:pPr>
        <w:pStyle w:val="ArticleBody"/>
        <w:jc w:val="left"/>
      </w:pPr>
      <w:r>
        <w:rPr>
          <w:rFonts w:ascii="Times New Roman" w:hAnsi="Times New Roman" w:eastAsia="Times New Roman" w:cs="Times New Roman"/>
        </w:rPr>
        <w:t>Bileamin matka suoritettiin ratsastaen aasilla, ja hänen matkansa aikana todetaan kolme kertaa, että Bileamin aasi tuotti Bileamille murhetta. Ensimmäisellä kerralla aasi poikkesi tieltä.</w:t>
      </w:r>
    </w:p>
    <w:p>
      <w:pPr>
        <w:pStyle w:val="ArticleScripture"/>
        <w:jc w:val="left"/>
      </w:pPr>
      <w:r>
        <w:rPr>
          <w:rFonts w:ascii="Times New Roman" w:hAnsi="Times New Roman" w:eastAsia="Times New Roman" w:cs="Times New Roman"/>
        </w:rPr>
        <w:t>Ja aasi näki Herran enkelin seisovan tiellä miekka paljastettuna kädessään; ja aasi poikkesi tieltä ja meni pellolle. Silloin Bileam löi aasii palauttaakseen sen tielle. 4. Moos. 22:23.</w:t>
      </w:r>
    </w:p>
    <w:p>
      <w:pPr>
        <w:pStyle w:val="ArticleBody"/>
        <w:jc w:val="left"/>
      </w:pPr>
      <w:r>
        <w:rPr>
          <w:rFonts w:ascii="Times New Roman" w:hAnsi="Times New Roman" w:eastAsia="Times New Roman" w:cs="Times New Roman"/>
        </w:rPr>
        <w:t>11. syyskuuta 2001 kolmannen voihuuton islam, Raamatun profetian villi arabialainen aasi, käänsi Bileamin pois tieltä, sillä kun New Yorkin suuret rakennukset sortuivat, se oli kansojen ja seurakunnan historian ”käännekohta”. Tiellä seisova enkeli oli se väkevä enkeli, joka silloin laskeutui valaisemaan maan kirkkaudellaan. Aasi aiheuttaisi jälleen Bileamille murhetta.</w:t>
      </w:r>
    </w:p>
    <w:p>
      <w:pPr>
        <w:pStyle w:val="ArticleScripture"/>
        <w:jc w:val="left"/>
      </w:pPr>
      <w:r>
        <w:rPr>
          <w:rFonts w:ascii="Times New Roman" w:hAnsi="Times New Roman" w:eastAsia="Times New Roman" w:cs="Times New Roman"/>
        </w:rPr>
        <w:t>Mutta Herran enkeli asettui seisomaan viinitarhojen väliselle polulle, niin että muuri oli tällä puolella ja muuri tuolla puolella. Ja kun aasintamma näki Herran enkelin, se painautui muuria vasten ja puristi Bileamin jalan muuria vasten; ja hän löi sitä jälleen. 4. Moos. 22:24, 25.</w:t>
      </w:r>
    </w:p>
    <w:p>
      <w:pPr>
        <w:pStyle w:val="ArticleBody"/>
        <w:jc w:val="left"/>
      </w:pPr>
      <w:r>
        <w:rPr>
          <w:rFonts w:ascii="Times New Roman" w:hAnsi="Times New Roman" w:eastAsia="Times New Roman" w:cs="Times New Roman"/>
        </w:rPr>
        <w:t>Syyskuun 11. päivän 2001 jälkeen Jumalan kansan tuli laulaa viinitarhan laulun sanoma (Jesaja, luku 27), jossa Bileam parhaillaan on, niin että ”muuri” on tällä puolella ja ”muuri” tuolla puolella. Yhdysvaltain etelärajan muuri on se kysymys, joka edeltää ”kirkon ja valtion välisen erottavan muurin” lankeemusta kolmannella ja viimeisellä tienviitalla. Etelärajan ”muurin” kysymyksessä Bileamin ”jalka” murskautuu, kun maahanmuutosta käynnistyvä sisäinen sota alkaa jakaa maapetoa kahdeksi vastakkaiseksi puolueeksi ennen sisällissodan toistumista.</w:t>
      </w:r>
    </w:p>
    <w:p>
      <w:pPr>
        <w:pStyle w:val="ArticleBody"/>
        <w:jc w:val="left"/>
      </w:pPr>
      <w:r>
        <w:rPr>
          <w:rFonts w:ascii="Times New Roman" w:hAnsi="Times New Roman" w:eastAsia="Times New Roman" w:cs="Times New Roman"/>
        </w:rPr>
        <w:t>Kahden muurin välinen historia on se historia, jota edustaa perustuslain tienviitta vuosista 1789–1798 ja joka esikuvallisesti kuvasi vuoden 2015 historiaa, jolloin Trump ilmoitti presidentinvirkaa koskevasta vaalikampanjastaan painottaen teemaa ”muurin rakentamisesta”, siihen saakka, kunnes pian tuleva sunnuntailaki poistaa kirkon ja valtion välisen erottavan muurin.</w:t>
      </w:r>
    </w:p>
    <w:p>
      <w:pPr>
        <w:pStyle w:val="ArticleBody"/>
        <w:jc w:val="left"/>
      </w:pPr>
      <w:r>
        <w:rPr>
          <w:rFonts w:ascii="Times New Roman" w:hAnsi="Times New Roman" w:eastAsia="Times New Roman" w:cs="Times New Roman"/>
        </w:rPr>
        <w:t>Syyskuun 11. päivän 2001 jälkeen maapeto, jota Bileam edustaa, alkoi jakaantua. Bileamin kahden seinän jakautuminen merkitsee kahden luokan erottumista maapedon kummankin sarven sisällä; tätä edustavat Trumpin valinta vuonna 2016, kahden todistajan kuolema vuonna 2020, Pelosin tammikuun 6. päivän 2021 oikeudenkäynnit, kahden todistajan elpyminen vuonna 2023 sekä se, että aasi rampautti Bileamin 7. lokakuuta 2023.</w:t>
      </w:r>
    </w:p>
    <w:p>
      <w:pPr>
        <w:pStyle w:val="ArticleBody"/>
        <w:jc w:val="left"/>
      </w:pPr>
      <w:r>
        <w:rPr>
          <w:rFonts w:ascii="Times New Roman" w:hAnsi="Times New Roman" w:eastAsia="Times New Roman" w:cs="Times New Roman"/>
        </w:rPr>
        <w:t>Bileamin matkan viimeinen tienviitta on silloin, kun aasi ”puhuu”, ja se on pian tulevan sunnuntailain kohdalla, jolloin Yhdysvallat puhuu lohikäärmeen tavoin, jolloin Ilmestyskirjan kahdeksantoista luvun enkeli puhuu toisen kerran ja jolloin Habakukin viipynyt näky puhuu. Näky, joka viipyi, oli kolmannen voi-huudon islamia koskeva näky, ja se puhuu villiaasin tavoin villien tekojensa kautta pian tulevan sunnuntailain aikana.</w:t>
      </w:r>
    </w:p>
    <w:p>
      <w:pPr>
        <w:pStyle w:val="ArticleScripture"/>
        <w:jc w:val="left"/>
      </w:pPr>
      <w:r>
        <w:rPr>
          <w:rFonts w:ascii="Times New Roman" w:hAnsi="Times New Roman" w:eastAsia="Times New Roman" w:cs="Times New Roman"/>
        </w:rPr>
        <w:t>Ja Herran enkeli meni edelleen ja asettui ahtaaseen paikkaan, jossa ei ollut tietä väistyä oikealle eikä vasemmalle. Ja kun aasintamma näki Herran enkelin, se laskeutui maahan Bileamin alle; silloin Bileamin viha syttyi, ja hän löi aasintammaa sauvalla. Niin Herra avasi aasintamman suun, ja se sanoi Bileamille: Mitä minä olen sinulle tehnyt, että olet lyönyt minua nämä kolme kertaa? Ja Bileam sanoi aasintammalle: Koska olet tehnyt minusta pilkkaa; jospa kädessäni olisi miekka, sillä nyt tappaisin sinut. Ja aasintamma sanoi Bileamille: Enkö minä ole sinun aasintammasi, jonka selässä olet ratsastanut siitä asti, kun minusta tulit omistajani, tähän päivään saakka? Olenko minä koskaan ollut tottunut tekemään näin sinulle? Ja hän sanoi: En. Silloin Herra avasi Bileamin silmät, ja hän näki Herran enkelin seisovan tiellä, miekka paljastettuna hänen kädessään; ja hän kumarsi päänsä ja heittäytyi kasvoilleen maahan. 4. Moos. 22:26–31.</w:t>
      </w:r>
    </w:p>
    <w:p>
      <w:pPr>
        <w:pStyle w:val="ArticleBody"/>
        <w:jc w:val="left"/>
      </w:pPr>
      <w:r>
        <w:rPr>
          <w:rFonts w:ascii="Times New Roman" w:hAnsi="Times New Roman" w:eastAsia="Times New Roman" w:cs="Times New Roman"/>
        </w:rPr>
        <w:t>Yhdysvallat on se väärä profeetta, joka eksyttää maailman pystyttämään pedon kuvan maailmanlaajuisesti. Sinä ajanjaksona, joka on pedon kuvan muodostumisen aikaa Yhdysvaltojen sisällä, Yhdysvaltoja kantaa väärä profeetta, jota edustaa Bileamin aasi. Väärä profeetta sadan neljänkymmenenneljän tuhannen sinetöimisen aikana, joka pakottaa kaikki nuo turmeltuneet vallat Yhdysvalloissa liittymään yhteen kirkon ja valtion suhteeseen, on kolmannen voi-huudon islam.</w:t>
      </w:r>
    </w:p>
    <w:p>
      <w:pPr>
        <w:pStyle w:val="ArticleBody"/>
        <w:jc w:val="left"/>
      </w:pPr>
      <w:r>
        <w:rPr>
          <w:rFonts w:ascii="Times New Roman" w:hAnsi="Times New Roman" w:eastAsia="Times New Roman" w:cs="Times New Roman"/>
        </w:rPr>
        <w:t>Se toteuttaa työnsä sodankäynnin kautta sekä sen sodankäynnin aiheuttaman taloudellisen romahduksen kautta. Nämä kaksi ominaisuutta ovat samoja voimia, joita Yhdysvaltojen väärä profeetta käyttää pakottaakseen koko maailman, kun se toistaa sen työn, jonka pohjattoman syvyyden väärä profeetta teki Yhdysvalloissa.</w:t>
      </w:r>
    </w:p>
    <w:p>
      <w:pPr>
        <w:pStyle w:val="ArticleBody"/>
        <w:jc w:val="left"/>
      </w:pPr>
      <w:r>
        <w:rPr>
          <w:rFonts w:ascii="Times New Roman" w:hAnsi="Times New Roman" w:eastAsia="Times New Roman" w:cs="Times New Roman"/>
        </w:rPr>
        <w:t>Yhdysvallat on nyt muurikysymyksen (maahanmuutto) välissä, joka oli vuoden 1798 Alien and Sedition Acts -lakien ydin, ja sen kirkon ja valtion erottavan muurin välissä, joka poistetaan täydellisesti pian tulevan sunnuntailain myötä. Yhdysvallat on jo taloudellisesti rampautunut, sillä sen valtionvelka on korjauskelvoton. Lohikäärmevalta pitää tällä hetkellä yllä väärää taloudellista ennustetta, mutta se on valhe, joka väittää, että vaurautta tuotetaan painokoneella; mutta loppujen lopuksi lohikäärme on Raamatun profetian valehtelija. Hän levittää valhettaan Hitlerin kuuluisan propagandakoneiston nykyaikaisen vastineen kautta ja tarjoaa siten perusteet sille, että Alien and Sedition Acts -lakien neljäs osatekijä toistetaan, sillä se antoi presidentille valtuudet sulkea mikä tahansa tiedotusväline, joka vastusti hänen ajatuksiaan.</w:t>
      </w:r>
    </w:p>
    <w:p>
      <w:pPr>
        <w:pStyle w:val="ArticleBody"/>
        <w:jc w:val="left"/>
      </w:pPr>
      <w:r>
        <w:rPr>
          <w:rFonts w:ascii="Times New Roman" w:hAnsi="Times New Roman" w:eastAsia="Times New Roman" w:cs="Times New Roman"/>
        </w:rPr>
        <w:t>Jeesus havainnollistaa aina jonkin asian lopun jonkin asian alulla. Pedon kuvalla Yhdysvalloissa täytyy olla samat profeetalliset ominaispiirteet kuin maailmanlaajuisella pedon kuvalla, ja sillä onkin, mutta se eksytys, joka synnyttää turmeltuneen liiton maapetona olevan väärän profeetan sisällä, on islamin väärä profeetta. Sekä Bileam että aasi ovat väärien profeettojen vertauskuvia. Sadan neljänkymmenenneljän tuhannen sinetöimisen historia on kolmen syvyyden kuilun vallan historia. Syvyyden kuilusta nouseva islam on 11. syyskuuta 2001:n ensimmäinen tienviitta. Syvyyden kuilun ateismi nousee surmaamaan kaksi todistajaa vuonna 2020, ja syvyyden kuilun katolisuus nousee kuolemastaan pian tulevan sunnuntailain yhteydessä.</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”Maailma ei ole paranemassa. Pahat ihmiset ja villitsijät menevät yhä pahemmiksi, eksyttäen ja eksyen. Hylätessään Jumalan Pojan, ainoan tosi Jumalan ruumiillistuman, jossa ilmenivät hyvyys, armo ja väsymätön rakkaus ja jonka sydän aina heltyi inhimillisen kurjuuden edessä, ja valitessaan hänen sijaansa murhaajan juutalaiset osoittivat, mitä ihmisluonto voi tehdä ja tulee tekemään, kun Jumalan Hengen pidättävä voima poistetaan ja ihmiset ovat luopion vallan alaisina. Ne, jotka valitsevat Saatanan hallitsijakseen, ilmaisevat valitsemansa isännän hengen.</w:t>
      </w:r>
    </w:p>
    <w:p>
      <w:pPr>
        <w:pStyle w:val="ArticleScripture"/>
        <w:jc w:val="left"/>
      </w:pPr>
      <w:r>
        <w:rPr>
          <w:rFonts w:ascii="Times New Roman" w:hAnsi="Times New Roman" w:eastAsia="Times New Roman" w:cs="Times New Roman"/>
        </w:rPr>
        <w:t>”Maailma ei parane ennen kuin Jumala lähtee sijaltansa rankaisemaan sitä sen vääryydestä. Silloin maa paljastaa verensä eikä enää peitä surmattujaan. Kristus varoitti opetuslapsiaan: ’Katsokaa, ettei kukaan teitä eksytä. Sillä monta tulee minun nimessäni sanoen: Minä olen Kristus; ja he eksyttävät monta. Ja te saatte kuulla sodista ja sanomia sodista; katsokaa, ettette peljästy, sillä kaiken tämän täytyy tapahtua, mutta loppu ei ole vielä. Sillä kansa nousee kansaa vastaan ja valtakunta valtakuntaa vastaan, ja tulee nälänhätää ja ruttoa ja maanjäristyksiä monin paikoin. Mutta kaikki tämä on synnytystuskien alkua. Silloin teidät annetaan vaivattaviksi, ja teitä tapetaan, ja te joudutte kaikkien kansojen vihattaviksi minun nimeni tähden. Ja silloin monet loukkaantuvat ja antavat toisensa alttiiksi ja vihaavat toisianne. Ja monta väärää profeettaa nousee, ja he eksyttävät monta. Ja sentähden että laittomuus pääsee valtaan, kylmenee useimpien rakkaus. Mutta joka vahvana pysyy loppuun asti, se pelastuu.’”</w:t>
      </w:r>
    </w:p>
    <w:p>
      <w:pPr>
        <w:pStyle w:val="ArticleScripture"/>
        <w:jc w:val="left"/>
      </w:pPr>
      <w:r>
        <w:rPr>
          <w:rFonts w:ascii="Times New Roman" w:hAnsi="Times New Roman" w:eastAsia="Times New Roman" w:cs="Times New Roman"/>
        </w:rPr>
        <w:t>”Kun Kristus oli tämän maan päällä, maailma valitsi mieluummin Barabbaan. Ja tänä päivänä maailma ja kirkot tekevät saman valinnan. Kristuksen kavaltamisen, hylkäämisen ja ristiinnaulitsemisen kohtaukset on esitetty uudelleen, ja ne tullaan jälleen esittämään uudelleen valtavassa mittakaavassa. Ihmiset täyttyvät vihollisen ominaisuuksista, ja hänen eksytyksillään on oleva heidän keskuudessaan suuri voima. Juuri siinä määrin kuin valo torjutaan, syntyy väärinkäsitystä ja harhakäsitystä. Ne, jotka hylkäävät Kristuksen ja valitsevat Barabbaan, toimivat turmiollisen petoksen vallassa. Vääristely ja väärä todistus kasvavat avoimeksi kapinaksi. Jos silmä on paha, koko ruumis on oleva täynnä pimeyttä. Ne, jotka kiinnittävät kiintymyksensä kehenkään muuhun johtajaan kuin Kristukseen, joutuvat lumouksen valtaan, joka hallitsee ruumista, sielua ja henkeä ja on niin lumoava, että sen vaikutuksesta sielut kääntyvät pois kuulemasta totuutta uskoakseen valheen. Heidät kiedotaan pauloihin ja vangitaan, ja jokaisella teollaan he huutavat: Päästä meille Barabbas, mutta ristiinnaulitse Kristus.</w:t>
      </w:r>
    </w:p>
    <w:p>
      <w:pPr>
        <w:pStyle w:val="ArticleScripture"/>
        <w:jc w:val="left"/>
      </w:pPr>
      <w:r>
        <w:rPr>
          <w:rFonts w:ascii="Times New Roman" w:hAnsi="Times New Roman" w:eastAsia="Times New Roman" w:cs="Times New Roman"/>
        </w:rPr>
        <w:t>”Juuri nyt tätä päätöstä tehdään. Ristillä toteutuneet kohtaukset toteutuvat uudelleen. Niissä kirkoissa, jotka ovat luopuneet totuudesta ja vanhurskaudesta, paljastuu, mihin ihmisluonto kykenee ja mitä se tekee, kun Jumalan rakkaus ei ole sielussa pysyvä periaate. Meidän ei tarvitse hämmästyä mistään, mitä nyt saattaa tapahtua. Meidän ei tarvitse kauhistella mitään kauhun ilmenemismuotoja. Niillä, jotka epäpyhin jaloin polkevat Jumalan lakia, on sama henki kuin niillä miehillä, jotka häpäisivät ja kavalsivat Jeesuksen. Ilman mitään omantunnon tuskaa he tekevät isänsä, perkeleen, tekoja. He esittävät kysymyksen, joka tuli Juudaksen kavaltavilta huulilta: Mitä annatte minulle, jos kavallan teille Jeesuksen, Kristuksen? Jo nyt Kristusta kavalletaan hänen pyhiensä persoonassa.” Review and Herald, 30. tammikuuta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neljäkymmentäkaksi</dc:title>
  <dc:subject>Petoeläimen kuvan muodostuminen: profeetallinen matka paljastettuna</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