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neljäkymmentäkuusi</w:t>
      </w:r>
    </w:p>
    <w:p>
      <w:pPr>
        <w:pStyle w:val="ArticleSubtitle"/>
        <w:jc w:val="left"/>
      </w:pPr>
      <w:r>
        <w:rPr>
          <w:rFonts w:ascii="Arial" w:hAnsi="Arial" w:eastAsia="Arial" w:cs="Arial"/>
        </w:rPr>
        <w:t>Profetaallisten säikeiden avaaminen: viimeinen presidentti, diktatuuri ja lähestyvä sunnuntailaki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Olemme parhaillaan tunnistamassa sitä profeetallista ympäristöä, joka vallitsee silloin, kun Yhdysvaltojen viimeinen presidentti saa itsevaltaisen hallitsijan vallan siinä historiallisessa kehityksessä, joka johtaa pian tulevaan sunnuntailakiin. Mitään ei tapahdu tyhjiössä, ja maan pedon kansalaiset ovat arvioissaan Trumpista varsin tasapuolisesti jakautuneet. Ne, jotka suhtautuvat myötämielisesti hänen näkemykseensä, voivat helposti nähdä, miksi hänen on puhdistettava suo ja miksi se on käytännössä mahdotonta ilman, että Trump omaksuu diktaattorin roolin. Voimakkaimpia diktaattoreita ovat ne, joiden pyrkimysten tueksi suuri osa väestöstä asettuu. Ennen Hitlerin valtaannousua leipälimpun ostamiseen tarvittiin kottikärryllinen käteistä.</w:t>
      </w:r>
    </w:p>
    <w:p>
      <w:pPr>
        <w:pStyle w:val="ArticleBody"/>
        <w:jc w:val="left"/>
      </w:pPr>
      <w:r>
        <w:rPr>
          <w:rFonts w:ascii="Times New Roman" w:hAnsi="Times New Roman" w:eastAsia="Times New Roman" w:cs="Times New Roman"/>
        </w:rPr>
        <w:t>Hitler käänsi asian toisinpäin, ja vaikka saksalaiset eivät halua tunnustaa suurta osaa tuosta historiasta, Hitlerillä oli laajamittaista kannatusta hänen toiminnalleen. Yhdysvaltoja ja koko maailmaa kohtaavat kysymykset synnyttävät erottelun kansalaisten välille, ja rajalinjoja vedetään nyt. Aika vallankumoussodasta vuoteen 1798 asti edustaa valmistautumisen ajanjaksoa, joka vastaa niiden sadan neljänkymmenen neljän tuhannen sinetöimisen aikaa. Patriot Act merkitsi vallankumoussodan hengellisen toisinnon alkua. Jeesus havainnollistaa aina lopun alulla, ja maan peto alkoi vallankumoussodalla, samoin se päättyy sellaiseen. Ensimmäinen oli kirjaimellinen, viimeinen on hengellinen.</w:t>
      </w:r>
    </w:p>
    <w:p>
      <w:pPr>
        <w:pStyle w:val="ArticleBody"/>
        <w:jc w:val="left"/>
      </w:pPr>
      <w:r>
        <w:rPr>
          <w:rFonts w:ascii="Times New Roman" w:hAnsi="Times New Roman" w:eastAsia="Times New Roman" w:cs="Times New Roman"/>
        </w:rPr>
        <w:t>Yhdysvaltain sisällissota oli kirjaimellinen, ja se on määrä toistua viimeisinä päivinä. Se merkitsi ensimmäisen republikaanisen presidentin esiintuloa, ja hän on esikuva viimeisestä republikaanisesta presidentistä. Republikaaninen puolue syntyi orjuuden vastaisena puolueena vastustaakseen demokraattien kauan vakiintunutta orjuuden puolesta olevaa puoluetta. Tuo poliittinen kiista synnytti sisällissodan sekä Lincolnin presidenttikauden. Sen vuoksi on mahdotonta erottaa ensimmäistä republikaanista presidenttiä sisällissodasta, joten viimeinen republikaaninen presidentti perii välittömänä enteenä sisällissodalle johtavan tilanteen. Jeesus käytti luonnollista maailmaa havainnollistaakseen hengellistä maailmaa. Lohikäärmeen puolueella on isänään valheen isä, ja demokraattisen puolueen tunnusmerkki on valheellisuus. Klassinen esimerkki tästä taktiikasta on heidän väitteensä, että he ovat vähemmistöjä kohtaan myötämielinen puolue.</w:t>
      </w:r>
    </w:p>
    <w:p>
      <w:pPr>
        <w:pStyle w:val="ArticleScripture"/>
        <w:jc w:val="left"/>
      </w:pPr>
      <w:r>
        <w:rPr>
          <w:rFonts w:ascii="Times New Roman" w:hAnsi="Times New Roman" w:eastAsia="Times New Roman" w:cs="Times New Roman"/>
        </w:rPr>
        <w:t>Kavahtakaa vääriä profeettoja, jotka tulevat teidän luoksenne lampaan vaatteissa, mutta sisältä he ovat raatelevia susia. Heidät te tunnette heidän hedelmistään. Kootaanko orjantappuroista viinirypäleitä tai ohdakkeista viikunoita? Samoin jokainen hyvä puu tuottaa hyvää hedelmää, mutta huono puu tuottaa pahaa hedelmää. Hyvä puu ei voi tuottaa pahaa hedelmää, eikä huono puu voi tuottaa hyvää hedelmää. Jokainen puu, joka ei tuota hyvää hedelmää, hakataan maahan ja heitetään tuleen. Sentähden te tunnette heidät heidän hedelmistään. Matteus 7:15–20.</w:t>
      </w:r>
    </w:p>
    <w:p>
      <w:pPr>
        <w:pStyle w:val="ArticleBody"/>
        <w:jc w:val="left"/>
      </w:pPr>
      <w:r>
        <w:rPr>
          <w:rFonts w:ascii="Times New Roman" w:hAnsi="Times New Roman" w:eastAsia="Times New Roman" w:cs="Times New Roman"/>
        </w:rPr>
        <w:t>Puun juuret määräävät, millaista hedelmää se kantaa, ja demokraattisen puolueen juuret ovat sen orjuutta kannattavassa kannassa. Republikaanisen puolueen juuret ovat sen orjuuden vastaisessa kannassa.</w:t>
      </w:r>
    </w:p>
    <w:p>
      <w:pPr>
        <w:pStyle w:val="ArticleScripture"/>
        <w:jc w:val="left"/>
      </w:pPr>
      <w:r>
        <w:rPr>
          <w:rFonts w:ascii="Times New Roman" w:hAnsi="Times New Roman" w:eastAsia="Times New Roman" w:cs="Times New Roman"/>
        </w:rPr>
        <w:t>Vanhurskas sinä olet, Herra, kun minä käyn oikeutta sinun kanssasi; kuitenkin tahdon puhua sinun kanssasi sinun tuomioistasi: Miksi jumalattomien tie menestyy? miksi kaikki ne ovat onnellisia, jotka toimivat sangen uskottomasti? Sinä olet istuttanut heidät, ja he ovat juurtuneet; he kasvavat, ja he kantavat hedelmää; sinä olet lähellä heidän suutaan, mutta kaukana heidän sisimmästään. Jeremia 12:1, 2.</w:t>
      </w:r>
    </w:p>
    <w:p>
      <w:pPr>
        <w:pStyle w:val="ArticleBody"/>
        <w:jc w:val="left"/>
      </w:pPr>
      <w:r>
        <w:rPr>
          <w:rFonts w:ascii="Times New Roman" w:hAnsi="Times New Roman" w:eastAsia="Times New Roman" w:cs="Times New Roman"/>
        </w:rPr>
        <w:t>Tuleva sisällissota asetetaan siihen yhteyteen, että ne ”rahan miehet”, kuten sisar White heitä nimittää, hallitsevat markkinapaikkaa voidakseen korjata kansakuntien rikkaudet, samalla kun he polkevat köyhiä jalkoihinsa.</w:t>
      </w:r>
    </w:p>
    <w:p>
      <w:pPr>
        <w:pStyle w:val="ArticleScripture"/>
        <w:jc w:val="left"/>
      </w:pPr>
      <w:r>
        <w:rPr>
          <w:rFonts w:ascii="Times New Roman" w:hAnsi="Times New Roman" w:eastAsia="Times New Roman" w:cs="Times New Roman"/>
        </w:rPr>
        <w:t>”Intiassa, Kiinassa, Venäjällä ja Amerikan kaupungeissa tuhannet miehet ja naiset kuolevat nälkään. Rahavallat, koska heillä on valta, hallitsevat markkinoita. He ostavat alhaiseen hintaan kaiken, mitä voivat saada, ja myyvät sitten huomattavasti korotetuilla hinnoilla. Tämä merkitsee köyhemmille luokille nälkää ja johtaa sisällissotaan.” Manuscript Releases, osa 5, 305.</w:t>
      </w:r>
    </w:p>
    <w:p>
      <w:pPr>
        <w:pStyle w:val="ArticleBody"/>
        <w:jc w:val="left"/>
      </w:pPr>
      <w:r>
        <w:rPr>
          <w:rFonts w:ascii="Times New Roman" w:hAnsi="Times New Roman" w:eastAsia="Times New Roman" w:cs="Times New Roman"/>
        </w:rPr>
        <w:t>Lincolnin historian sisällissota oli kirjaimellinen ja koski kirjaimellista orjuuttamista. Lohikäärmeen innoittamat globalistit synnyttävät viimeisinä päivinä sisällissodan, joka perustuu heidän pyrkimyksiinsä hävittää keskiluokka ja jättää jäljelle vain ylenpalttisen rikkaat eliitit ja äärimmäisen köyhät maaorjat. Juuri keskiluokka säilyttää yhteiskunnallisen, taloudellisen ja uskonnollisen vapauden, ja kun se poistetaan, ei ole enää mitään puskuria feodalismin toimeenpanon estämiseksi. Ranskan vallankumouksen tärkein saavutus oli, että se lopetti feodalismin järjestelmän, jota globalistit nyt pyrkivät palauttamaan poistamalla keskiluokan. Globalistien suunnitelma perustuu suurelta osin siihen, että keskiluokka tulvitaan laittomilla maahanmuuttajilla, mikä vähentää taloudellista tuotantoa, alentaa palkkoja ja laajentaa valtiollista hyvinvointijärjestelmää.</w:t>
      </w:r>
    </w:p>
    <w:p>
      <w:pPr>
        <w:pStyle w:val="ArticleBody"/>
        <w:jc w:val="left"/>
      </w:pPr>
      <w:r>
        <w:rPr>
          <w:rFonts w:ascii="Times New Roman" w:hAnsi="Times New Roman" w:eastAsia="Times New Roman" w:cs="Times New Roman"/>
        </w:rPr>
        <w:t>Toista maailmansotaa edeltäneinä vuosina, suuren laman aikana, roomalaiskatolinen pappi isä Charles Coughlin saavutti kuuluisuutta radiolähetystensä kautta, jotka tavoittivat miljoonia kuulijoita eri puolilla maata. Hänen radiolähetystensä vaikutus vastasi lähimenneisyydessä Rush Limbaughin vaikutusta. Coughlin käytti radioalustaansa käsitelläkseen laajaa aihepiiriä, mukaan lukien politiikkaa, taloutta ja yhteiskunnallisia kysymyksiä. Aluksi hän tuki presidentti Franklin D. Rooseveltia ja tämän New Deal -ohjelmaa. Coughlinin radiolähetykset, jotka olivat usein kiihottavia ja kiistanalaisia, tekivät hänestä jakavan hahmon Yhdysvaltain politiikassa. Vaikka hänellä oli suuri ja uskollinen kannattajakunta, hän joutui myös monilta tahoilta arvostelun ja tuomion kohteeksi äärimmäisten näkemystensä vuoksi.</w:t>
      </w:r>
    </w:p>
    <w:p>
      <w:pPr>
        <w:pStyle w:val="ArticleBody"/>
        <w:jc w:val="left"/>
      </w:pPr>
      <w:r>
        <w:rPr>
          <w:rFonts w:ascii="Times New Roman" w:hAnsi="Times New Roman" w:eastAsia="Times New Roman" w:cs="Times New Roman"/>
        </w:rPr>
        <w:t>Coughlinin alkuperäiset poliittiset, taloudelliset ja yhteiskunnalliset näkemykset omaksui Franklin Roosevelt, ja niistä tuli hänen New Deal -politiikkansa perusta; tämä politiikka toi mukanaan Yhdysvalloissa paisuvan sosiaaliturvajärjestelmän kirouksen sekä hyvinvointijärjestelmän. Hänen New Deal -politiikastaan tuli hänen perintönsä tunnusmerkki, ja se oli osa profeetallista tapahtumakulkuа, joka johti toiseen maailmansotaan ja seurasi sen jälkeen. ”Heidän hedelmistään te tunnette heidät.” Rooseveltin New Deal -politiikan toimeenpanon vuoksi suuri lama kesti Yhdysvalloissa paljon kauemmin kuin missään muussa maailman valtiossa.</w:t>
      </w:r>
    </w:p>
    <w:p>
      <w:pPr>
        <w:pStyle w:val="ArticleBody"/>
        <w:jc w:val="left"/>
      </w:pPr>
      <w:r>
        <w:rPr>
          <w:rFonts w:ascii="Times New Roman" w:hAnsi="Times New Roman" w:eastAsia="Times New Roman" w:cs="Times New Roman"/>
        </w:rPr>
        <w:t>Roosevelt oli demokraatti ja sen tähden lohikäärmeen innoittama globalisti. Hänen käyttöön ottamansa New Deal -politiikka oli osa pitkän aikavälin suunnitelmaa tuottaa kansalaiskunta, joka jakautuu äärimmäisen rikkaisiin ja äärimmäisen köyhiin. Sisällissodan kirjaimellinen orjuus edustaa sitä hengellistä ja taloudellista orjuutta, joka nyt kiihtyy huippunopeudella, samalla kun nykyajan Babylonin globalistiset miljardöörikauppiaat rahoittavat laajamittaista laitonta maahanmuuttoa, jonka tarkoituksena on saattaa Rooseveltin New Deal heidän käsityksensä mukaiseen täydellisyyteen. Viimeinen presidentti, joka joutuu kohtaamaan kolmannen maailmansodan, joutuu myös kohtaamaan sen yhteiskunnallisen riippuvuuden ohjelman kriisin, jonka presidentti pani toimeen toisen maailmansodan aikana. Inspiraatio osoittaa tämän tosiasian ja osoittaa myös, että viimeisten päivien johtajat eivät tule tietämään, kuinka ongelmaan on puututtava.</w:t>
      </w:r>
    </w:p>
    <w:p>
      <w:pPr>
        <w:pStyle w:val="ArticleScripture"/>
        <w:jc w:val="left"/>
      </w:pPr>
      <w:r>
        <w:rPr>
          <w:rFonts w:ascii="Times New Roman" w:hAnsi="Times New Roman" w:eastAsia="Times New Roman" w:cs="Times New Roman"/>
        </w:rPr>
        <w:t>Ei ole montaakaan, edes kasvattajien ja valtiomiesten joukossa, jotka käsittävät ne syyt, jotka ovat nykyisen yhteiskunnallisen tilan taustalla. Ne, joilla on hallitusvallan ohjakset käsissään, eivät kykene ratkaisemaan siveellisen turmeluksen, köyhyyden, puutteenalaisuuden ja lisääntyvän rikollisuuden ongelmaa. He ponnistelevat turhaan asettaakseen liiketoiminnan vakaammalle perustalle. Jos ihmiset kiinnittäisivät enemmän huomiota Jumalan sanan opetukseen, he löytäisivät ratkaisun niihin ongelmiin, jotka saattavat heidät ymmälle.</w:t>
      </w:r>
    </w:p>
    <w:p>
      <w:pPr>
        <w:pStyle w:val="ArticleScripture"/>
        <w:jc w:val="left"/>
      </w:pPr>
      <w:r>
        <w:rPr>
          <w:rFonts w:ascii="Times New Roman" w:hAnsi="Times New Roman" w:eastAsia="Times New Roman" w:cs="Times New Roman"/>
        </w:rPr>
        <w:t>”Raamattu kuvaa maailman tilan juuri ennen Kristuksen toista tulemista. Niistä ihmisistä, jotka ryöstöllä ja kiristyksellä kokoavat itselleen suuria rikkauksia, on kirjoitettu: ’Te olette koonneet aarteita viimeisinä päivinä. Katso, työmiesten palkka, jonka te petollisesti pidätitte niiltä, jotka ovat niittäneet peltonne, huutaa, ja elonleikkaajien huudot ovat tulleet Herran Sebaotin korviin. Te olette eläneet ylellisyydessä maan päällä ja hekumoineet; te olette lihottaneet sydämenne teurastuspäivänä. Te olette tuominneet vanhurskaan ja tappaneet hänet; hän ei tee teille vastarintaa.’ Jaak. 5:3–6.” Testimonies, osa 9, 13.</w:t>
      </w:r>
    </w:p>
    <w:p>
      <w:pPr>
        <w:pStyle w:val="ArticleBody"/>
        <w:jc w:val="left"/>
      </w:pPr>
      <w:r>
        <w:rPr>
          <w:rFonts w:ascii="Times New Roman" w:hAnsi="Times New Roman" w:eastAsia="Times New Roman" w:cs="Times New Roman"/>
        </w:rPr>
        <w:t>Viimeinen presidentti tulee ”pitämään hallitusvallan ohjakset käsissään”, mutta hän ei kykene ”ratkaisemaan moraalisen turmeluksen, köyhyyden, varattomuuden ja lisääntyvän rikollisuuden ongelmaa”. Eikä hän myöskään kykene ”saattamaan liiketoimintaa vakaammalle perustalle”. Kaikki nämä ongelmat liittyvät viimeisten päivien pankkiireihin ja miljardööri-kauppiaisiin. Sana ”varattomuus” käytetään kuvaamaan niiden tilaa, jotka ovat riippuvaisia paikallishallintojen tai hyväntekeväisyysjärjestöjen tarjoamasta köyhäinavusta tai sosiaalihuollosta. Monissa yhteiskunnissa varattomuuteen on liittynyt sosiaalinen leima, ja se on usein johtanut köyhyyttä kokevien syrjäyttämiseen ja syrjintään. Se ohjelma Amerikan historiassa, joka on synnyttänyt ”varattomuutta”, on juuri se ohjelma, jonka väitetään olevan tarkoitettu auttamaan köyhyyden loukkuun joutuneita kohottautumaan. Sen sijaan se synnytti hallituksen ylläpitämän sosiaalihuoltojärjestelmän pitämään nuo varattomat taloudellisessa orjuudessa.</w:t>
      </w:r>
    </w:p>
    <w:p>
      <w:pPr>
        <w:pStyle w:val="ArticleBody"/>
        <w:jc w:val="left"/>
      </w:pPr>
      <w:r>
        <w:rPr>
          <w:rFonts w:ascii="Times New Roman" w:hAnsi="Times New Roman" w:eastAsia="Times New Roman" w:cs="Times New Roman"/>
        </w:rPr>
        <w:t>Välittömästi toisen maailmansodan jälkeen Yhdistyneet Kansakunnat alkoi toimia. Tämä antoi toisen todistajan kahdesta ensimmäisestä maailmansodasta sille, että seitsemäs valtakunta (Yhdistyneet Kansakunnat) asetetaan maan valtaistuimelle. Ensimmäinen maailmansota osoitti maailmanlaajuisen pankkijärjestelmän roolin, joka omaksuttiin ensimmäisen maailmansodan historiassa, sekä noiden maailmanpankkiirien ja kauppiaiden aikomukset palata feodaalijärjestelmään, kuten toisessa maailmansodassa kuvattiin. Kaikki nämä suunnitelmat — yhden maailman hallitus, talousjärjestelmä, jossa ylen rikkaat hallitsevat ylen köyhiä, sekä yhden maailman rahoitusjärjestelmä, joka sallii osallistumisen vain niille, jotka se katsoo siihen sopiviksi — tulivat lohikäärmeeltä, joka on sodassa kahdeksannen presidentin kanssa, joka on niistä seitsemästä.</w:t>
      </w:r>
    </w:p>
    <w:p>
      <w:pPr>
        <w:pStyle w:val="ArticleBody"/>
        <w:jc w:val="left"/>
      </w:pPr>
      <w:r>
        <w:rPr>
          <w:rFonts w:ascii="Times New Roman" w:hAnsi="Times New Roman" w:eastAsia="Times New Roman" w:cs="Times New Roman"/>
        </w:rPr>
        <w:t>Näiden tekijöiden ilmentämä logiikka havainnollistaa selvästi presidenttiä, joka tuntee pakkoa omaksua diktatorinen lähestymistapa ongelmien ratkaisemiseen. Osoitamme ainoastaan sen profeetallisen ympäristön, jonka Jumalan Sana on ilmoittanut toteutuvan maan pedon viimeisen presidentin historian aikana. Edellisessä artikkelissa viittasimme teoksen Suuri taistelu kohtaan, jossa hän osoittaa, että ”ajallinen vauraus” poistetaan ennen sunnuntailakia. Kyseinen kohta tuo esiin monia viimeisten päivien profeetallisia piirteitä, ja ne seikat, joita hän käsittelee, täyttyvät pedon kuvan koetusajassa sekä Yhdysvalloissa että sen jälkeen maailmassa. Hän yksilöi ne kaksi kysymystä, joita Saatana käyttää vangitakseen maailman: spiritualismin ja sunnuntain pyhyyden. Viitatessaan niihin parantamisihmeisiin, joita Saatana tulee käyttämään, hän yksilöi myös toisen meidän aikaamme koskevan profeetallisen kysymyksen.</w:t>
      </w:r>
    </w:p>
    <w:p>
      <w:pPr>
        <w:pStyle w:val="ArticleScripture"/>
        <w:jc w:val="left"/>
      </w:pPr>
      <w:r>
        <w:rPr>
          <w:rFonts w:ascii="Times New Roman" w:hAnsi="Times New Roman" w:eastAsia="Times New Roman" w:cs="Times New Roman"/>
        </w:rPr>
        <w:t>”Näiden kahden suuren harhan, sielun kuolemattomuuden ja sunnuntain pyhyyden, kautta Saatana saattaa ihmiset petostensa valtaan. Edellinen luo spiritualismin perustan, jälkimmäinen taas synnyttää myötämielisyyden siteen Roomaan. Yhdysvaltain protestantit ovat etunenässä ojentamassa kätensä kuilun yli tarttuakseen spiritualismin käteen; he kurottautuvat kuilun ylitse lyödäkseen kättä Rooman vallan kanssa; ja tämän kolminkertaisen liiton vaikutuksesta tämä maa seuraa Rooman jälkiä polkiessaan omantunnon oikeuksia jalkoihinsa.</w:t>
      </w:r>
    </w:p>
    <w:p>
      <w:pPr>
        <w:pStyle w:val="ArticleScripture"/>
        <w:jc w:val="left"/>
      </w:pPr>
      <w:r>
        <w:rPr>
          <w:rFonts w:ascii="Times New Roman" w:hAnsi="Times New Roman" w:eastAsia="Times New Roman" w:cs="Times New Roman"/>
        </w:rPr>
        <w:t>”Mitä läheisemmin spiritualismi jäljittelee ajan nimikristillisyyttä, sitä suurempi on sen voima pettää ja kietoa ansaan. Saatana itse kääntyy nykyajan järjestyksen mukaisesti. Hän ilmestyy valkeuden enkelin hahmossa. Spiritualismin välityksellä tapahtuu ihmeitä, sairaita parannetaan, ja monia kiistattomia ihmeellisiä tekoja tehdään. Ja koska henget tunnustavat uskovansa Raamattuun ja osoittavat kunnioitusta kirkon asetuksia kohtaan, heidän työnsä hyväksytään jumalallisen voiman ilmentymänä.</w:t>
      </w:r>
    </w:p>
    <w:p>
      <w:pPr>
        <w:pStyle w:val="ArticleScripture"/>
        <w:jc w:val="left"/>
      </w:pPr>
      <w:r>
        <w:rPr>
          <w:rFonts w:ascii="Times New Roman" w:hAnsi="Times New Roman" w:eastAsia="Times New Roman" w:cs="Times New Roman"/>
        </w:rPr>
        <w:t>”Tunnustautuvien kristittyjen ja jumalattomien välinen erottava raja on nyt tuskin erotettavissa. Seurakunnan jäsenet rakastavat sitä, mitä maailma rakastaa, ja ovat valmiit liittymään heidän seuraansa, ja Saatana päättää yhdistää heidät yhdeksi ruumiiksi ja siten vahvistaa asiaansa pyyhkäisemällä kaikki spiritualismin riveihin. Paavilaiset, jotka kerskaavat ihmeillä tosi kirkon varmana tuntomerkkinä, joutuvat helposti tämän ihmeitä tekevän voiman pettämiksi; ja protestantit, jotka ovat heittäneet pois totuuden kilven, eksytetään niin ikään. Paavilaiset, protestantit ja maailmanmieliset omaksuvat kaikki jumalisuuden muodon ilman sen voimaa, ja he näkevät tässä liitossa suuren liikkeen maailman kääntämiseksi sekä kauan odotetun vuosituhannen valtakunnan tuomiseksi.”</w:t>
      </w:r>
    </w:p>
    <w:p>
      <w:pPr>
        <w:pStyle w:val="ArticleScripture"/>
        <w:jc w:val="left"/>
      </w:pPr>
      <w:r>
        <w:rPr>
          <w:rFonts w:ascii="Times New Roman" w:hAnsi="Times New Roman" w:eastAsia="Times New Roman" w:cs="Times New Roman"/>
        </w:rPr>
        <w:t>”Spiritualismin kautta Saatana esiintyy ihmiskunnan hyväntekijänä, parantaen kansan sairauksia ja väittäen esittävänsä uuden ja korkeamman uskonnollisen uskon järjestelmän; mutta samalla hän toimii tuhoajana. Hänen kiusauksensa johtavat joukot turmioon. Hillittömyys syöksee järjen valtaistuimelta; aistillista nautinnonhalua seuraavat riita ja verenvuodatus. Saatana iloitsee sodasta, sillä se kiihottaa sielun pahimmat intohimot ja tempaa sitten iankaikkisuuteen sen uhrit, paheeseen ja vereen vajonneina. Hänen tarkoituksenaan on yllyttää kansakunnat sotaan toisiaan vastaan, sillä näin hän voi kääntää ihmisten mielet pois valmistautumisen työstä kestääkseen Jumalan päivänä.” Suuri taistelu, 588, 589.</w:t>
      </w:r>
    </w:p>
    <w:p>
      <w:pPr>
        <w:pStyle w:val="ArticleBody"/>
        <w:jc w:val="left"/>
      </w:pPr>
      <w:r>
        <w:rPr>
          <w:rFonts w:ascii="Times New Roman" w:hAnsi="Times New Roman" w:eastAsia="Times New Roman" w:cs="Times New Roman"/>
        </w:rPr>
        <w:t>Saatana näyttää toteuttavan kruunaavan tekonsa sunnuntailain yhteydessä, ei sitä ennen. Vasta sen jälkeen, kun Yhdysvallat puhuu lohikäärmeen tavoin Ilmestyskirjan kolmattatoista lukua, jakeessa yksitoista, näyttää Saatana jakeessa kolmetoista kutsuvan tulta lankeamaan taivaasta. Tämän myös sisar White osoittaa.</w:t>
      </w:r>
    </w:p>
    <w:p>
      <w:pPr>
        <w:pStyle w:val="ArticleScripture"/>
        <w:jc w:val="left"/>
      </w:pPr>
      <w:r>
        <w:rPr>
          <w:rFonts w:ascii="Times New Roman" w:hAnsi="Times New Roman" w:eastAsia="Times New Roman" w:cs="Times New Roman"/>
        </w:rPr>
        <w:t>”Asetuksella, joka panee täytäntöön paaviuden instituution vastoin Jumalan lakia, kansakuntamme irrottautuu täydellisesti vanhurskaudesta. Kun protestantismi ojentaa kätensä kuilun yli tarttuakseen roomalaisen vallan käteen, kun se kurottautuu kuilun ylitse lyödäkseen kättä spiritualismin kanssa, kun tämän kolminkertaisen liiton vaikutuksesta maamme hylkää perustuslakinsa jokaisen periaatteen protestanttisena ja tasavaltaisena hallituksena ja ryhtyy edistämään paavillisia valheita ja harhoja, silloin voimme tietää, että aika Saatanan ihmeelliselle toiminnalle on tullut ja että loppu on lähellä.” Testimonies, osa 5, 451.</w:t>
      </w:r>
    </w:p>
    <w:p>
      <w:pPr>
        <w:pStyle w:val="ArticleBody"/>
        <w:jc w:val="left"/>
      </w:pPr>
      <w:r>
        <w:rPr>
          <w:rFonts w:ascii="Times New Roman" w:hAnsi="Times New Roman" w:eastAsia="Times New Roman" w:cs="Times New Roman"/>
        </w:rPr>
        <w:t>Ennen sunnuntailakia, pedon kuvan koetuksen aikana, joka on myös sadanneljäkymmenenneljän tuhannen sinetöimisen aika, ja joka on myös se ajankohta, jolloin jokaisen näyn vaikutus toteutuu, tulee ilmenemään lohikäärmeen vallan ilmiö, joka edustaa väärän parantamisen ihmettä. Ilmestyskirjassa Babylonin portto kuvataan pettävän kaikkia kansoja.</w:t>
      </w:r>
    </w:p>
    <w:p>
      <w:pPr>
        <w:pStyle w:val="ArticleScripture"/>
        <w:jc w:val="left"/>
      </w:pPr>
      <w:r>
        <w:rPr>
          <w:rFonts w:ascii="Times New Roman" w:hAnsi="Times New Roman" w:eastAsia="Times New Roman" w:cs="Times New Roman"/>
        </w:rPr>
        <w:t>Eikä lampun valo enää milloinkaan loista sinussa; eikä sulhasen ja morsiamen ääntä enää milloinkaan kuulla sinussa; sillä sinun kauppiaasi olivat maan mahtavat miehet, sillä sinun noituuksillasi kaikki kansat eksytettiin. Ilmestys 18:23.</w:t>
      </w:r>
    </w:p>
    <w:p>
      <w:pPr>
        <w:pStyle w:val="ArticleBody"/>
        <w:jc w:val="left"/>
      </w:pPr>
      <w:r>
        <w:rPr>
          <w:rFonts w:ascii="Times New Roman" w:hAnsi="Times New Roman" w:eastAsia="Times New Roman" w:cs="Times New Roman"/>
        </w:rPr>
        <w:t>Sana ”noituudet” on kreikan sana ”pharmakeia”, joka tarkoittaa lääkitystä tai apteekkia. Sana on johdettu kreikan sanasta G5332, joka tarkoittaa (lääkeainetta, toisin sanoen lumouksen tuottavaa juomaa); lääkeaineiden myyjää tai farmaseuttia tai myrkyttäjää. Viimeisinä päivinä, sunnuntailakia edeltävänä aikana, eräs kysymys, joka osaltaan myötävaikuttaa siihen jakautuneeseen ilmapiiriin, jonka kahdeksas ja viimeinen presidentti perii, on lääketeollisuuden toiminta, jota edustavat Anthony Fauci ja Kiinan virus.</w:t>
      </w:r>
    </w:p>
    <w:p>
      <w:pPr>
        <w:pStyle w:val="ArticleBody"/>
        <w:jc w:val="left"/>
      </w:pPr>
      <w:r>
        <w:rPr>
          <w:rFonts w:ascii="Times New Roman" w:hAnsi="Times New Roman" w:eastAsia="Times New Roman" w:cs="Times New Roman"/>
        </w:rPr>
        <w:t>Fauci ja Kiina ovat molemmat lohikäärmeen vallan edustajia, ja Faucin sormenjäljet voidaan jäljittää aina HIV-viruksen keksimiseen saakka. Väestönhallinta, jota miljardööri Bill Gatesin kaltaiset miehet edustavat, on ominaisuus, joka ilmeni faraon pyrkimyksessä hävittää vauvat Mooseksen aikana sekä Herodeksen ponnisteluissa tehdä samoin Kristuksen aikana. Puolet väestöstä petettiin Kiinan viruksen avulla, ja yhä voi nähdä ihmisiä käyttämässä maskeja, jotka eivät estä mitään virusta.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”Saatana toimii myös luonnonvoimien kautta kootakseen satonsa valmistautumattomista sieluista. Hän on tutkinut luonnon työpajojen salaisuuksia, ja hän käyttää kaiken voimansa hallitakseen luonnonvoimia niin pitkälle kuin Jumala sallii. Kun hänen sallittiin vaivata Jobia, kuinka nopeasti laumat ja karjat, palvelijat, talot, lapset pyyhkäistiin pois, yhden onnettomuuden seuratessa toistaan kuin silmänräpäyksessä. Jumala on se, joka suojaa luotujansa ja aidaten ympäröi heidät hävittäjän vallalta. Mutta kristikunta on osoittanut halveksuntaa Jehovan lakia kohtaan; ja Herra tekee juuri niin kuin Hän on ilmoittanut tekevänsä — Hän vetää siunauksensa pois maasta ja poistaa suojelevan huolenpitonsa niiltä, jotka kapinoivat Hänen lakiaan vastaan sekä opettavat ja pakottavat muitakin tekemään samoin. Saatanalla on vallassaan kaikki ne, joita Jumala ei erityisesti varjele. Hän suosii ja menestyttää joitakuita edistääkseen omia aikeitaan, ja toisille hän tuo ahdistusta sekä saa ihmiset uskomaan, että Jumala on se, joka heitä vaivaa.”</w:t>
      </w:r>
    </w:p>
    <w:p>
      <w:pPr>
        <w:pStyle w:val="ArticleScripture"/>
        <w:jc w:val="left"/>
      </w:pPr>
      <w:r>
        <w:rPr>
          <w:rFonts w:ascii="Times New Roman" w:hAnsi="Times New Roman" w:eastAsia="Times New Roman" w:cs="Times New Roman"/>
        </w:rPr>
        <w:t>“Vaikka hän ihmislapsille näyttäytyy suurena lääkärinä, joka voi parantaa kaikki heidän sairautensa, hän tuo sairautta ja onnettomuutta, kunnes väkirikkaat kaupungit ovat muuttuneet raunioiksi ja autioiksi. Jo nyt hän on toiminnassa. Onnettomuuksissa ja turmioissa merellä ja maalla, suurissa tulipaloissa, raivoisissa pyörremyrskyissä ja kauheissa raesateissa, myrskyissä, tulvissa, hirmumyrskyissä, hyökyaalloissa ja maanjäristyksissä, joka paikassa ja tuhansin eri tavoin, Saatana käyttää valtaansa. Hän pyyhkäisee pois kypsyvän sadon, ja nälänhätä ja ahdinko seuraavat. Hän saastuttaa ilman tappavalla myrkyllä, ja tuhansia menehtyy ruttoon. Näiden vitsausten on määrä käydä yhä yleisemmiksi ja tuhoisammiksi. Hävitys kohtaa sekä ihmistä että eläintä. ‘Maa murehtii ja lakastuu’, ‘maan korkeat … nääntyvät. Maa on myös saastunut asukkaittensa alla; sillä he ovat rikkoneet lait, muuttaneet säädöksen, rikkoneet iankaikkisen liiton.’ Jesaja 24:4, 5.”</w:t>
      </w:r>
    </w:p>
    <w:p>
      <w:pPr>
        <w:pStyle w:val="ArticleScripture"/>
        <w:jc w:val="left"/>
      </w:pPr>
      <w:r>
        <w:rPr>
          <w:rFonts w:ascii="Times New Roman" w:hAnsi="Times New Roman" w:eastAsia="Times New Roman" w:cs="Times New Roman"/>
        </w:rPr>
        <w:t>”Ja silloin suuri pettäjä saa ihmiset uskomaan, että ne, jotka palvelevat Jumalaa, aiheuttavat nämä onnettomuudet. Se ihmisryhmä, joka on herättänyt taivaan epäsuosion, panee kaikki vaikeutensa niiden syyksi, joiden kuuliaisuus Jumalan käskyille on jatkuvana nuhteena rikkojille. Julistetaan, että ihmiset loukkaavat Jumalaa rikkomalla sunnuntaisapattia; että tämä synti on tuonut onnettomuuksia, jotka eivät lakkaa, ennen kuin sunnuntain viettoa ryhdytään ankarasti pakottamaan; ja että ne, jotka esittävät neljännen käskyn vaatimukset ja siten hävittävät kunnioituksen sunnuntaita kohtaan, ovat kansan häiritsijöitä, estäen sen palautumisen jumalalliseen suosioon ja ajalliseen menestykseen. Näin toistetaan muinoin Jumalan palvelijaa vastaan esitetty syytös, ja yhtä hyvin perustein vahvistettuna: ’Ja tapahtui, kun Ahab näki Elian, että Ahab sanoi hänelle: Sinäkö olet se, joka saattaa Israelin onnettomuuteen? Ja hän vastasi: En minä ole saattanut Israelia onnettomuuteen, vaan sinä ja sinun isäsi huone, koska olette hylänneet Herran käskyt ja sinä olet seurannut baaleja.’” 1 Kun. 18:17, 18. Kun kansan viha väärien syytösten tähden kiihtyy, he menettelevät Jumalan sanansaattajia kohtaan hyvin samalla tavalla kuin luopio-Israel menetteli Eliaa kohtaan.</w:t>
      </w:r>
    </w:p>
    <w:p>
      <w:pPr>
        <w:pStyle w:val="ArticleScripture"/>
        <w:jc w:val="left"/>
      </w:pPr>
      <w:r>
        <w:rPr>
          <w:rFonts w:ascii="Times New Roman" w:hAnsi="Times New Roman" w:eastAsia="Times New Roman" w:cs="Times New Roman"/>
        </w:rPr>
        <w:t>”Spiritismin kautta ilmenevä ihmeitä tekevä voima kohdistaa vaikutuksensa niitä vastaan, jotka valitsevat kuuliaisuuden Jumalalle ennemmin kuin ihmisille. Hengiltä tulevat sanomat julistavat, että Jumala on lähettänyt ne vakuuttamaan sunnuntain hylkääjät heidän erehdyksestään ja vahvistamaan, että maan lakeja tulee totella Jumalan lain tavoin. Ne valittavat maailmassa vallitsevaa suurta jumalattomuutta ja yhtyvät uskonnollisten opettajien todistukseen siitä, että moraalin turmeltunut tila johtuu sunnuntain häpäisemisestä. Suuri on oleva suuttumus kaikkia niitä kohtaan, jotka kieltäytyvät hyväksymästä niiden todistusta.” Suuri taistelu,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neljäkymmentäkuusi</dc:title>
  <dc:subject>Profetaallisten säikeiden avaaminen: viimeinen presidentti, diktatuuri ja lähestyvä sunnuntailaki</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