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satayhdeksänkymmentä</w:t>
      </w:r>
    </w:p>
    <w:p>
      <w:pPr>
        <w:pStyle w:val="ArticleSubtitle"/>
        <w:jc w:val="left"/>
      </w:pPr>
      <w:r>
        <w:rPr>
          <w:rFonts w:ascii="Arial" w:hAnsi="Arial" w:eastAsia="Arial" w:cs="Arial"/>
        </w:rPr>
        <w:t>Profetallinen huipennus: Paniumin taistelun ja sunnuntailain esinäytöksen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Viimeinen artikkeli päättyi katkelmaan, johon sisältyi kappale, jossa sanottiin: ”Rikkomus on melkein saavuttanut rajansa. Sekasorto täyttää maailman, ja suuri kauhu on pian kohtaava ihmisiä. Loppu on aivan lähellä. Meidän, jotka tunnemme totuuden, tulisi valmistautua siihen, mikä pian yllättävänä ja musertavana yllätyksenä kohtaa maailmaa.” ”Rikkomus” saavuttaa rajansa, kun koetusajan malja on täyttynyt, ja tämä raja saavutetaan Yhdysvalloissa sunnuntailaissa.</w:t>
      </w:r>
    </w:p>
    <w:p>
      <w:pPr>
        <w:pStyle w:val="ArticleScripture"/>
        <w:jc w:val="left"/>
      </w:pPr>
      <w:r>
        <w:rPr>
          <w:rFonts w:ascii="Times New Roman" w:hAnsi="Times New Roman" w:eastAsia="Times New Roman" w:cs="Times New Roman"/>
        </w:rPr>
        <w:t>”Mutta Kristus julisti, ettei laista katoaisi pieninkään piirto tai kirjain, ennen kuin taivas ja maa katoavat. Juuri se työ, jota hän tuli tekemään, oli lain korottaminen ja sen osoittaminen luoduille maailmoille ja taivaalle, että Jumala on vanhurskas eikä hänen lakiaan tarvitse muuttaa. Mutta tässä on Saatanan oikea käsi valmiina jatkamaan sitä työtä, jonka Saatana aloitti taivaassa, nimittäin yritystä muuttaa Jumalan lakia. Ja kristikunta on hyväksynyt hänen pyrkimyksensä omaksumalla tämän paaviuden lapsen — sunnuntailaitoksen. He ovat sitä vaalineet ja tulevat edelleen vaalimaan, kunnes protestanttisuus ojentaa yhteyden käden Rooman vallalle. Silloin säädetään laki Jumalan luomissapatia vastaan, ja silloin Jumala ’tekee oudon työn maan päällä’. Hän on kauan kärsinyt ihmissuvun nurjamielisyyttä; hän on koettanut voittaa heidät luokseen. Mutta tulee aika, jolloin he ovat täyttäneet syntiensä mitan; ja silloin Jumala toimii. Tämä aika on jo aivan lähellä. Jumala pitää kirjaa kansakunnista: luvut paisuvat heitä vastaan taivaan kirjoissa; ja kun laiksi tulee, että viikon ensimmäisen päivän rikkomisesta on rangaistava, silloin heidän maljansa on täysi.” Review and Herald, 9. maaliskuuta 1886.</w:t>
      </w:r>
    </w:p>
    <w:p>
      <w:pPr>
        <w:pStyle w:val="ArticleBody"/>
        <w:jc w:val="left"/>
      </w:pPr>
      <w:r>
        <w:rPr>
          <w:rFonts w:ascii="Times New Roman" w:hAnsi="Times New Roman" w:eastAsia="Times New Roman" w:cs="Times New Roman"/>
        </w:rPr>
        <w:t>Sunnuntailain kohdalla Yhdysvallat on täyttänyt maljansa ääriään myöten, ja kansallista luopumusta seuraa kansallinen perikato. Tarkastelemamme kappale sanoo, että ”rikkomus on miltei saavuttanut rajansa” ja että ”suuri kauhu on pian tuleva ihmisten ylle”. Sunnuntailain kohdalla, joka on Ilmestyskirjan yhdennentoista luvun ”suuren maanjäristyksen hetki”, ”kaupungin kymmenes osa sortui”, ja ”katso, kolmas voi tulee pian”, ja ”seitsemäs enkeli puhalsi pasuunaan”. Kolmas voi on seitsemäs pasuuna, ja se saapuu sunnuntailain kohdalla tuoden ”suurta kauhua”. Siinä vaiheessa ”loppu on sangen lähellä”, ja se tulee ”musertavana yllätyksenä”. Sunnuntailain kohdalla myös koetuksen ajan malja täyttyy paavikunnan osalta, sillä silloin Ilmestyskirjan kahdeksannentoista luvun toinen ääni julistaa: ”Lähtekää siitä ulos, te minun kansani, ettette tulisi hänen synteihinsä osallisiksi ja saisi tekin kärsiä hänen vitsauksistansa. Sillä hänen syntinsä ulottuvat taivaaseen asti, ja Jumala on muistanut hänen vääryytensä. Kostakaa hänelle sen mukaan kuin hän on kostanut teille, ja antakaa hänelle kaksin verroin hänen tekojensa mukaan; siihen maljaan, jonka hän on täyttänyt, täyttäkää hänelle kaksin verroin.”</w:t>
      </w:r>
    </w:p>
    <w:p>
      <w:pPr>
        <w:pStyle w:val="ArticleBody"/>
        <w:jc w:val="left"/>
      </w:pPr>
      <w:r>
        <w:rPr>
          <w:rFonts w:ascii="Times New Roman" w:hAnsi="Times New Roman" w:eastAsia="Times New Roman" w:cs="Times New Roman"/>
        </w:rPr>
        <w:t>Tuo historia avautuu sunnuntailaissa ja merkitsee symbolista ajanjaksoa, jolloin paavius ”lähtee liikkeelle suurella raivolla hävittääkseen ja perinjuurin tuhotakseen monia”, sillä ”viimeisinä päivinä on oleva monia marttyyreja”. Se, mikä saattaa paaviuden raivoon, ovat ”sanomat idästä ja pohjoisesta”, jotka ”säikyttävät hänet”, mutta ”hän tulee loppuunsa, eikä kukaan auta häntä”. Sunnuntailaista paaviuden loppuun asti alkaa Jumalan toimeenpanevan tuomion ensimmäinen vaihe. Sitä seuraa toinen vaihe, joka on seitsemän viimeistä vitsausta, ja lopulta jumalattomien iankaikkinen hävitys tuhannen vuoden millennion päättyessä. Jumalan toimeenpanevan tuomion historia sijoittuu sodan asiayhteyteen.</w:t>
      </w:r>
    </w:p>
    <w:p>
      <w:pPr>
        <w:pStyle w:val="ArticleScripture"/>
        <w:jc w:val="left"/>
      </w:pPr>
      <w:r>
        <w:rPr>
          <w:rFonts w:ascii="Times New Roman" w:hAnsi="Times New Roman" w:eastAsia="Times New Roman" w:cs="Times New Roman"/>
        </w:rPr>
        <w:t>”Me seisomme suurten ja juhlallisten tapahtumien kynnyksellä. Profetiat täyttyvät. Taivaan kirjoihin merkitään outoa, tapahtumarikasta historiaa. Kaikki maailmassamme on kuohunnassa. On sotia ja sanomia sodista. Kansakunnat ovat vihoissaan, ja kuolleiden aika on tullut, että heidät tuomittaisiin. Tapahtumat muuttuvat tuodakseen esiin Jumalan päivän, joka suuresti rientää. Ikään kuin vain hetkinen aikaa on vielä jäljellä. Mutta vaikka kansa jo nousee kansaa vastaan ja valtakunta valtakuntaa vastaan, ei nyt vielä ole yleistä yhteenottoa. Toistaiseksi neljää tuulta pidätetään, kunnes Jumalan palvelijat on sinetöity heidän otsiinsa. Sitten maan vallat ryhmittävät voimansa viimeistä suurta taistelua varten.” Christian Service, 50, 51.</w:t>
      </w:r>
    </w:p>
    <w:p>
      <w:pPr>
        <w:pStyle w:val="ArticleBody"/>
        <w:jc w:val="left"/>
      </w:pPr>
      <w:r>
        <w:rPr>
          <w:rFonts w:ascii="Times New Roman" w:hAnsi="Times New Roman" w:eastAsia="Times New Roman" w:cs="Times New Roman"/>
        </w:rPr>
        <w:t>Jumala sinetöi ne sataneljäkymmentäneljätuhatta ja kutsuu sitten muun laumansa ulos Babylonista, ja myös muu lauma saa Jumalan sinetin, vaikka sitä kuvataan ”suurena joukkona” vastakohtana sataneljäkymmentäneljälletuhannelle. Olennaista edellisessä lainauksessa on nähdä, että ”ne neljä tuulta pidätetään, kunnes Jumalan palvelijat sinetöidään otsiinsa”. Sunnuntailain aikana sataneljäkymmentäneljätuhatta on sinetöity, ”ja katso, kolmas voi tulee pian”, mutta vasta kun viimeinenkin Jumalan muun lauman jäsen on saanut sinetin, ne neljä tuulta päästetään täysin valloilleen.</w:t>
      </w:r>
    </w:p>
    <w:p>
      <w:pPr>
        <w:pStyle w:val="ArticleScripture"/>
        <w:jc w:val="left"/>
      </w:pPr>
      <w:r>
        <w:rPr>
          <w:rFonts w:ascii="Times New Roman" w:hAnsi="Times New Roman" w:eastAsia="Times New Roman" w:cs="Times New Roman"/>
        </w:rPr>
        <w:t>”Kansat vihastuvat nyt, mutta kun meidän Ylipappimme on päättänyt työnsä pyhäkössä, hän nousee, pukee ylleen koston vaatteet, ja silloin vuodatetaan ne seitsemän viimeistä vitsausta. Minä näin, että ne neljä enkeliä pitäisivät kiinni niistä neljästä tuulesta, kunnes Jeesuksen työ pyhäkössä olisi tehty, ja sitten tulevat ne seitsemän viimeistä vitsausta.” Review and Herald, 1. elokuuta 1849.</w:t>
      </w:r>
    </w:p>
    <w:p>
      <w:pPr>
        <w:pStyle w:val="ArticleBody"/>
        <w:jc w:val="left"/>
      </w:pPr>
      <w:r>
        <w:rPr>
          <w:rFonts w:ascii="Times New Roman" w:hAnsi="Times New Roman" w:eastAsia="Times New Roman" w:cs="Times New Roman"/>
        </w:rPr>
        <w:t>“Suuret ja juhlalliset tapahtumat”, joiden “kynnyksellä me seisomme”, esitetään “sotina ja sanomina sodista”. Niiden esitetään tapahtuvan silloin, kun “kaikki maailmassamme on kuohunnassa”, kun kansakunnat “jo nousevat kansakuntaa vastaan”. Panium edustaa Danielin kirjan yhdennentoista luvun jakeen viisitoista “outoa ja tapahtumarikasta historiaa”, joka johtaa jakeeseen kuusitoista ja saattaa sen voimaan; tuo jae on sunnuntailaki, jossa tapahtuu “yleinen yhteenotto” ja jossa kaikki “maan vallat” kokoavat joukkonsa viimeistä suurta taistelua varten. Tuo “viimeinen suuri taistelu” on kolmas maailmansota, ja sitä edustaa Aktionin taistelu vuonna 31 eKr.</w:t>
      </w:r>
    </w:p>
    <w:p>
      <w:pPr>
        <w:pStyle w:val="ArticleBody"/>
        <w:jc w:val="left"/>
      </w:pPr>
      <w:r>
        <w:rPr>
          <w:rFonts w:ascii="Times New Roman" w:hAnsi="Times New Roman" w:eastAsia="Times New Roman" w:cs="Times New Roman"/>
        </w:rPr>
        <w:t>Jakeet yksi ja kaksi sekä jakeet kymmenestä viiteentoista edustavat Daniel 11:n neljännenkymmenennen jakeen kätkettyä historiaa. Jakeessa neljäkymmentä yksilöidään Yhdysvaltojen ja adventismin historia vuodesta 1798 vuoteen 1989. Sen jälkeen se vaikenee aina siihen saakka, kunnes Yhdysvallat Raamatun profetian kuudentena valtakuntana päättyy ja laodikealainen seitsemännen päivän adventistikirkko oksennetaan suustaan ulos jakeessa neljäkymmentäyksi, mikä on sunnuntailaki, joka on myös jae kuusitoista. Jakeet yksi ja kaksi osoittavat lopun ajan vuonna 1989 sekä Yhdysvaltojen presidentit siitä eteenpäin aina kuudenteen rikkaaseen presidenttiin saakka, joka yllyttää liikkeelle saatanalliset globalistit. Jakeessa kaksi historia viedään Donald Trumpin valintaan vuonna 2016, ja sitten jae kolme jatkaa kymmenen kuninkaan historiaa, joita edustaa Aleksanteri Suuri, joka on Raamatun profetian seitsemäs valtakunta ja jotka antavat valtakuntansa paaviudelle pian koittavassa sunnuntailakikriisissä.</w:t>
      </w:r>
    </w:p>
    <w:p>
      <w:pPr>
        <w:pStyle w:val="ArticleBody"/>
        <w:jc w:val="left"/>
      </w:pPr>
      <w:r>
        <w:rPr>
          <w:rFonts w:ascii="Times New Roman" w:hAnsi="Times New Roman" w:eastAsia="Times New Roman" w:cs="Times New Roman"/>
        </w:rPr>
        <w:t>Kymmenennen jakeen päätös tunnistaa vuoden 1989 lopunajaksi, ja jakeet yksitoista ja kaksitoista esittävät Ukrainan sodan sekä osoittavat, että Putin ja Venäjä voittavat sodan, mutta etteivät he hyödy voitostaan. Ukrainan sota alkoi vuonna 2014, vuosi ennen kuin Trumpin ensimmäinen kampanja alkoi. Nämä jakeet johtavat Donald Trumpin ylösnousemukseen (poliittisesti), kun hän aloittaa kolmannen kampanjansa tullakseen kahdeksanneksi presidentiksi, joka on niistä seitsemästä. Kolmastoista jae osoittaa Trumpin poliittiset kamppailut, jotka edeltävät hänen voittoaan Paniumissa viidennessätoista jakeessa, ja neljästoista jae käsittelee sitä historiaa, joka tapahtuu Paniumin taistelun aikana aina hänen voittoonsa saakka viidennessätoista jakeessa, sitä historian vaihetta, jolloin synnin ihminen alkaa avoimesti tunkeutua poliittiseen historiaan. Kun paavius tunkeutuu profeetalliseen historiaan, Tyyron portto alkaa laulaa ja näky vahvistetaan.</w:t>
      </w:r>
    </w:p>
    <w:p>
      <w:pPr>
        <w:pStyle w:val="ArticleBody"/>
        <w:jc w:val="left"/>
      </w:pPr>
      <w:r>
        <w:rPr>
          <w:rFonts w:ascii="Times New Roman" w:hAnsi="Times New Roman" w:eastAsia="Times New Roman" w:cs="Times New Roman"/>
        </w:rPr>
        <w:t>Voitto Paniumissa vuonna 200 eKr. sai seurakseen tienviitan, makkabilaisten ”kapinan” Modeinissa (merkitys: vastalause), vuonna 167 eKr. Vuonna 164 eKr. makkabilaiset vihkivät temppelin uudelleen, ja Antiokhos Epifanes kuoli, mikä merkitsi käännekohtaa makkabilaisten taistelussa kreikkalaista uskonnollista vaikutusta vastaan. Ajanjaksolla 161 eKr. – 158 eKr. liittoon astumisen työ pantiin alulle ja saatettiin päätökseen. Profeetalliset tienviitat toistuvat hasmonealaisessa dynastiassa jakeiden viisitoista ja kaksikymmentäkolme välisessä historiassa.</w:t>
      </w:r>
    </w:p>
    <w:p>
      <w:pPr>
        <w:pStyle w:val="ArticleBody"/>
        <w:jc w:val="left"/>
      </w:pPr>
      <w:r>
        <w:rPr>
          <w:rFonts w:ascii="Times New Roman" w:hAnsi="Times New Roman" w:eastAsia="Times New Roman" w:cs="Times New Roman"/>
        </w:rPr>
        <w:t>Liitto Rooman kanssa jakeessa kaksikymmentäkolme on suora viittaus, mutta jakeessa viisitoista neljä makkabealaista tienviittaa — 167 eKr., 164 eKr., 161 eKr. ja 158 eKr. — tulevat näkyviin vasta silloin, kun ”liiton” historiaa sovelletaan jakeeseen. Kun Pompeius valloitti Jerusalemin jakeessa kuusitoista, hän joutui kohtaamaan kaupungin sisällä käynnissä olevan sisällissodan, ja molemmat vastakkaiset osapuolet olivat Hasmonealaisen dynastian hajaannusryhmiä. Makkabealaiset ovat sen vuoksi mukana myös jakeen kuusitoista historiassa.</w:t>
      </w:r>
    </w:p>
    <w:p>
      <w:pPr>
        <w:pStyle w:val="ArticleBody"/>
        <w:jc w:val="left"/>
      </w:pPr>
      <w:r>
        <w:rPr>
          <w:rFonts w:ascii="Times New Roman" w:hAnsi="Times New Roman" w:eastAsia="Times New Roman" w:cs="Times New Roman"/>
        </w:rPr>
        <w:t>Jae kaksikymmentä yksilöi Kristuksen syntymän, ja jakeet kaksikymmentäyksi ja kaksikymmentäkaksi yksilöivät Kristuksen kuoleman historian; sen tähden tuossa historiassa on hasmonealaisen dynastian linja, jota fariseukset edustavat. Jakeet viisitoista–kaksikymmentäkolme yksilöivät kirjaimellisen ihanan maan sekä Jumalan Juudean luopiokansan, joka tunnustautui Hänen totuuksiensa puolustajaksi, mutta ei ollut Jumalan edustaja enempää kuin luopio protestantismikaan.</w:t>
      </w:r>
    </w:p>
    <w:p>
      <w:pPr>
        <w:pStyle w:val="ArticleBody"/>
        <w:jc w:val="left"/>
      </w:pPr>
      <w:r>
        <w:rPr>
          <w:rFonts w:ascii="Times New Roman" w:hAnsi="Times New Roman" w:eastAsia="Times New Roman" w:cs="Times New Roman"/>
        </w:rPr>
        <w:t>Sisar White ilmoittaa meille, että ”suuri osa siitä historiasta, joka on tapahtunut” ”Danielin kirjan yhdennentoista luvun” ”täyttymyksenä, toistuu”. Hasmonealaisen dynastian edustama profetian linja kuvaa sitä profetian linjaa, joka havainnollistaa protestantismin luopiota sarvea alkaen kolmannesta presidentinvaalikampanjasta, jonka ottaa esille kuudenneksi rikkain presidentti. Trump pyrkii presidentiksi kolme kertaa; ensimmäisellä ja viimeisellä kerralla hän on voitollinen, mutta toisella kerralla kapina, jota edustaa luku kolmetoista, yksilöi vuoden 2020 varastetut vaalit. Tällöin maailma jakautuu kahteen luokkaan: toinen luokka kykenee näkemään vuoden 2020, ja toinen luokka on sokea. Tämä symboloi sitä suurta koetusta, joka edeltää adventistien armonajan päättymistä pedon kuvan muodostamisessa.</w:t>
      </w:r>
    </w:p>
    <w:p>
      <w:pPr>
        <w:pStyle w:val="ArticleScripture"/>
        <w:jc w:val="left"/>
      </w:pPr>
      <w:r>
        <w:rPr>
          <w:rFonts w:ascii="Times New Roman" w:hAnsi="Times New Roman" w:eastAsia="Times New Roman" w:cs="Times New Roman"/>
        </w:rPr>
        <w:t>”Valmistelut ovat jo edenneet, ja liikehdintää on käynnissä, mikä johtaa pedon kuvan tekemiseen. Maan historian vaiheissa tapahtuu sellaista, mikä täyttää profetian ennustukset näitä viimeisiä päiviä varten.” Review and Herald, 23. huhtikuuta 1889.</w:t>
      </w:r>
    </w:p>
    <w:p>
      <w:pPr>
        <w:pStyle w:val="ArticleBody"/>
        <w:jc w:val="left"/>
      </w:pPr>
      <w:r>
        <w:rPr>
          <w:rFonts w:ascii="Times New Roman" w:hAnsi="Times New Roman" w:eastAsia="Times New Roman" w:cs="Times New Roman"/>
        </w:rPr>
        <w:t>Etenevät ”valmistelut”, ”liikkeet”, jotka nyt ”ovat käynnissä”, ja ”tapahtumat”, ”jotka johtavat pedon kuvan tekemiseen” ja ”jotka täyttävät profetian ennustukset näitä viimeisiä päiviä varten”, sisältävät Hasmonealaisen dynastian rajamerkit Danielin kirjan yhdentoista luvun jakeista viisitoista kahteenkymmeneenkolmeen. Luopiollinen Hasmonealainen dynastia, joka edustaa luopiollista protestantismia, on kudottu Donald Trumpin todistukseen, hänen, kuudennen ja kahdeksannen republikaanisen presidentin, joka lietsoo ja mobilisoi MAGA-isminsä uuden maailmanjärjestyksen woke-ismin vastustamiseen.</w:t>
      </w:r>
    </w:p>
    <w:p>
      <w:pPr>
        <w:pStyle w:val="ArticleBody"/>
        <w:jc w:val="left"/>
      </w:pPr>
      <w:r>
        <w:rPr>
          <w:rFonts w:ascii="Times New Roman" w:hAnsi="Times New Roman" w:eastAsia="Times New Roman" w:cs="Times New Roman"/>
        </w:rPr>
        <w:t>Trumpia koskeva todistus ulottuu Danielin yhdentoista luvun toisessa jakeessa vuoteen 2020 saakka, ja se käsittää hänen vaalikampanjansa ja ensimmäisen kautensa; sitten jakeet kolmestatoista viiteentoista yksilöivät hänen kolmannen ja viimeisen vaalikampanjansa, voittonsa ja viimeisen kautensa. Näiden kahden kauden välissä Ilmestyskirjan yhdestoista luku osoittaa, että republikaaninen sarvi surmattiin ja makasi kuolleena kadulla kolme ja puoli päivää. Tuo Trumpin historian linja sitoo yhteen hänen presidenttikautensa alun ja lopun Danielin yhdestoista luvussa. Näin ollen Donald Trumpia koskeva todistus sijaitsee sekä Danielin kirjassa että Ilmestyskirjassa, ja se sijaitsee molemmissa kirjoissa yhdestoista luvussa.</w:t>
      </w:r>
    </w:p>
    <w:p>
      <w:pPr>
        <w:pStyle w:val="ArticleBody"/>
        <w:jc w:val="left"/>
      </w:pPr>
      <w:r>
        <w:rPr>
          <w:rFonts w:ascii="Times New Roman" w:hAnsi="Times New Roman" w:eastAsia="Times New Roman" w:cs="Times New Roman"/>
        </w:rPr>
        <w:t>Kolme osittaista linjaa, yhteen koottuina, osoittavat Trumpin koko historian kuudentena ja kahdeksantena presidenttinä, ja ne rakentuvat ”Totuuden” tunnusmerkin varaan. Ne ovat peräisin Danielin ja Ilmestyskirjan kirjoista, ja ne muodostavat historiallisen linjan, joka on yhdenmukainen sen ”Danielin kirjan osan kanssa, joka liittyy viimeisiin päiviin”.</w:t>
      </w:r>
    </w:p>
    <w:p>
      <w:pPr>
        <w:pStyle w:val="ArticleBody"/>
        <w:jc w:val="left"/>
      </w:pPr>
      <w:r>
        <w:rPr>
          <w:rFonts w:ascii="Times New Roman" w:hAnsi="Times New Roman" w:eastAsia="Times New Roman" w:cs="Times New Roman"/>
        </w:rPr>
        <w:t>Tuo Danielin osa on se, minkä Juudan sukukunnan Leijona avaa sinettien alta juuri ennen armonaikojen päättymistä, ja on sen tähden osa sadanneljäkymmenenneljän tuhannen sinetöimissanomaa. Mutta tarvitaan hengellistä kaksikymmentä–kaksikymmentä-näköä, jotta voidaan nähdä kahden todistajan surmaamisen profeetalliset tienviitat vuonna 2020.</w:t>
      </w:r>
    </w:p>
    <w:p>
      <w:pPr>
        <w:pStyle w:val="ArticleBody"/>
        <w:jc w:val="left"/>
      </w:pPr>
      <w:r>
        <w:rPr>
          <w:rFonts w:ascii="Times New Roman" w:hAnsi="Times New Roman" w:eastAsia="Times New Roman" w:cs="Times New Roman"/>
        </w:rPr>
        <w:t>Danielin kirjan yhdestoista luvun viidestoista jae kuvaa Paniumin taistelua ja Hasmonealaisten dynastian sukulinjaa, mikä täyttyi kirjaimellisessa taistelussa ja siten symboloi hengellisen sodan profeetallista havainnollistusta luopioprotestantismin uskonnon ja globalistin uuden ajan uskonnon välillä. Paniumin taistelu, joka tapahtui vuonna 200 eKr., edustaa republikaanisen sarven taistelua, ja makkabilaiskapinan kuvaama kamppailu edustaa luopioprotestanttisen sarven taistelua. Vaikka makkabilaiskapina tapahtui vuonna 167 eKr., se asettuu profeetallisesti linjaan republikaanisen sarven taistelun kanssa vuonna 200 eKr., sillä profeetallisesti sarvet kulkevat rinnakkain toistensa historian kanssa.</w:t>
      </w:r>
    </w:p>
    <w:p>
      <w:pPr>
        <w:pStyle w:val="ArticleBody"/>
        <w:jc w:val="left"/>
      </w:pPr>
      <w:r>
        <w:rPr>
          <w:rFonts w:ascii="Times New Roman" w:hAnsi="Times New Roman" w:eastAsia="Times New Roman" w:cs="Times New Roman"/>
        </w:rPr>
        <w:t>Viidestoista jae kuvaa sitä profeetallista historiaa, joka välittömästi edeltää pian tulevaa sunnuntailakia ja johtaa siihen. Se kuvaa siis juuri sitä hetkeä sadan neljänkymmenenneljän tuhannen sinetöimisen aikana, jolloin sinetöimissanomassa oleva voima iankaikkisesti painaa sinetin Jumalan viimeisten päivien kansan ylle.</w:t>
      </w:r>
    </w:p>
    <w:p>
      <w:pPr>
        <w:pStyle w:val="ArticleBody"/>
        <w:jc w:val="left"/>
      </w:pPr>
      <w:r>
        <w:rPr>
          <w:rFonts w:ascii="Times New Roman" w:hAnsi="Times New Roman" w:eastAsia="Times New Roman" w:cs="Times New Roman"/>
        </w:rPr>
        <w:t>Juudan sukukunnan Leijona avaa tuon totuuden sinetit, ja tuo totuus on Jeesuksen Kristuksen ilmestys. Ne sataneljäkymmentäneljätuhatta ovat ne, jotka ”seuraavat Karitsaa, minne ikinä Hän menee”, ja kun Hän avaa viidennentoista jakeen sinetit, Juudan sukukunnan Leijona on johdattanut viimeisten päivien kansansa Paniumiin. Jeesus havainnollisti juuri tämän seikan sinetöimisprosessissa, kun Hän vei opetuslapsensa Paniumiin juuri ennen ristiä.</w:t>
      </w:r>
    </w:p>
    <w:p>
      <w:pPr>
        <w:pStyle w:val="ArticleBody"/>
        <w:jc w:val="left"/>
      </w:pPr>
      <w:r>
        <w:rPr>
          <w:rFonts w:ascii="Times New Roman" w:hAnsi="Times New Roman" w:eastAsia="Times New Roman" w:cs="Times New Roman"/>
        </w:rPr>
        <w:t>Paniumin sotaan viittaa Kristus nimenomaisesti, kun Hän seisoi Paniumissa opetuslastensa kanssa ja opetti heille siellä, että Hänen kirkkonsa rakennettaisiin Pietarin tunnustuksen varaan ja että ”tuonelan portit” eivät sitä voittaisi. Jeesus yksilöi sen sodankäynnin, jota Paniumin taistelu edustaa. Paniumin taistelu on jae viisitoista, ja jae kuusitoista on Aktionin taistelu. Kristus seisoi Paniumissa juuri ennen kuin Hänen kuolemansa tapahtumasarja tuli täyttymykseensä.</w:t>
      </w:r>
    </w:p>
    <w:p>
      <w:pPr>
        <w:pStyle w:val="ArticleBody"/>
        <w:jc w:val="left"/>
      </w:pPr>
      <w:r>
        <w:rPr>
          <w:rFonts w:ascii="Times New Roman" w:hAnsi="Times New Roman" w:eastAsia="Times New Roman" w:cs="Times New Roman"/>
        </w:rPr>
        <w:t>Paniumin sunnuntailakiin ulottuva historia on maan pedon kahden sarven, protestantismin ja republikaanisuuden, poliittisen ja uskonnollisen taistelun historiaa. Ateistinen pedo syvyydestä hyökkäsi vuonna 2020 kumpaakin vastaan, ja näiden kahden sarven sodankäynti globalismin poliittisia ja uskonnollisia jumalia vastaan esitetään jakeiden yksitoista–kuusitoista historiassa.</w:t>
      </w:r>
    </w:p>
    <w:p>
      <w:pPr>
        <w:pStyle w:val="ArticleBody"/>
        <w:jc w:val="left"/>
      </w:pPr>
      <w:r>
        <w:rPr>
          <w:rFonts w:ascii="Times New Roman" w:hAnsi="Times New Roman" w:eastAsia="Times New Roman" w:cs="Times New Roman"/>
        </w:rPr>
        <w:t>Vuonna 2014 alkaneesta Ukrainan sodasta Donald Trumpin ensimmäiseen presidentinvaalikampanjaan, joka alkoi vuonna 2015, kahden sarven kuolemaan vuonna 2020, vuoden 2023 ylösnousemukseen sekä Trumpin kolmanteen kampanjaan, joka alkoi 15. marraskuuta 2022, historia johtaa jakeisiin kolmetoista–viisitoista. Noissa jakeissa Jumalan profeetallisen sanan paljastama historia kuvaa niitä profeetallisia totuuksia, jotka sinetöivät sataneljäkymmentäneljätuhatta.</w:t>
      </w:r>
    </w:p>
    <w:p>
      <w:pPr>
        <w:pStyle w:val="ArticleBody"/>
        <w:jc w:val="left"/>
      </w:pPr>
      <w:r>
        <w:rPr>
          <w:rFonts w:ascii="Times New Roman" w:hAnsi="Times New Roman" w:eastAsia="Times New Roman" w:cs="Times New Roman"/>
        </w:rPr>
        <w:t>Nämä totuudet havainnollistuivat Kristuksen vierailussa Kesareassa Filippin luona Matteuksen evankeliumin luvuissa kuusitoista ja seitsemäntoista. Noissa jakeissa synnin ihminen palaa profeetalliseen historiaan laulaen Tyyron porton lauluja ja tekee siten näyn vahvaksi, asettaen näin nuo jakeet Keskiyön huudon asiayhteyteen, sillä missä ei ole näkyä, siellä kansa hukkuu.</w:t>
      </w:r>
    </w:p>
    <w:p>
      <w:pPr>
        <w:pStyle w:val="ArticleScripture"/>
        <w:jc w:val="left"/>
      </w:pPr>
      <w:r>
        <w:rPr>
          <w:rFonts w:ascii="Times New Roman" w:hAnsi="Times New Roman" w:eastAsia="Times New Roman" w:cs="Times New Roman"/>
        </w:rPr>
        <w:t>Missä näkyä ei ole, siellä kansa käy hillittömäksi; mutta autuas on se, joka pitää lain. Sananlaskut 29:18.</w:t>
      </w:r>
    </w:p>
    <w:p>
      <w:pPr>
        <w:pStyle w:val="ArticleBody"/>
        <w:jc w:val="left"/>
      </w:pPr>
      <w:r>
        <w:rPr>
          <w:rFonts w:ascii="Times New Roman" w:hAnsi="Times New Roman" w:eastAsia="Times New Roman" w:cs="Times New Roman"/>
        </w:rPr>
        <w:t>Ne, joilla on silmät, mutta eivät tahdo nähdä, ja korvat, mutta kieltäytyvät kuulemasta, ovat ne tyhmät laodikealaiset neitsyet, joilla ei ole ”öljyä”. ”Öljy” on tiedon lisääntyminen, joka syntyy, kun Jeesuksen Kristuksen ilmestys avataan sineteistään juuri ennen armonajan päättymistä, ja Hoosean mukaan Jumalan kansa, joka kieltäytyy tiedosta ja hylkää sen, on tuhottava.</w:t>
      </w:r>
    </w:p>
    <w:p>
      <w:pPr>
        <w:pStyle w:val="ArticleScripture"/>
        <w:jc w:val="left"/>
      </w:pPr>
      <w:r>
        <w:rPr>
          <w:rFonts w:ascii="Times New Roman" w:hAnsi="Times New Roman" w:eastAsia="Times New Roman" w:cs="Times New Roman"/>
        </w:rPr>
        <w:t>Minun kansani joutuu häviöön tiedon puutteen tähden. Koska sinä olet hyljännyt tiedon, minäkin hylkään sinut, niin ettet enää ole minun pappini. Koska olet unohtanut Jumalasi lain, minäkin unohdan sinun lapsesi. Hoosea 4:6.</w:t>
      </w:r>
    </w:p>
    <w:p>
      <w:pPr>
        <w:pStyle w:val="ArticleScripture"/>
        <w:jc w:val="left"/>
      </w:pPr>
      <w:r>
        <w:rPr>
          <w:rFonts w:ascii="Times New Roman" w:hAnsi="Times New Roman" w:eastAsia="Times New Roman" w:cs="Times New Roman"/>
        </w:rPr>
        <w:t>Ja minulle tuli tämä Herran sana: Ihmislapsi, sinä asut uppiniskaisen kansan keskellä, niiden, joilla on silmät nähdä, mutta eivät näe, ja korvat kuulla, mutta eivät kuule; sillä he ovat uppiniskainen kansa. Hesekiel 12:1, 2.</w:t>
      </w:r>
    </w:p>
    <w:p>
      <w:pPr>
        <w:pStyle w:val="ArticleScripture"/>
        <w:jc w:val="left"/>
      </w:pPr>
      <w:r>
        <w:rPr>
          <w:rFonts w:ascii="Times New Roman" w:hAnsi="Times New Roman" w:eastAsia="Times New Roman" w:cs="Times New Roman"/>
        </w:rPr>
        <w:t>Ja hän sanoi: Mene ja sano tälle kansalle: Kuulemalla kuulkaa, mutta älkää ymmärtäkö; näkemällä nähkää, mutta älkää käsittäkö. Paaduta tämän kansan sydän ja tee heidän korvansa raskaimmiksi ja sulje heidän silmänsä, ettei he näkisi silmillään eikä kuulisi korvillaan eikä ymmärtäisi sydämellään eikä kääntyisi ja tulisi parannetuksi. Jesaja 6:9, 10.</w:t>
      </w:r>
    </w:p>
    <w:p>
      <w:pPr>
        <w:pStyle w:val="ArticleScripture"/>
        <w:jc w:val="left"/>
      </w:pPr>
      <w:r>
        <w:rPr>
          <w:rFonts w:ascii="Times New Roman" w:hAnsi="Times New Roman" w:eastAsia="Times New Roman" w:cs="Times New Roman"/>
        </w:rPr>
        <w:t>Ja opetuslapset tulivat ja sanoivat hänelle: Miksi sinä puhut heille vertauksin? Hän vastasi ja sanoi heille: Teidän on annettu tuntea taivasten valtakunnan salaisuudet, mutta heidän ei ole annettu. Sillä sille, jolla on, annetaan, ja hänellä on oleva yltäkyllin; mutta siltä, jolla ei ole, otetaan pois sekin, mikä hänellä on. Sentähden minä puhun heille vertauksin: koska he näkevin silmin eivät näe ja kuulevin korvin eivät kuule eivätkä ymmärrä. Ja heissä käy toteen Esaiaan ennustus, joka sanoo: Kuulemalla te kuulette ettekä ymmärrä, ja näkemällä te näette ettekä käsitä. Sillä tämän kansan sydän on paatunut, ja korvillaan he työläästi kuulevat, ja silmänsä he ovat ummistaneet, etteivät he näkisi silmillään eikä kuulisi korvillaan eikä ymmärtäisi sydämellään ja kääntyisi, niin että minä parantaisin heidät. Mutta autuaat ovat teidän silmänne, sillä ne näkevät, ja teidän korvanne, sillä ne kuulevat. Sillä totisesti minä sanon teille: monet profeetat ja vanhurskaat miehet ovat halunneet nähdä, mitä te näette, eivätkä ole nähneet, ja kuulla, mitä te kuulette, eivätkä ole kuulleet. Matteus 13:10–17.</w:t>
      </w:r>
    </w:p>
    <w:p>
      <w:pPr>
        <w:pStyle w:val="ArticleScripture"/>
        <w:jc w:val="left"/>
      </w:pPr>
      <w:r>
        <w:rPr>
          <w:rFonts w:ascii="Times New Roman" w:hAnsi="Times New Roman" w:eastAsia="Times New Roman" w:cs="Times New Roman"/>
        </w:rPr>
        <w:t>”Kaikki vuosina 1840–1844 annetut sanomat on nyt esitettävä voimallisesti, sillä on monia ihmisiä, jotka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sitä nähneet, ja kuulla sitä, mitä te kuulette, eivätkä ole sitä kuulleet’ [Matteus 13:16, 17]. Autuaat ovat ne silmät, jotka näkivät ne asiat, jotka nähtiin vuosina 1843 ja 1844.”</w:t>
      </w:r>
    </w:p>
    <w:p>
      <w:pPr>
        <w:pStyle w:val="ArticleScripture"/>
        <w:jc w:val="left"/>
      </w:pPr>
      <w:r>
        <w:rPr>
          <w:rFonts w:ascii="Times New Roman" w:hAnsi="Times New Roman" w:eastAsia="Times New Roman" w:cs="Times New Roman"/>
        </w:rPr>
        <w:t>”Sanoma annettiin. Eikä sanoman toistamisessa tule olla viivytystä, sillä aikojen merkit täyttyvät; päätöstyö on tehtävä. Suuri työ tullaan tekemään lyhyessä ajassa. Pian Jumalan määräyksestä annetaan sanoma, joka paisuu suureksi huudoksi. Silloin Daniel on seisova osassaan antaakseen todistuksensa.” Manuscript Releases, osa 21, 437.</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palvelijalleen Johannekselle, joka todisti Jumalan sanan ja Jeesuksen Kristuksen todistuksen, kaiken sen, minkä hän näki. Autuas se, joka lukee, ja autuaat ne, jotka kuulevat tämän profetian sanat ja ottavat vaarin siitä, mitä siihen on kirjoitettu; sillä aika on lähellä. Ilmestys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satayhdeksänkymmentä</dc:title>
  <dc:subject>Profetallinen huipennus: Paniumin taistelun ja sunnuntailain esinäytöksen paljastaminen</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