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satayhdeksänkymmentäyksi</w:t>
      </w:r>
    </w:p>
    <w:p>
      <w:pPr>
        <w:pStyle w:val="ArticleSubtitle"/>
        <w:jc w:val="left"/>
      </w:pPr>
      <w:r>
        <w:rPr>
          <w:rFonts w:ascii="Arial" w:hAnsi="Arial" w:eastAsia="Arial" w:cs="Arial"/>
        </w:rPr>
        <w:t>Daniel 11:n profeetallinen kudelma: Trumpin aikakauden monisyisyyksien paljastaminen ja sunnuntailain esinäytös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Oikein ymmärrettyinä Danielin kirjan yhdennentoista luvun jakeet kymmenestä kahteenkymmeneenkolmeen ovat kauttaaltaan sopusoinnussa saman luvun neljännenkymmenennen jakeen kätketyn historian kanssa. Neljäskymmenes jae käsittää historian vuodesta 1989 neljänteenkymmenenteenyhteen jakeeseen saakka. Yhdennentoista luvun jakeet yksi ja kaksi alkavat vuodesta 1989 ja osoittavat Donald Trumpin ensimmäisen presidentinvaalikampanjan vuonna 2015 aina vuoteen 2020 saakka, jolloin vaalit varastettiin Trumpilta ateismin pedon toimesta. Nuo kaksi jaetta yksilöivät sen kamppailun, joka alkaa, kun Trump ”kiihoittaa koko Kreikan valtakunnan.”</w:t>
      </w:r>
    </w:p>
    <w:p>
      <w:pPr>
        <w:pStyle w:val="ArticleBody"/>
        <w:jc w:val="left"/>
      </w:pPr>
      <w:r>
        <w:rPr>
          <w:rFonts w:ascii="Times New Roman" w:hAnsi="Times New Roman" w:eastAsia="Times New Roman" w:cs="Times New Roman"/>
        </w:rPr>
        <w:t>Trumpin kampanja käynnisti sodankäynnin, joka jatkui koko hänen ensimmäisen presidenttikautensa ajan. Edustajainhuone asetti hänet virkasyytteeseen joulukuussa 2019, ja sitten se teki niin jälleen 13. tammikuuta 2020. Molemmissa tapauksissa senaatti torjui edustajainhuoneen pyrkimykset. Silti hän on Yhdysvaltain historian ainoa presidentti, joka on asetettu virkasyytteeseen kahdesti. Globalismi oli nostatettu.</w:t>
      </w:r>
    </w:p>
    <w:p>
      <w:pPr>
        <w:pStyle w:val="ArticleScripture"/>
        <w:jc w:val="left"/>
      </w:pPr>
      <w:r>
        <w:rPr>
          <w:rFonts w:ascii="Times New Roman" w:hAnsi="Times New Roman" w:eastAsia="Times New Roman" w:cs="Times New Roman"/>
        </w:rPr>
        <w:t>Ja nyt minä ilmoitan sinulle totuuden. Katso, Persiassa on vielä nouseva kolme kuningasta; ja neljäs on oleva kaikkia heitä paljon rikkaampi; ja voimassaan rikkautensa kautta hän on yllyttävä kaikki Kreikan valtakuntaa vastaan. Daniel 11:2.</w:t>
      </w:r>
    </w:p>
    <w:p>
      <w:pPr>
        <w:pStyle w:val="ArticleBody"/>
        <w:jc w:val="left"/>
      </w:pPr>
      <w:r>
        <w:rPr>
          <w:rFonts w:ascii="Times New Roman" w:hAnsi="Times New Roman" w:eastAsia="Times New Roman" w:cs="Times New Roman"/>
        </w:rPr>
        <w:t>Kuten jakeen neljäkymmentä kohdalla, myös toinen jae jättää kätketyn historian Trumpin ensimmäisestä vaalikampanjasta ja hänen presidenttikautensa ajasta, joka päättyi 20. tammikuuta 2021. Tuosta päivästä vuonna 2021 aina kolmanteen jakeeseen saakka, jossa Aleksanteri Suuri esitellään Yhdistyneiden kansakuntien symbolina (raamatullisen profetian seitsemäntenä valtakuntana), historia vuoden 2021 virkaanastujaisista sunnuntailakiin asti, jolloin kolmiliitto perustetaan, edustaa kätkettyä historiaa. Jakeen neljäkymmenen ja toisen jakeen kätketyt historiat johtavat molemmat sunnuntailakiin ja päättyvät siihen.</w:t>
      </w:r>
    </w:p>
    <w:p>
      <w:pPr>
        <w:pStyle w:val="ArticleBody"/>
        <w:jc w:val="left"/>
      </w:pPr>
      <w:r>
        <w:rPr>
          <w:rFonts w:ascii="Times New Roman" w:hAnsi="Times New Roman" w:eastAsia="Times New Roman" w:cs="Times New Roman"/>
        </w:rPr>
        <w:t>Kymmenes jae vie meidät jälleen lopun aikaan vuonna 1989, samoin kuin ensimmäinen jae, ja molemmat yksilöivät neljännenkymmenennen jakeen varsinaisen todistuksen päätöksen, vaikka neljännenkymmenennen jakeen päätöksen ja pian tulevan sunnuntailain välillä on yhä historiaa. Enemmän kuin vain vuoden 1989 yksilöivänä kohtana kymmenes jae tulee avaimeksi, joka kokoaa yhteen kolme todistajaa neljännenkymmenennen jakeen historiaan, mikä täydentää paavinvallan ja sen sijaisvaltana toimivan Yhdysvaltojen työtä Neuvostoliiton pois pyyhkäisemisessä vuonna 1989. Nuo kolme todistajaa vahvistavat tärkeän osatekijän neljännenkymmenennen jakeen profeetallisessa rakenteessa vuodesta 1989 sunnuntailakiin asti.</w:t>
      </w:r>
    </w:p>
    <w:p>
      <w:pPr>
        <w:pStyle w:val="ArticleBody"/>
        <w:jc w:val="left"/>
      </w:pPr>
      <w:r>
        <w:rPr>
          <w:rFonts w:ascii="Times New Roman" w:hAnsi="Times New Roman" w:eastAsia="Times New Roman" w:cs="Times New Roman"/>
        </w:rPr>
        <w:t>Pohjoisen kuninkaan ja etelän kuninkaan välisen sodan historiallis-profetaallinen rakenne, jossa pohjoisen kuningas tulvii yli ja kulkee eteenpäin, osoitetaan jakeessa neljäkymmentä sekä myös jakeessa kymmenen.</w:t>
      </w:r>
    </w:p>
    <w:p>
      <w:pPr>
        <w:pStyle w:val="ArticleBody"/>
        <w:jc w:val="left"/>
      </w:pPr>
      <w:r>
        <w:rPr>
          <w:rFonts w:ascii="Times New Roman" w:hAnsi="Times New Roman" w:eastAsia="Times New Roman" w:cs="Times New Roman"/>
        </w:rPr>
        <w:t>Historiallista profeetallista rakennetta täydentää kieliopillinen todistus siitä, että ilmaus ”tulvii yli ja pyyhkäisee eteenpäin”, jolla viitataan pohjoisen kuninkaan toimintaan etelän kuningasta vastaan, on molemmissa jakeissa täsmälleen sama heprealainen ilmaus, niin kuin se on myös kolmannessa todistajassa, joka löytyy Jesajan kirjan kahdeksannesta luvusta, jakeesta kahdeksan.</w:t>
      </w:r>
    </w:p>
    <w:p>
      <w:pPr>
        <w:pStyle w:val="ArticleBody"/>
        <w:jc w:val="left"/>
      </w:pPr>
      <w:r>
        <w:rPr>
          <w:rFonts w:ascii="Times New Roman" w:hAnsi="Times New Roman" w:eastAsia="Times New Roman" w:cs="Times New Roman"/>
        </w:rPr>
        <w:t>Kymmenennessä jakeessa pohjoisen kuningas ”on totisesti tuleva ja tulviva yli ja kulkeva läpi”, ja neljännessäkymmenennessä jakeessa pohjoisen kuningas ”tulvii yli ja käy ylitse”. Jesajan kirjan kahdeksannen luvun kahdeksannessa jakeessa pohjoisen kuningas ”tulvii yli ja menee ylitse”. Nämä kolme ilmausta ovat samaa hepreaa, joka on käännetty hieman eri tavoin, samalla kun täysin sama merkitys on säilytetty. Etelän kuningas kymmenennessä jakeessa oli Ptolemaioksen Egypti, mutta neljännessäkymmenennessä jakeessa etelän kuningas oli hengellinen Egypti, ateismin kuningas, Neuvostoliitto, ja Jesajassa eteläinen Juudan valtakunta oli etelän kuningas. Vastaavasti pohjoisen kuningas oli seleukidien valtakunta, sitten paavius, ja Jesajassa se oli Assyria.</w:t>
      </w:r>
    </w:p>
    <w:p>
      <w:pPr>
        <w:pStyle w:val="ArticleBody"/>
        <w:jc w:val="left"/>
      </w:pPr>
      <w:r>
        <w:rPr>
          <w:rFonts w:ascii="Times New Roman" w:hAnsi="Times New Roman" w:eastAsia="Times New Roman" w:cs="Times New Roman"/>
        </w:rPr>
        <w:t>Kahdessa kolmesta rinnakkaisesta jakeesta se kohta, johon pohjoisen kuninkaan hyökkäys päättyy, yksilöidään nimenomaisesti. Jakeessa kymmenen se päättyy ”linnoitukseen”, mikä täyttyi historiallisesti silloin, kun seleukidit lopettivat sotaretkensä Egyptin rajalle, sillä profeetallinen Sana ilmoitti, että pohjoisen kuningas ”totisesti tulee ja vyöryy yli ja kulkee läpi; sitten hän palaa ja kiihtyy aina linnoitukseensa asti.” ”Linnoitus” kuvasi Egyptiä, joka oli heidän valtakuntansa pääkaupunki.</w:t>
      </w:r>
    </w:p>
    <w:p>
      <w:pPr>
        <w:pStyle w:val="ArticleBody"/>
        <w:jc w:val="left"/>
      </w:pPr>
      <w:r>
        <w:rPr>
          <w:rFonts w:ascii="Times New Roman" w:hAnsi="Times New Roman" w:eastAsia="Times New Roman" w:cs="Times New Roman"/>
        </w:rPr>
        <w:t>Jesajan kahdeksannessa luvussa Sanherib ”tunkeutuu Juudaan, tulvii yli ja vyöryy eteenpäin; hän ulottuu aina kaulaan asti.” ”Pääkaupunki”, ”kuningas” ja ”pää” ovat kaikki toistensa kanssa vaihtokelpoisia symboleja, jotka on vahvistettu kahden todistajan nojalla juuri siinä kohdassa, jossa Sanherib nousi Jerusalemia vastaan.</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muserretaan niin, ettei se enää ole kansa. Ja Efraimin pää on Samaria, ja Samarian pää on Remaljan poika. Ellette usko, ette totisesti kestä. Jesaja 7:8, 9.</w:t>
      </w:r>
    </w:p>
    <w:p>
      <w:pPr>
        <w:pStyle w:val="ArticleBody"/>
        <w:jc w:val="left"/>
      </w:pPr>
      <w:r>
        <w:rPr>
          <w:rFonts w:ascii="Times New Roman" w:hAnsi="Times New Roman" w:eastAsia="Times New Roman" w:cs="Times New Roman"/>
        </w:rPr>
        <w:t>Syyria on kansakunta, Damasko on pääkaupunki ja Resiin on kuningas, ja pääkaupunki sekä kuningas ovat toisiinsa vaihdettavia symboleja. Pääkaupunki ja kuningas ovat kumpikin ”päitä”. Kun Sanherib tuli Juudan alueelle ”kaulaan asti”, hän tuli Jerusalemiin ja pysähtyi, sillä hän pysähtyi ”pään” kohdalle, jota ”kaula” kannattelee. Kun seleukidit tulivat Ptolemaiosta vastaan, he pysähtyivät ”linnoitukseen”, ja ”linnoitus” oli Egyptin kansakunta.</w:t>
      </w:r>
    </w:p>
    <w:p>
      <w:pPr>
        <w:pStyle w:val="ArticleBody"/>
        <w:jc w:val="left"/>
      </w:pPr>
      <w:r>
        <w:rPr>
          <w:rFonts w:ascii="Times New Roman" w:hAnsi="Times New Roman" w:eastAsia="Times New Roman" w:cs="Times New Roman"/>
        </w:rPr>
        <w:t>Danielin yhdestoista luvun kymmenes jae ja Jesajan kahdeksannen luvun kahdeksas jae, Jesajan seitsemännen luvun kahdeksannen ja yhdeksännen jakeen asiayhteydessä, edustavat kahta todistajaa, jotka osoittivat, että kun pohjoisen kuningas Danielin yhdestoista luvun neljännessäkymmenennessä jakeessa vuonna 1989 ”tulvi yli ja meni eteenpäin” etelän kuninkaan yli, pää, kansakunta, joka oli eteläisen valtakunnan pääkaupunki (Venäjä), jäi pystyyn.</w:t>
      </w:r>
    </w:p>
    <w:p>
      <w:pPr>
        <w:pStyle w:val="ArticleBody"/>
        <w:jc w:val="left"/>
      </w:pPr>
      <w:r>
        <w:rPr>
          <w:rFonts w:ascii="Times New Roman" w:hAnsi="Times New Roman" w:eastAsia="Times New Roman" w:cs="Times New Roman"/>
        </w:rPr>
        <w:t>Jakeen kymmenen ”linnoitus” on avain nykyisen Ukrainan sodan tunnistamiseen sekä myös siihen tosiasiaan, että Venäjä tulee olemaan voittaja. Kuitenkin se profeetallinen sovellus, joka vahvistaa tämän totuuden, liittyy suoraan niihin samoihin jakeisiin ja perustuu täysin niihin, jotka avattiin Hiram Edsonille ja jotka julkaistiin Review and Herald -lehden artikkeleissa vuonna 1856. Artikkelit tunnistavat 3. Mooseksen kirjan kahdenkymmenennenkuudennen luvun ”seitsemän aikaa”.</w:t>
      </w:r>
    </w:p>
    <w:p>
      <w:pPr>
        <w:pStyle w:val="ArticleBody"/>
        <w:jc w:val="left"/>
      </w:pPr>
      <w:r>
        <w:rPr>
          <w:rFonts w:ascii="Times New Roman" w:hAnsi="Times New Roman" w:eastAsia="Times New Roman" w:cs="Times New Roman"/>
        </w:rPr>
        <w:t>Heinäkuusta 2023 lähtien Juudan sukukunnan Leijona on juuri noista samoista jakeista paljastanut, että molemmat pohjoista ja eteläistä valtakuntaa vastaan annetut kaksituhattaviisisataakaksikymmentävuotiset profetiat eivät ainoastaan kuvaa hajottamisen aikaa, vaan ne havainnollistavat myös Kristuksen varsinaista työtä jumaluuden yhdistämisessä ihmisyyteen. Tässä ilmoituksessa osoitetaan, että ”pää” on ihmisen korkeampi luonto. ”Pää” on ihmisessä olevan temppelin ”linnoitus”, jonka sisar White määrittelee sielun linnakkeeksi. Linnake on linnoitus.</w:t>
      </w:r>
    </w:p>
    <w:p>
      <w:pPr>
        <w:pStyle w:val="ArticleBody"/>
        <w:jc w:val="left"/>
      </w:pPr>
      <w:r>
        <w:rPr>
          <w:rFonts w:ascii="Times New Roman" w:hAnsi="Times New Roman" w:eastAsia="Times New Roman" w:cs="Times New Roman"/>
        </w:rPr>
        <w:t>Näin ollen on vahvistettu, että Danielin kirjan yhdestoista luku, kymmenes jae, ulkoinen ”linnoitus” edustaa myös sisäistä ”linnoitusta”. Kun sota (ulkoinen) Ukrainassa alkoi vuonna 2014, ”etelästä” ja Walesista tulleiden saatanallisten opetusten tunkeutuminen (sisäinen) tuotiin Future for America -liikkeeseen, ja sinetöimisprosessi oli saavuttanut jälleen uuden vaiheen. Vuoteen 2020 mennessä sekä republikaaninen että protestanttinen sarvi surmattiin sen suuren kaupungin kaduilla, jossa myös meidän Herramme ristiinnaulittiin.</w:t>
      </w:r>
    </w:p>
    <w:p>
      <w:pPr>
        <w:pStyle w:val="ArticleBody"/>
        <w:jc w:val="left"/>
      </w:pPr>
      <w:r>
        <w:rPr>
          <w:rFonts w:ascii="Times New Roman" w:hAnsi="Times New Roman" w:eastAsia="Times New Roman" w:cs="Times New Roman"/>
        </w:rPr>
        <w:t>Vuonna 2020 Donald Trump epäonnistui toisessa presidentinvaalikampanjassaan, ja kymmenen neitsyen viipymisen aika oli tullut. Vuonna 2022 Trump aloitti virallisesti kolmannen presidentinvaalikampanjansa, ja hänen ensimmäinen menestyksekäs presidentinvaalikampanjansa edustaa hänen viimeistään. Vuonna 2023 “ääni erämaasta” alkoi puhua kuolleille kuiville luille.</w:t>
      </w:r>
    </w:p>
    <w:p>
      <w:pPr>
        <w:pStyle w:val="ArticleBody"/>
        <w:jc w:val="left"/>
      </w:pPr>
      <w:r>
        <w:rPr>
          <w:rFonts w:ascii="Times New Roman" w:hAnsi="Times New Roman" w:eastAsia="Times New Roman" w:cs="Times New Roman"/>
        </w:rPr>
        <w:t>Jakeet kolmestatoista viiteentoista jatkavat historian kulkua Putinin käymän Ukrainan sodan jälkeen, vaikka voitto ei hyödytä häntä, sillä Venäjä toistaa Napoleon Bonaparten historian.</w:t>
      </w:r>
    </w:p>
    <w:p>
      <w:pPr>
        <w:pStyle w:val="ArticleBody"/>
        <w:jc w:val="left"/>
      </w:pPr>
      <w:r>
        <w:rPr>
          <w:rFonts w:ascii="Times New Roman" w:hAnsi="Times New Roman" w:eastAsia="Times New Roman" w:cs="Times New Roman"/>
        </w:rPr>
        <w:t>Napoleonin karkotus ja loppu esikuvallistettiin kuningas Ussian karkotuksessa ja lopussa; häntäkään eivät hänen sotilaalliset voittonsa vahvistaneet, ja hän esikuvasi jakeiden yksitoista ja kaksitoista Ptolemaios IV:ttä, jota eivät nekään hänen sotilaalliset voittonsa vahvistaneet. Sekä Ussia että Ptolemaios IV pyrkivät uhraamaan temppelissä, ja kumpaakin estettiin tekemästä niin. Kuningas Ussiaa lyötiin spitaalilla hänen otsaansa, kun hän yritti tehdä niin. Merkki hänen otsassaan ei ainoastaan edusta pedon merkkiä, vaan se myös esikuvallisti etelän ensimmäistä kuningasta vuonna 1989, joka niin ikään joutui eräänlaiseen karkotukseen, kun hän (Gorbatšov) lähti Neuvostoliitosta tullakseen osaksi Yhdistyneitä Kansakuntia. Kuten kuningas Ussialla, Gorbatšovilla oli huomattava merkki otsassaan. Kuningas Ussia, kuningas Ptolemaios IV, Napoleon ja Gorbatšov esikuvallistavat kaikki Putinin loppua. Kaikki neljä olivat etelän kuninkaita, jotka päättivät kukin oman erityisen dynastiansa, esikuvallistaen Putinin Venäjän loppua.</w:t>
      </w:r>
    </w:p>
    <w:p>
      <w:pPr>
        <w:pStyle w:val="ArticleBody"/>
        <w:jc w:val="left"/>
      </w:pPr>
      <w:r>
        <w:rPr>
          <w:rFonts w:ascii="Times New Roman" w:hAnsi="Times New Roman" w:eastAsia="Times New Roman" w:cs="Times New Roman"/>
        </w:rPr>
        <w:t>Sitten jakeet kolmestatoista viiteentoista avaavat todistuksen, joka alkoi vuonna 200 eKr. ja esikuvaa Donald Trumpin kolmatta ja viimeistä kautta; hän edustaa republikaanista sarvea. Jae neljätoista merkitsee sitä hetkeä, jolloin paavius alkaa laulaa haureutensa lauluja Tyyroksen porttona, ja jae viisitoista osoittaa luopioprotestanttisen sarven linjan suhteessa makkabilaisten historiaan. Nämä kolme jaetta sisältävät kolme profeetallista linjaa.</w:t>
      </w:r>
    </w:p>
    <w:p>
      <w:pPr>
        <w:pStyle w:val="ArticleBody"/>
        <w:jc w:val="left"/>
      </w:pPr>
      <w:r>
        <w:rPr>
          <w:rFonts w:ascii="Times New Roman" w:hAnsi="Times New Roman" w:eastAsia="Times New Roman" w:cs="Times New Roman"/>
        </w:rPr>
        <w:t>Makkabilaisten historia ei ole kätketty samalla tavoin kuin jakeen kaksi loppu jakeeseen kolme asti tai kuin jakeen neljäkymmentä loppu jakeeseen neljäkymmentäyksi asti, mutta tämä linja on ainakin ensi tarkastelulla hämärä. Kuitenkin tuossa verrattain epämääräisessä profeetallisessa historiassa esitetään juutalaisten liitto Rooman kanssa, ja se osoittaa pedon kuvan muodostumisen. Pedon kuvan muodostuminen on esikuvattuna myös Danielin toisen luvun kätketyssä historiassa, jossa Nebukadnessar näki unen, jota hän ei kyennyt muistamaan ja jonka Danielin oli kuoleman uhalla selitettävä tuntematta itse unta. Danielin ja kolmen arvollisen rukous toisessa luvussa edustaa rukousta ulkoisen valon puolesta, joka täydentää Danielin yhdeksännen luvun rukousta sisäisen muutoksen puolesta.</w:t>
      </w:r>
    </w:p>
    <w:p>
      <w:pPr>
        <w:pStyle w:val="ArticleBody"/>
        <w:jc w:val="left"/>
      </w:pPr>
      <w:r>
        <w:rPr>
          <w:rFonts w:ascii="Times New Roman" w:hAnsi="Times New Roman" w:eastAsia="Times New Roman" w:cs="Times New Roman"/>
        </w:rPr>
        <w:t>Makkabealaisten suku asettuu yhdenmukaiseksi Danielin toisen luvun kätketyn salaisuuden kanssa. Danielin toisen luvun salaisuus antaa ensimmäisen profeetallisen todistuksen siitä profeetallisesta arvoituksesta, että kahdeksas on niistä seitsemästä, mikä myötävaikuttaa Ilmestyskirjan yhdennessätoista luvussa kuvattujen kahden todistajan ylösnousemuksen ilmestymiseen. Kahden todistajan ylösnousemus yhteydessä siihen, että kahdeksas on niistä seitsemästä, vahvistaa, että millerilaisten ja sadan neljänkymmenen neljän tuhannen rinnakkaishistoriassa millerilaisten käänteinen siirtyminen Laodikeaan on yhdenmukainen sen kanssa, että sataneljäkymmentäneljätuhatta siirtyvät Laodikeasta Filadelfiaan.</w:t>
      </w:r>
    </w:p>
    <w:p>
      <w:pPr>
        <w:pStyle w:val="ArticleBody"/>
        <w:jc w:val="left"/>
      </w:pPr>
      <w:r>
        <w:rPr>
          <w:rFonts w:ascii="Times New Roman" w:hAnsi="Times New Roman" w:eastAsia="Times New Roman" w:cs="Times New Roman"/>
        </w:rPr>
        <w:t>Makkabealaisten hämärä sukulinja ja Nebukadnessarin kätketty uni oli kaikki erityisesti sinetöity siihen asti, kunnes kahden todistajan ylösnousemisen prosessi alkoi vuonna 2023. Ne avataan juuri ennen ”suuren maanjäristyksen” hetkeä, joka merkitsee koetusajan päättymistä seitsemännen päivän adventisteille. Koetus, joka noiden adventistien on läpäistävä ennen kuin he saavat Jumalan sinetin ja ennen kuin koetusaika päättyy, on pedon kuvan muodostumiseen liittyvä koetus.</w:t>
      </w:r>
    </w:p>
    <w:p>
      <w:pPr>
        <w:pStyle w:val="ArticleBody"/>
        <w:jc w:val="left"/>
      </w:pPr>
      <w:r>
        <w:rPr>
          <w:rFonts w:ascii="Times New Roman" w:hAnsi="Times New Roman" w:eastAsia="Times New Roman" w:cs="Times New Roman"/>
        </w:rPr>
        <w:t>Makkabealaisten suku, Nebukadnessarin salainen uni, arvoitus kahdeksannesta, joka on siitä seitsemästä, sekä maasta nousevan pedon kaksi sarvea, kaikki myötävaikuttavat siihen koettelemisprosessiin, joka toteutuu silloin, kun pedon kuva muodostetaan. Näiden linjojen tunnistaminen totuuksiksi, jotka ovat jollakin profeetallisella tavalla ”kätkettyjä totuuksia”, on se, mikä osoittaa, että ne ovat niitä totuuksia, joita Juudan sukukunnan Leijona parhaillaan avaa sineteistään.</w:t>
      </w:r>
    </w:p>
    <w:p>
      <w:pPr>
        <w:pStyle w:val="ArticleBody"/>
        <w:jc w:val="left"/>
      </w:pPr>
      <w:r>
        <w:rPr>
          <w:rFonts w:ascii="Times New Roman" w:hAnsi="Times New Roman" w:eastAsia="Times New Roman" w:cs="Times New Roman"/>
        </w:rPr>
        <w:t>Kahden todistajan tunnistamisen sinetin avaaminen, joiden todistajien edustamina ovat Ilmestyskirjan kolmattatoista luvussa kuvatun maapetojen tasavaltalainen ja protestanttinen sarvi, sekä siihen liittyvä totuus siitä, että kumpikin sarvi kulkee rinnakkain toisen kanssa ja että kummallakin sarvella on myös kaksinainen sisäinen luonne, merkitsee Jeesuksen Kristuksen ilmestyksen sinetin avaamisen alkua. Avattu totuus sisältää myös seitsemän ukkosenjylinän kätketyn historian sinetin avaamisen sekä heprealaisen sanan ”Truth” määritelmän.</w:t>
      </w:r>
    </w:p>
    <w:p>
      <w:pPr>
        <w:pStyle w:val="ArticleBody"/>
        <w:jc w:val="left"/>
      </w:pPr>
      <w:r>
        <w:rPr>
          <w:rFonts w:ascii="Times New Roman" w:hAnsi="Times New Roman" w:eastAsia="Times New Roman" w:cs="Times New Roman"/>
        </w:rPr>
        <w:t>Kun seitsemän ukkosen viimeisen ajanjakson ymmärrettiin edustavan ensimmäisen pettymyksen kolmea merkkipaalua, joita seurasi Keskiyön huudon sanoma ja jotka sitten päättyivät suureen pettymykseen, sopusoinnussa hepreankielisen sanan ”Totuus” kanssa, vahvistettiin silloin se ilmestys, joka merkitsee 18. heinäkuuta 2020 ja joka on Keskiyön huudon sanoman täydellinen täyttymys, johtaen sunnuntailakiin.</w:t>
      </w:r>
    </w:p>
    <w:p>
      <w:pPr>
        <w:pStyle w:val="ArticleBody"/>
        <w:jc w:val="left"/>
      </w:pPr>
      <w:r>
        <w:rPr>
          <w:rFonts w:ascii="Times New Roman" w:hAnsi="Times New Roman" w:eastAsia="Times New Roman" w:cs="Times New Roman"/>
        </w:rPr>
        <w:t>Seitsemän ukkosenjylinää oli jo ennen heinäkuuta 2023 tunnistettu ensimmäisen enkelin liikkeen ja kolmannen enkelin liikkeen rinnakkaishistoriaksi, mutta tuolloin lopullista kolmivaiheista ajanjaksoa ei ollut pidetty erityisenä ajanjaksona, jota seitsemän ukkosenjylinää edustavat. Nyt tuo tunnistaminen on vahvistettu ”Totuudeksi”.</w:t>
      </w:r>
    </w:p>
    <w:p>
      <w:pPr>
        <w:pStyle w:val="ArticleBody"/>
        <w:jc w:val="left"/>
      </w:pPr>
      <w:r>
        <w:rPr>
          <w:rFonts w:ascii="Times New Roman" w:hAnsi="Times New Roman" w:eastAsia="Times New Roman" w:cs="Times New Roman"/>
        </w:rPr>
        <w:t>Jeesuksen Kristuksen ilmestys avataan juuri ennen kuin koetusaika päättyy, ja siihen sisältyvät Ilmestyskirjan yhdennenentoista luvun kaksi todistajaa. Jeesuksen Kristuksen ilmestykseen sisältyy seitsemän ukkosenjyrähdyksen kätketty historia. Jeesuksen Kristuksen ilmestykseen sisältyy arvoitus, että ”kahdeksas on niistä seitsemästä”, mikä vuorostaan osoittaa milleriläisten siirtymisen Laodikeaan rinnakkaisena sadan neljänkymmenenneljän tuhannen siirtymiselle Filadelfiaan. Se, että kahdeksas on niistä seitsemästä, edustaa myös pedon kuvan koetuksen profeetallista ilmaisua, koska sekä tasavaltalainen että protestanttinen sarvi tulevat päätökseensä silloin, kun tasavaltalainen sarvi tuottaa pedon poliittisen kuvan vastakohtana sille ja kiistassa sen kanssa, että tosi protestanttinen sarvi muodostaa Kristuksen kuvan, jotka sitten korotetaan lipuksi.</w:t>
      </w:r>
    </w:p>
    <w:p>
      <w:pPr>
        <w:pStyle w:val="ArticleBody"/>
        <w:jc w:val="left"/>
      </w:pPr>
      <w:r>
        <w:rPr>
          <w:rFonts w:ascii="Times New Roman" w:hAnsi="Times New Roman" w:eastAsia="Times New Roman" w:cs="Times New Roman"/>
        </w:rPr>
        <w:t>Nämä totuudet alkoivat avautua heinäkuun 2023 lopussa, ja kaikki nämä totuudet edustavat profeetallista historiaa, joka täyttyy kätketyssä historiassa, joka on ”se osa Danielin profetiasta, joka liittyy viimeisiin päiviin”.</w:t>
      </w:r>
    </w:p>
    <w:p>
      <w:pPr>
        <w:pStyle w:val="ArticleBody"/>
        <w:jc w:val="left"/>
      </w:pPr>
      <w:r>
        <w:rPr>
          <w:rFonts w:ascii="Times New Roman" w:hAnsi="Times New Roman" w:eastAsia="Times New Roman" w:cs="Times New Roman"/>
        </w:rPr>
        <w:t>Meillä on siis jakeen neljäkymmentä kätketyn historian profeetallinen rakenne, lopun ajasta vuonna 1989 aina jakeen neljäkymmentäyksi sunnuntailakiin saakka, mikä sallii meidän asettaa Danielin kirjan yhdentoista luvun jakeet yksi ja kaksi sen päälle. Sen jälkeen voimme sijoittaa jakeet kymmenestä viiteentoista samalle linjalle. Tämän jälkeen voimme ottaa makkabealaisten linjan, joka oikein ymmärrettynä alkaa jakeesta kolmetoista ja jatkuu jakeeseen kaksikymmentäkolme saakka, samalle linjalle. Sen jälkeen voimme ottaa Ilmestyskirjan yhdestoista luvun jakeiden seitsemästä kahteentoista kahden todistajan linjan samalle linjalle. Danielin ja Ilmestyskirjan kahden todistajan avulla meillä on jakeen neljäkymmentä kätketyn historian rakenne.</w:t>
      </w:r>
    </w:p>
    <w:p>
      <w:pPr>
        <w:pStyle w:val="ArticleBody"/>
        <w:jc w:val="left"/>
      </w:pPr>
      <w:r>
        <w:rPr>
          <w:rFonts w:ascii="Times New Roman" w:hAnsi="Times New Roman" w:eastAsia="Times New Roman" w:cs="Times New Roman"/>
        </w:rPr>
        <w:t>Vuonna 1989 Neuvostoliitto pyyhkäistiin pois paaviuden ja sen sijaisarmeijan, Yhdysvaltojen, välisen liiton toimesta. Kun Gorbatšov hajotti Neuvostoliiton, sadan neljänkymmenenneljän tuhannen lopun aika saapui. Ronald Reagan oli Yhdysvaltojen ensimmäinen profeetallinen kuningas lopun ajasta alkaen; Reagania, luopioprotestanttista republikaania, jota kuningas Darius edustaa, seurasi Kyyros, sitten kolme muuta kuningasta, ja sitten neljäs rikas kuningas.</w:t>
      </w:r>
    </w:p>
    <w:p>
      <w:pPr>
        <w:pStyle w:val="ArticleBody"/>
        <w:jc w:val="left"/>
      </w:pPr>
      <w:r>
        <w:rPr>
          <w:rFonts w:ascii="Times New Roman" w:hAnsi="Times New Roman" w:eastAsia="Times New Roman" w:cs="Times New Roman"/>
        </w:rPr>
        <w:t>Kuningas Kyyros edusti Bush vanhempaa, tunnustautuvaa republikaanista globalistia, jota seurasi demokraattinen globalisti Clinton, jota seurasi tunnustautuva republikaaninen globalisti Bush nuorempi, jota seurasi islamilainen demokraattinen globalisti Obama, jota seurasi heistä kaikista rikkain presidentti, luopioprotestanttinen republikaani Donald Trump.</w:t>
      </w:r>
    </w:p>
    <w:p>
      <w:pPr>
        <w:pStyle w:val="ArticleBody"/>
        <w:jc w:val="left"/>
      </w:pPr>
      <w:r>
        <w:rPr>
          <w:rFonts w:ascii="Times New Roman" w:hAnsi="Times New Roman" w:eastAsia="Times New Roman" w:cs="Times New Roman"/>
        </w:rPr>
        <w:t>Vuonna 2014 alkoi Ukrainan sota Venäjän ja paaviuden natsimielisen sijaisarmeijan välillä, ja paaviuden entinen sijaisarmeija (Yhdysvallat) antoi tukea Ukrainan sijaisarmeijalle. Vuonna 2014 Future for America -liikkeeseen soluttautuivat lohikäärmeen edustajat, ja vuonna 2015 Donald Trump aloitti ensimmäisen niistä kolmesta presidentinvaalikampanjasta, jotka hän toteuttaisi. Hän saavutti voiton ensimmäisessä kampanjassaan, mutta hänen keskimmäinen kampanjansa varastettiin, ja viimeisessä kampanjassaan hän on jälleen voittava. Vuonna 2020 sekä republikaaninen sarvi sai kuolinhaavan vaalien tullessa varastetuiksi, että todellinen protestanttinen sarvi sai kuolinhaavan julistamalla väärän ennustuksen, mikä sai osaltaan alkunsa vuonna 2014 alkaneesta soluttautumisesta, joka varasti sanoman tuomalla siihen erilaisia vääriä profeetallisia sovelluksia.</w:t>
      </w:r>
    </w:p>
    <w:p>
      <w:pPr>
        <w:pStyle w:val="ArticleBody"/>
        <w:jc w:val="left"/>
      </w:pPr>
      <w:r>
        <w:rPr>
          <w:rFonts w:ascii="Times New Roman" w:hAnsi="Times New Roman" w:eastAsia="Times New Roman" w:cs="Times New Roman"/>
        </w:rPr>
        <w:t>Vuonna 2020 varastettiin sekä vaali että profeetallinen sanoma, ja molemmat sarvet surmattiin vertauskuvallisesti lohikäärmeen edustajien toimesta. Vaali varastettiin kaksinkertaisen liittouman kautta, johon kuuluivat globalistiset, republikaaneiksi tunnustautuvat tahot sekä globalistiset demokraatit, ja jota tukivat globalistinen propagandamedia ja globalistiset kauppiaat. Sanoma varastettiin eteläiseltä pallonpuoliskolta olevan pienikokoisen naimattoman tytön ja Walesista olevan pienikokoisen eronneen pojan toimesta, joiden salattuna tarkoitusperänä oli tuoda esiin ja edistää homoseksuaalista agendaa sekä pyytää anteeksi ”synnin miestä”. Future for American johtaja kantaa kaiken syyn tästä saatanallisesta soluttautumisesta, sillä hänen vastuullaan oli suojella liikettä, mutta hän oli liian halukas sallimaan pyhittämättömien sanansaattajien ottaa johtavan aseman. Donald Trump on syyllinen varastettuun vaaliin, sillä ne, jotka hän valitsi sallittaviksi sisimpään valtapiiriinsä, tarkoituksellisesti heikensivät sitä työtä, jonka hän oli ottanut tehtäväkseen.</w:t>
      </w:r>
    </w:p>
    <w:p>
      <w:pPr>
        <w:pStyle w:val="ArticleBody"/>
        <w:jc w:val="left"/>
      </w:pPr>
      <w:r>
        <w:rPr>
          <w:rFonts w:ascii="Times New Roman" w:hAnsi="Times New Roman" w:eastAsia="Times New Roman" w:cs="Times New Roman"/>
        </w:rPr>
        <w:t>Vuonna 2022 Donald Trump aloitti kolmannen kampanjansa, ja vuonna 2023 ”erämaassa huutavan ääni” alkoi lähettää sanomaa seurakunnille. Hiljattain eräs ”kivi” (jonka määrittelen niiksi, jotka ovat ”nykyisen totuuden” ulkopuolella, huusi), joka on kenties julkisen areenan nykyisessä poliittisessa ympäristössä terävin mieli, esitti joitakin hyvin oivaltavia totuuksia. Hänen nimensä on Victor Davis Hanson, ja jos seuraat ympärilläsi tapahtuvia tapahtumia ja vertaat niitä Hänen Sanansa ennustuksiin, niin Victor Davis Hanson on yksi niistä ”kivistä”, jotka kaikuvat juuri sitä sanomaa, jota toivottavasti tutkit.</w:t>
      </w:r>
    </w:p>
    <w:p>
      <w:pPr>
        <w:pStyle w:val="ArticleScripture"/>
        <w:jc w:val="left"/>
      </w:pPr>
      <w:r>
        <w:rPr>
          <w:rFonts w:ascii="Times New Roman" w:hAnsi="Times New Roman" w:eastAsia="Times New Roman" w:cs="Times New Roman"/>
        </w:rPr>
        <w:t>”Jumala tahtoo meidän tutkivan ympärillämme tapahtuvia tapahtumia ja vertaavan niitä hänen sanansa ennustuksiin, jotta ymmärtäisimme elävämme viimeisissä päivissä. Me tahdomme Raamattumme, ja tahdomme tietää, mitä siihen on kirjoitettu. Ahkera profetian tutkija palkitaan selkeillä totuuden ilmestyksillä, sillä Jeesus sanoi: ’Sinun sanasi on totuus.’” Signs of the Times, 1. lokakuuta 1894.</w:t>
      </w:r>
    </w:p>
    <w:p>
      <w:pPr>
        <w:pStyle w:val="ArticleBody"/>
        <w:jc w:val="left"/>
      </w:pPr>
      <w:r>
        <w:rPr>
          <w:rFonts w:ascii="Times New Roman" w:hAnsi="Times New Roman" w:eastAsia="Times New Roman" w:cs="Times New Roman"/>
        </w:rPr>
        <w:t>X.comissa @FreyjaTarten julkaisemassa haastattelussa Hanson aloitti toteamalla: ”He [demokraatit] katsovat Trumpia kuin vampyyria.” Hän jatkaa käsittelemällä demokraattien pelkoa siitä, että Donald Trump valitaan uudelleen. Minulla ei ole mitään syytä uskoa, että Hanson ymmärsi Ilmestyskirjan yhdestoista luvun mukaan Trumpin herätettävän henkiin (kuin vampyyri) ja että, kun niin tapahtui, ne, jotka olivat aiemmin riemuinneet hänen kuolemastaan, pelkäisivät. Kuitenkin juuri tämän hän tuo esiin koko kommentaarissaan.</w:t>
      </w:r>
    </w:p>
    <w:p>
      <w:pPr>
        <w:pStyle w:val="ArticleScripture"/>
        <w:jc w:val="left"/>
      </w:pPr>
      <w:r>
        <w:rPr>
          <w:rFonts w:ascii="Times New Roman" w:hAnsi="Times New Roman" w:eastAsia="Times New Roman" w:cs="Times New Roman"/>
        </w:rPr>
        <w:t>Ja kolmen ja puolen päivän kuluttua elämän Henki Jumalasta meni heihin, ja he nousivat jaloilleen; ja suuri pelko valtasi ne, jotka näkivät heidät. Ilmestys 11:11.</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“Olemme saavuttaneet näissä kirjoituksissa ennustetun ajanjakson. Lopun aika on tullut, profeettojen näyt on avattu, ja heidän vakavat varoituksensa osoittavat meille Herramme tulemuksen kirkkaudessa olevan lähellä.”</w:t>
      </w:r>
    </w:p>
    <w:p>
      <w:pPr>
        <w:pStyle w:val="ArticleScripture"/>
        <w:jc w:val="left"/>
      </w:pPr>
      <w:r>
        <w:rPr>
          <w:rFonts w:ascii="Times New Roman" w:hAnsi="Times New Roman" w:eastAsia="Times New Roman" w:cs="Times New Roman"/>
        </w:rPr>
        <w:t>”Juutalaiset tulkitsivat väärin ja sovelsivat väärin Jumalan sanaa, eivätkä he tunteneet etsikkoaikansa hetkeä. Kristuksen ja Hänen apostoliensa palvelustyön vuodet — ne kallisarvoiset viimeiset armon vuodet valitulle kansalle — he käyttivät Herran sanansaattajien tuhon juonimiseen. Maalliset kunnianhimot valtasivat heidät, ja hengellisen valtakunnan tarjous tuli heille turhaan. Niin myös tänä päivänä tämän maailman valtakunta täyttää ihmisten ajatukset, eivätkä he pane merkille nopeasti täyttyviä ennustuksia ja pian tulevan Jumalan valtakunnan merkkejä.”</w:t>
      </w:r>
    </w:p>
    <w:p>
      <w:pPr>
        <w:pStyle w:val="ArticleScripture"/>
        <w:jc w:val="left"/>
      </w:pPr>
      <w:r>
        <w:rPr>
          <w:rFonts w:ascii="Times New Roman" w:hAnsi="Times New Roman" w:eastAsia="Times New Roman" w:cs="Times New Roman"/>
        </w:rPr>
        <w:t>”Mutta te, veljet, ette ole pimeydessä, niin että se päivä voisi yllättää teidät niin kuin varas. Te olette kaikki valkeuden lapsia ja päivän lapsia; me emme ole yön emmekä pimeyden lapsia.” Vaikka meidän ei tule tietää Herramme paluun hetkeä, me voimme tietää, milloin se on lähellä. ”Älkäämme siis nukkuko niin kuin muut, vaan valvokaamme ja olkaamme raittiit.” 1. Tessalonikalaiskirje 5:4–6. Alfa ja omega,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satayhdeksänkymmentäyksi</dc:title>
  <dc:subject>Daniel 11:n profeetallinen kudelma: Trumpin aikakauden monisyisyyksien paljastaminen ja sunnuntailain esinäytös</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