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yhdeksänkymmentäkaksi</w:t>
      </w:r>
    </w:p>
    <w:p>
      <w:pPr>
        <w:pStyle w:val="ArticleSubtitle"/>
        <w:jc w:val="left"/>
      </w:pPr>
      <w:r>
        <w:rPr>
          <w:rFonts w:ascii="Arial" w:hAnsi="Arial" w:eastAsia="Arial" w:cs="Arial"/>
        </w:rPr>
        <w:t>Piilotetun historian paljastaminen: Daniel 11:n profeetalliset yhtymäkohdat ja 144 000:n sinetöiminen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Tarkastelemme Danielin kirjan yhdestoista luvun neljännenkymmenennen jakeen ”kätkettyä historiaa”, kun sen kirjoitettu todistus päättyy lopun aikana vuonna 1989, aina neljännenkymmenennen ensimmäisen jakeen sunnuntailakiin saakka. Kätketty historia muodostaa sen rakenteen, jonka varaan kaikki viimeisten päivien profeetalliset linjat asetetaan, sillä sadan neljänkymmenenneljän tuhannen sinetöiminen tapahtuu tuon kätketyn historian sisällä. Tuo historia on se, jossa pedon kuvan muodostumiseen liittyvä koetus tapahtuu. Sen tähden se on se historia, jossa Nebukadnessarin kätketty uni petojen kuvasta avataan. Tuo kätketty historia on se, jossa Donald Trumpin ensimmäisestä virkakaudesta alkava kätketty historia päättyy Danielin kirjan yhdentoista luvun toisessa jakeessa ja ulottuu kolmanteen jakeeseen. Tuo kätketty historia on se osa Danielin profetiasta, joka liittyy viimeisiin päiviin, ja se on Jeesuksen Kristuksen ilmestys, joka avataan juuri ennen kuin koetusaika päättyy sunnuntailain kohdalla. Kaikkia näitä totuuden linjoja kuvataan seitsemännen ja viimeisen sinetin poistamisena.</w:t>
      </w:r>
    </w:p>
    <w:p>
      <w:pPr>
        <w:pStyle w:val="ArticleBody"/>
        <w:jc w:val="left"/>
      </w:pPr>
      <w:r>
        <w:rPr>
          <w:rFonts w:ascii="Times New Roman" w:hAnsi="Times New Roman" w:eastAsia="Times New Roman" w:cs="Times New Roman"/>
        </w:rPr>
        <w:t>Danielin yhdestoista luvun jakeet kymmenestä viiteentoista on sovitettava tuohon kätkettyyn historiaan, ja noiden jakeiden kolme viimeistä esittävät kolme profeetallista linjaa. Ne osoittavat, milloin paavius tunkeutuu jälleen historiaan, niin kuin se teki vuonna 200 eKr., jolloin pakanallinen Rooma ensi kerran astui siihen profeetalliseen historiaan, jota Danielin kirjan yhdestoista luku, jae neljätoista, esittää. Tuo jae sekä sen täyttyminen pakanallisen Rooman historiassa vahvistivat näyn, sillä pakanallinen Rooma oli sen vallan vertauskuva, joka korotti itsensä, ryösti Jumalan kansaa ja sitten kukistui. Luopioitunut protestanttisuus sovelsi jakeen Antiokhos Epifaneeseen, mutta milleriläiset sovelsivat sen pakanalliseen Roomaan ja osoittivat jakeen koetintotuudeksi milleriläisessä historiassa. Nykyään modernin laodikealaisen adventismin teologit opettavat jälleen, että kyseessä on Antiokhos Epifanes, joten se on jälleen koetintotuus.</w:t>
      </w:r>
    </w:p>
    <w:p>
      <w:pPr>
        <w:pStyle w:val="ArticleBody"/>
        <w:jc w:val="left"/>
      </w:pPr>
      <w:r>
        <w:rPr>
          <w:rFonts w:ascii="Times New Roman" w:hAnsi="Times New Roman" w:eastAsia="Times New Roman" w:cs="Times New Roman"/>
        </w:rPr>
        <w:t>Se ei ainoastaan ole koetteleva totuus, vaan jae ja sen täyttymys vuonna 200 eKr. osoittavat, milloin Tyyron portto (nykyinen Rooma) alkaa laulaa saatanallisia laulujaan, ja viittaavat paavinvallan astumiseen viimeisten päivien historiaan, ja siten se edustaa viimeisten päivien ensisijaista koettelevaa totuutta, joka on yhdenmukainen sen koettelevan totuuden kanssa, jota milleriläisen historian väittely edustaa.</w:t>
      </w:r>
    </w:p>
    <w:p>
      <w:pPr>
        <w:pStyle w:val="ArticleBody"/>
        <w:jc w:val="left"/>
      </w:pPr>
      <w:r>
        <w:rPr>
          <w:rFonts w:ascii="Times New Roman" w:hAnsi="Times New Roman" w:eastAsia="Times New Roman" w:cs="Times New Roman"/>
        </w:rPr>
        <w:t>Nämä kolme jaetta edustavat myös maan pedon tasavaltalaisen sarven linjaa ja yksilöivät Donald Trumpin profeetalliset askeleet hänen astuessaan toiselle kaudelleen kahdeksantena presidenttinä, joka on niistä seitsemästä presidentistä, presidenttien linjassa, joka alkoi Ronald Reaganista lopun aikana vuonna 1989. Jakeen kaksitoista Raphian taistelun jälkeen ”Antiokhos” kukistaa ensin kapinan Yhdysvaltojen sisällä, ja valmistautuu sitten sotaan globalismia vastaan, jota Egypti edustaa Paniumin taistelussa. Trump voittaa tuon sodan, mutta sota käynnistää kolmannen maailmansodan (Actium). Näitä tapahtumia esikuvasi Antiokhos III Suuri, jonka Egypti oli kukistanut Raphian taistelussa, mutta joka kostaisi voitokkaasti Paniumin taistelussa.</w:t>
      </w:r>
    </w:p>
    <w:p>
      <w:pPr>
        <w:pStyle w:val="ArticleBody"/>
        <w:jc w:val="left"/>
      </w:pPr>
      <w:r>
        <w:rPr>
          <w:rFonts w:ascii="Times New Roman" w:hAnsi="Times New Roman" w:eastAsia="Times New Roman" w:cs="Times New Roman"/>
        </w:rPr>
        <w:t>Jakeessa kolmetoista, ”muutamien vuosien kuluttua”, Antiochus Magnus, kuten Uriah Smith toteaa, ”Antiochus, kukistettuaan kapinan valtakunnassaan sekä alistettuaan ja saatettuaan itäiset osat jälleen kuuliaisuuteen, oli vapaana ryhtymään mihin tahansa hankkeeseen silloin, kun nuori Epifanes tuli Egyptin valtaistuimelle; ja pitäen tätä liian hyvänä tilaisuutena valtansa laajentamiseen hukattavaksi, hän kokosi suunnattoman sotajoukon, entistä suuremman.” Trump tukahduttaa ensin kapinan valtakunnassaan ja valmistaa sitten suuremman armeijan kuin hänellä oli silloin, kun hänet aiemmin voitettiin. Trump voitettiin vuonna 2020 Ilmestyskirjan yhdestoista luvun täyttymyksenä, kun ateismin peto, joka edustaa maailmanlaajuista globalismia, sekä sekä demokraattisen että republikaanisen puolueen globalistit varastivat vaalit, ja Tyroksen porton ensisijaisena sijaisarmeijana se tulee olemaan tappio myös silloin, kun Putin on voitokas Ukrainasta.</w:t>
      </w:r>
    </w:p>
    <w:p>
      <w:pPr>
        <w:pStyle w:val="ArticleBody"/>
        <w:jc w:val="left"/>
      </w:pPr>
      <w:r>
        <w:rPr>
          <w:rFonts w:ascii="Times New Roman" w:hAnsi="Times New Roman" w:eastAsia="Times New Roman" w:cs="Times New Roman"/>
        </w:rPr>
        <w:t>Kolmas profeetallinen linja niissä kolmessa jakeessa, joita tarkastelemme, on luopioprotestantismin linja, jota edustaa makkabilaisten linja ja heidän kapinansa Antiokhos Epifaneen yrityksiä vastaan pakottaa Kreikan uskonto juutalaisille. Trumpin linja ja luopioprotestantismin linja edustavat niitä kahta valtaa, jotka lopulta sulautuvat siihen sarveen, joka esitetään pedon kuvana. Jakeet kolmestatoista viiteentoista kuvaavat sitä historiaa, joka johtaa sunnuntailakiin, ja luopioprotestantismin ja luopiorepublikanismin kaksi linjaa havainnollistavat näiden kahden vallan keskinäistä vuorovaikutusta niiden liittyessä yhteen ja yhdistäessä kirkon ja valtion ennen sunnuntailakia.</w:t>
      </w:r>
    </w:p>
    <w:p>
      <w:pPr>
        <w:pStyle w:val="ArticleBody"/>
        <w:jc w:val="left"/>
      </w:pPr>
      <w:r>
        <w:rPr>
          <w:rFonts w:ascii="Times New Roman" w:hAnsi="Times New Roman" w:eastAsia="Times New Roman" w:cs="Times New Roman"/>
        </w:rPr>
        <w:t>Aiemmissa artikkeleissa olemme osoittaneet, että kolme tapahtumaa, joita edustavat vuosiluvut 1776, 1789 ja 1798 ja jotka viittaavat itsenäisyysjulistukseen, perustuslakiin sekä Alien and Sedition Actseihin, määrittävät ajanjakson, joka johti maapetona kuvatun vallan alkuun Raamatun profetian kuudentena valtakuntana. Tästä syystä nämä kolme tienviittaa edustavat kolmea tienviittaa, jotka johtavat Raamatun profetian kuudennen valtakunnan päättymiseen. Olemme osoittaneet, että ne kaksikymmentäkaksi vuotta, jotka ulottuvat vuodesta 1776 vuoteen 1798, symboloivat sadanneljänkymmenenneljän tuhannen sinetöimisen aikaa, sillä luku kaksikymmentäkaksi on jumaluuden ja ihmisyyden yhdistymisen vertauskuva.</w:t>
      </w:r>
    </w:p>
    <w:p>
      <w:pPr>
        <w:pStyle w:val="ArticleBody"/>
        <w:jc w:val="left"/>
      </w:pPr>
      <w:r>
        <w:rPr>
          <w:rFonts w:ascii="Times New Roman" w:hAnsi="Times New Roman" w:eastAsia="Times New Roman" w:cs="Times New Roman"/>
        </w:rPr>
        <w:t>Olemme tunnistaneet tämän historian kantavan ”Totuuden” allekirjoitusta, sillä ensimmäinen ja viimeinen tienviitta edustavat vakiinnutettua itsenäisyyttä ja poistettua itsenäisyyttä. Kaikki kolme tienviittaa edustavat maapedon ensisijaista symbolia, sillä ne kaikki edustavat Yhdysvaltain puhumista, sillä ”kansakunnan puhuminen on lainsäädäntö- ja oikeusviranomaisten toimintaa”. Keskimmäinen tienviitta, vuosi 1789, jolloin perustuslaki ratifioitiin kolmentoista siirtokunnan toimesta, vastaa myös sitä, että heprean sanan ”Totuus” keskimmäinen kirjain on kolmastoista. Ne kaksikymmentäkaksi vuotta, jotka ulottuvat vuodesta 1776 vuoteen 1798, ovat myös yhteneväiset heprealaiset aakkoset muodostavien kahdenkymmenenkahden kirjaimen kanssa.</w:t>
      </w:r>
    </w:p>
    <w:p>
      <w:pPr>
        <w:pStyle w:val="ArticleBody"/>
        <w:jc w:val="left"/>
      </w:pPr>
      <w:r>
        <w:rPr>
          <w:rFonts w:ascii="Times New Roman" w:hAnsi="Times New Roman" w:eastAsia="Times New Roman" w:cs="Times New Roman"/>
        </w:rPr>
        <w:t>Olemme myös tunnistaneet, että vuoden 1798 Alien and Sedition Acts edustavat sitä kohtaa, jossa Yhdysvallat puhuu lohikäärmeen tavoin. Juutalaisten liiton historia Rooman kanssa, joka kuuluu Danielin yhdentoista luvun jakeiden kolmestatoista viiteentoista luopioprotestantismin linjaan, edustaa ajanjaksoa, jolloin pedon kuva muodostetaan, ja tuon kuvan muodostaminen on viimeinen koetus niille sadalle neljäkymmentäneljälletuhannelle. Se on koetus, joka heidän täytyy läpäistä ennen kuin heidät sinetöidään. Juutalaisten liitto vuosina 161 eKr. – 158 eKr. on sen tähden vakava osa sitä koetusta, jossa toteutuu niiden kutsuminen, joiden on määrä olla sadan neljänkymmenenneljän tuhannen joukossa.</w:t>
      </w:r>
    </w:p>
    <w:p>
      <w:pPr>
        <w:pStyle w:val="ArticleBody"/>
        <w:jc w:val="left"/>
      </w:pPr>
      <w:r>
        <w:rPr>
          <w:rFonts w:ascii="Times New Roman" w:hAnsi="Times New Roman" w:eastAsia="Times New Roman" w:cs="Times New Roman"/>
        </w:rPr>
        <w:t>Hyväksyä se, että vuodet 161 eKr. – 158 eKr. edustavat juutalaisten liiton symboloimaa ajanjaksoa, on historian opetuksen vastaista, sillä historioitsijat opettavat liiton olleen vuonna 161 eKr., kun taas milleriläiset opettivat sen olleen vuonna 158 eKr., ja heidän vakaumuksensa tästä tosiasiasta on esitettynä kummassakin pyhässä kartassa.</w:t>
      </w:r>
    </w:p>
    <w:p>
      <w:pPr>
        <w:pStyle w:val="ArticleBody"/>
        <w:jc w:val="left"/>
      </w:pPr>
      <w:r>
        <w:rPr>
          <w:rFonts w:ascii="Times New Roman" w:hAnsi="Times New Roman" w:eastAsia="Times New Roman" w:cs="Times New Roman"/>
        </w:rPr>
        <w:t>Kysymys ei ole pelkästään siitä, ovatko historioitsijat oikeassa ajoittaessaan juutalaisten liiton vuoteen 161 eKr., tai olivatko milleriitit oikeassa määrittäessään sen vuodeksi 158 eKr. Kummassakin näistä kahdesta vaihtoehdosta on ryhmä, joka olisi samaa mieltä valinnastasi. Kysymys on siitä, ovatko sekä historioitsijat että milleriitit oikeassa, ja siitä, että totuus juutalaisten kanssa tehdystä liitosta itse asiassa edustaa ajanjaksoa vastakohtana sille, että se olisi yksi kahdesta mahdollisesta yksittäisestä historiallisesta ajankohdasta.</w:t>
      </w:r>
    </w:p>
    <w:p>
      <w:pPr>
        <w:pStyle w:val="ArticleBody"/>
        <w:jc w:val="left"/>
      </w:pPr>
      <w:r>
        <w:rPr>
          <w:rFonts w:ascii="Times New Roman" w:hAnsi="Times New Roman" w:eastAsia="Times New Roman" w:cs="Times New Roman"/>
        </w:rPr>
        <w:t>Edellisissä artikkeleissa olemme esittäneet sen, minkä uskomme olevan pätevää pyhitettyä logiikkaa: että Rooman ja juutalaisten välinen liitto edustaa ajanjaksoa vuodesta 161 eKr. vuoteen 158 eKr. ja että tämä ajanjakso on pedon kuvan muodostumisen esikuva. Näin ollen jo ratkaisu hyväksyä, että juutalaisten liitto Rooman kanssa on ajanjakso, tulee koetukseksi, ja tässä profeetallisessa merkityksessä se on sopusoinnussa sen tosiasian kanssa, että pedon kuvan muodostuminen on ”suuri koetus Jumalan kansalle”.</w:t>
      </w:r>
    </w:p>
    <w:p>
      <w:pPr>
        <w:pStyle w:val="ArticleBody"/>
        <w:jc w:val="left"/>
      </w:pPr>
      <w:r>
        <w:rPr>
          <w:rFonts w:ascii="Times New Roman" w:hAnsi="Times New Roman" w:eastAsia="Times New Roman" w:cs="Times New Roman"/>
        </w:rPr>
        <w:t>Tästä huolimatta vuosi 158 eKr. osoittaa, milloin Makkabeina tunnettuja luopiojuutalaisia koskenut liitto Rooman kanssa vakiintui lujasti, ja siten se esikuvallistaa sunnuntailakia, sillä Raamattu esittää retorisen kysymyksen: ”Vaeltavatko kaksi yhdessä, elleivät ole keskenään sopineet?” Vuosi 158 eKr. osoittaa, missä ja milloin luopioprotestantismi lyö kätensä yhteen paavillisen vallan kanssa, ja ajanjakso, joka alkoi vuonna 161 eKr. ja johti vuoteen 158 eKr., osoittaa sen ajanjakson, joka kuvaa pedon kuvan muodostumista. On olennaista tunnistaa, että tämä ajanjakso osoittaa, milloin luopioprotestantismi liittyy yhteen luopiorepublikaanisuuden kanssa. Molemmat nämä luopiovallat ovat edustettuina jakeissa kolmestatoista viiteentoista, joten niillä on joitakin yhteisiä tienviittoja.</w:t>
      </w:r>
    </w:p>
    <w:p>
      <w:pPr>
        <w:pStyle w:val="ArticleBody"/>
        <w:jc w:val="left"/>
      </w:pPr>
      <w:r>
        <w:rPr>
          <w:rFonts w:ascii="Times New Roman" w:hAnsi="Times New Roman" w:eastAsia="Times New Roman" w:cs="Times New Roman"/>
        </w:rPr>
        <w:t>On oikein soveltaa vuosia 1776, 1789 ja 1798 esikuvallisina syyskuun 11. päivän 2001 tapahtumille, joita seuraavat tammikuun 6. päivään 2021 liittyvän valehyökkäysliikkeen Pelosi-oikeudenkäynnit sekä Bidenin varastetun vaalin virkaanastujaiskausi, joka johtaa sunnuntailakiin. Tässä sovellutuksessa vuoden 2001 Patriot Act, joka vastaa itsenäisyysjulistusta, esittää tienviitan, joka osoittaa itsenäisyyden poistamisen alun. Sitten toinen tienviitta, Pelosin ja Schiffin kengurutrioikeus, joka vastaa perustuslain ratifiointia, esikuvallistaa siten perustuslain kumoamisen alun, mitä seuraa kolmas tienviitta, Alien and Sedition Acts, jotka edustavat Yhdysvaltoja puhumassa lohikäärmeen tavoin. Näiden tienviittojen soveltaminen tällä tavoin merkitsee luopioprotestantismin tienviittojen tunnistamista, sellaisena kuin makkabilaiset sitä edustavat.</w:t>
      </w:r>
    </w:p>
    <w:p>
      <w:pPr>
        <w:pStyle w:val="ArticleBody"/>
        <w:jc w:val="left"/>
      </w:pPr>
      <w:r>
        <w:rPr>
          <w:rFonts w:ascii="Times New Roman" w:hAnsi="Times New Roman" w:eastAsia="Times New Roman" w:cs="Times New Roman"/>
        </w:rPr>
        <w:t>Toisella tasolla kolmen tienviitan yhdistäminen luopiorepublikanismiin tuottaa hieman toisenlaisen sovellutuksen. Syyskuun 11. päivä 2001 vastaa vuotta 1776, mutta vuosi 1789 vastaa luopiorepublikanismin kohdalla Alien and Sedition Acts -lakeja ja tekee eron noiden ”lakien” ja lohikäärmeen puhumisen välille, jota sunnuntain pakottaminen edustaa. Kun nämä kaksi linjaa asetetaan rinnakkain pedon kuvan koetuksen yhteydessä, ne muodostavat pedon kuvan pystyttämisen profeetallisen rakenteen, ja Jumalan kansan suuri koetus on pedon kuvan muodostuminen. Jumalan kansan osalta pedon kuvan muodostuminen on ensin tunnistettava sellaisena kuin se esitetään (muodostetaan) Jumalan Sanassa, jotta nuo viimeisten päivien ihmiset voisivat tunnistaa tuon muodostumisen poliittisessa ja uskonnollisessa maailmassa.</w:t>
      </w:r>
    </w:p>
    <w:p>
      <w:pPr>
        <w:pStyle w:val="ArticleBody"/>
        <w:jc w:val="left"/>
      </w:pPr>
      <w:r>
        <w:rPr>
          <w:rFonts w:ascii="Times New Roman" w:hAnsi="Times New Roman" w:eastAsia="Times New Roman" w:cs="Times New Roman"/>
        </w:rPr>
        <w:t>Kuinka siis Pelosin oikeudenkäynnit 6. tammikuuta 2021 voisivat olla yhdenmukaiset Alien and Sedition Acts -lakien kanssa? Pelosin oikeudenkäynnit merkitsevät sen syvyyden pedon juhlintaa, joka oli juuri surmannut rikkaan presidentin, joka oli nostattanut globalismin. Tuo juhlimisen historia alkoi Bidenin virkaanastujaisten ajanjaksosta, ja se edustaa ajanjaksoa, joka päättyy Trumpin toisiin virkaanastujaisiin. On huomattava, että Trump asettuu presidenttiehdokkaaksi kolme kertaa, ja ensimmäisellä sekä viimeisellä kerralla hän voittaa, mutta keskimmäisellä kerralla hänen voittonsa varastettiin sen vallan toimesta, jonka Raamattu tunnistaa valheen isäksi. Pelosin oikeudenkäynnit, jotka alkoivat varastetusta vaalista, osoittavat toisen kostoon liittyvien Pelosin oikeudenkäyntien sarjan, joka alkaa, kun Trump astuu virkaan 20. tammikuuta 2025.</w:t>
      </w:r>
    </w:p>
    <w:p>
      <w:pPr>
        <w:pStyle w:val="ArticleBody"/>
        <w:jc w:val="left"/>
      </w:pPr>
      <w:r>
        <w:rPr>
          <w:rFonts w:ascii="Times New Roman" w:hAnsi="Times New Roman" w:eastAsia="Times New Roman" w:cs="Times New Roman"/>
        </w:rPr>
        <w:t>Joe Bidenin presidenttikauden ajanjakso alkaa sarjalla Pelosi-oikeudenkäyntejä ja päättyy sarjaan Pelosi-oikeudenkäyntejä. Molemmat ovat poliittisia oikeudenkäyntejä, mutta toisessa oikeudenkäyntien sarjassa syytteeseen asetetut ovat niitä, jotka johtivat ensimmäisiä oikeudenkäyntejä. Trumpin toisessa virkaanastumisessa merkitään vuosi 164 eKr. Trumpin toinen virkaanastuminen on esikuvallisesti kuvattu vuodella 164 eKr., ja juutalaisen temppelin uudelleen vihkiminen edustaa poliittisen temppelin uudelleen vihkimistä toistamiseen.</w:t>
      </w:r>
    </w:p>
    <w:p>
      <w:pPr>
        <w:pStyle w:val="ArticleBody"/>
        <w:jc w:val="left"/>
      </w:pPr>
      <w:r>
        <w:rPr>
          <w:rFonts w:ascii="Times New Roman" w:hAnsi="Times New Roman" w:eastAsia="Times New Roman" w:cs="Times New Roman"/>
        </w:rPr>
        <w:t>Juuri sinä vuonna Antiokhos Epifanes kuoli, ja hän oli se valta, joka pakotti Kreikan uskonnolliset käytännöt juutalaisten ylle ja aiheutti siten makkabilaiskapinan vuonna 167 eKr. Trumpin toisissa virkaanastujaisissa vuonna 2025 Kreikan uskonto (globalismi) tullaan täysin kukistamaan Yhdysvalloissa, ja saatanalliset ihmeet alkavat vahvistaa kirkon ja valtion yhdistämistä edistävää työtä. Siinä vaiheessa Trump allekirjoittaa toimeenpanomääräyksiä, jotka vastaavat Alien and Sedition Acts -lakeja, merkitsemällä siten pedon kuvan muodostamisen alun (161 eKr.), ja hän aloittaa Pelosi-oikeudenkäyntien toisen sarjan. Alien and Sedition Acts -lait merkitsevät pedon kuvan muodostamisen ajanjakson alkua, ja tuo ajanjakso päättyy sunnuntailakiin, jonka esikuvana on vuosi 158 eKr.</w:t>
      </w:r>
    </w:p>
    <w:p>
      <w:pPr>
        <w:pStyle w:val="ArticleBody"/>
        <w:jc w:val="left"/>
      </w:pPr>
      <w:r>
        <w:rPr>
          <w:rFonts w:ascii="Times New Roman" w:hAnsi="Times New Roman" w:eastAsia="Times New Roman" w:cs="Times New Roman"/>
        </w:rPr>
        <w:t>Näin ollen se ajanjakso, joka on pedon kuvan muodostumista, alkaa niillä ”toimilla”, jotka antavat Trumpille mahdollisuuden sulkea valtavirran median, karkottaa laittomat maahantulijat sekä pidättää ja saattaa oikeuden eteen ne, jotka ovat osallisia demokraattisen puolueen salaliittoon. Tämän ajanjakson alku merkitsee Trumpin toimeenpanemaa poliittista vainoa, ja se päättyy uskonnolliseen vainoon.</w:t>
      </w:r>
    </w:p>
    <w:p>
      <w:pPr>
        <w:pStyle w:val="ArticleBody"/>
        <w:jc w:val="left"/>
      </w:pPr>
      <w:r>
        <w:rPr>
          <w:rFonts w:ascii="Times New Roman" w:hAnsi="Times New Roman" w:eastAsia="Times New Roman" w:cs="Times New Roman"/>
        </w:rPr>
        <w:t>Tässä merkityksessä vuoden 1789 keskimmäinen tienviitta ja perustuslaki ovat vuoden 2021 Pelosi-oikeudenkäynnit, jotka edustavat ajanjaksoa, joka päättyy samaan historiaan kuin alussa, mutta viimeinen Pelosi-oikeudenkäyntien sarja on niiden poliittinen käänne, joita parhaillaan asetetaan syytteeseen ja vangitaan. Luopioprotestantismin linjan toinen tienviitta ovat Pelosi-oikeudenkäynnit, jotka kattavat Joe Bidenin presidenttikauden, ja ajanjakso päättyy tammikuussa 2025, jolloin vuoden 1789 tienviitta luopiorepublikanismin linjassa saapuu 20. tammikuuta 2025 toimeenpanomääräysten myötä, jotka seuraavat välittömästi Trumpin toista virkaanastujaista. Se aloittaa ajanjakson, jossa kansakunta puhuu lohikäärmeen tavoin (Alien and Sedition Acts), mikä johtaa sunnuntailakiin, jossa kansakunta puhuu lohikäärmeen tavoin. Tuona ajanjaksona vuoden 1789 edustama perustuslaki kumotaan asteittain.</w:t>
      </w:r>
    </w:p>
    <w:p>
      <w:pPr>
        <w:pStyle w:val="ArticleBody"/>
        <w:jc w:val="left"/>
      </w:pPr>
      <w:r>
        <w:rPr>
          <w:rFonts w:ascii="Times New Roman" w:hAnsi="Times New Roman" w:eastAsia="Times New Roman" w:cs="Times New Roman"/>
        </w:rPr>
        <w:t>Trumpin toisissa virkaanastujaisissa hänestä tulee se kahdeksas kuningas, joka on niistä seitsemästä, ja pedon kuvan muodostuminen osoittaa, kuinka protestantismin ja republikaanisuuden luopiotorvet liittyvät yhteen yhdeksi torveksi protestanttien hallitessa tätä suhdetta. Juuri samassa historiassa ne, jotka on kutsuttu olemaan ne sata neljäkymmentäneljätuhatta, sinetöidään ennen kuin heidät korotetaan todellisen protestantismin torveksi pian tulevan sunnuntailain aikana.</w:t>
      </w:r>
    </w:p>
    <w:p>
      <w:pPr>
        <w:pStyle w:val="ArticleBody"/>
        <w:jc w:val="left"/>
      </w:pPr>
      <w:r>
        <w:rPr>
          <w:rFonts w:ascii="Times New Roman" w:hAnsi="Times New Roman" w:eastAsia="Times New Roman" w:cs="Times New Roman"/>
        </w:rPr>
        <w:t>Sinetöimissanoma, joka on Jeesuksen Kristuksen ilmestys ja joka avataan juuri ennen kuin koetusaika päättyy, on se Danielin osa, joka liittyy viimeisiin päiviin. Se osa, joka avataan, on Danielin yhdettätoista luvun neljännenkymmenennen jakeen kätketty historia, ja jakeet kolmestatoista viiteentoista asettuvat yhdenmukaisiksi tuon kätketyn historian kanssa. Sen tähden sanoma, joka avataan juuri ennen kuin koetusaika päättyy ja jota on esikuvallistanut Nebukadnessarin petoja koskevan kuvapatsaan kätketty profeetallinen sanoma, on juuri se sanoma kahden luopuneiden sarvien sauvan liittymisestä yhteen, protestantismin ja republikaanisuuden, joita jakeissa kolmestatoista viiteentoista edustavat makkabilaiset ja Antiokhos III.</w:t>
      </w:r>
    </w:p>
    <w:p>
      <w:pPr>
        <w:pStyle w:val="ArticleBody"/>
        <w:jc w:val="left"/>
      </w:pPr>
      <w:r>
        <w:rPr>
          <w:rFonts w:ascii="Times New Roman" w:hAnsi="Times New Roman" w:eastAsia="Times New Roman" w:cs="Times New Roman"/>
        </w:rPr>
        <w:t>Sanoma, joka osoittaa pedon kuvan muodostumisen, on se sanoma, joka välittää pyhityksen, joka sinetöi todellisen protestanttisen sarven.</w:t>
      </w:r>
    </w:p>
    <w:p>
      <w:pPr>
        <w:pStyle w:val="ArticleBody"/>
        <w:jc w:val="left"/>
      </w:pPr>
      <w:r>
        <w:rPr>
          <w:rFonts w:ascii="Times New Roman" w:hAnsi="Times New Roman" w:eastAsia="Times New Roman" w:cs="Times New Roman"/>
        </w:rPr>
        <w:t>Jakeessa neljätoista vuonna 200 eKr. pakanallinen Rooma tuodaan ensimmäisen kerran esiin profeetallisessa kertomuksessa, kun se nousi suojelemaan Egyptin uutta alaikäistä kuningasta Egyptiä vastaan muodostetulta liittoumalta, jonka olivat muodostaneet Antiokhos III ja Makedonian Filippos. Sinä vuonna Antiokhos III kävi Paniumin taistelun Ptolemaios V:tä vastaan. Sinä vuonna tapahtuivat kansasi ryövärien, jotka vahvistavat näyn, esiin tuleminen, Antiokhoksen ja Filippoksen välinen liittouma sekä Paniumin taistelu. Sen tähden tienviitta osoittaa liittoumaan Antiokhoksen, joka esikuvallistaa maapetoon kuuluvan tasavaltalaisen sarven, ja Makedonian Filippoksen, Kreikan muinaisen nimen, välillä; tämä esikuvallistaa Yhdistyneitä Kansakuntia.</w:t>
      </w:r>
    </w:p>
    <w:p>
      <w:pPr>
        <w:pStyle w:val="ArticleBody"/>
        <w:jc w:val="left"/>
      </w:pPr>
      <w:r>
        <w:rPr>
          <w:rFonts w:ascii="Times New Roman" w:hAnsi="Times New Roman" w:eastAsia="Times New Roman" w:cs="Times New Roman"/>
        </w:rPr>
        <w:t>Profeetallisella tasolla Paniumin taistelussa solmitaan liitto lohikäärmeen (Makedonia) ja väärän profeetan (Yhdysvallat) välillä. Liiton taustalla oleva motiivi oli Egyptin alueen jakaminen, mikä edustaisi luhistuvaa Venäjää.</w:t>
      </w:r>
    </w:p>
    <w:p>
      <w:pPr>
        <w:pStyle w:val="ArticleBody"/>
        <w:jc w:val="left"/>
      </w:pPr>
      <w:r>
        <w:rPr>
          <w:rFonts w:ascii="Times New Roman" w:hAnsi="Times New Roman" w:eastAsia="Times New Roman" w:cs="Times New Roman"/>
        </w:rPr>
        <w:t>Kun Jeesus vei opetuslapsensa Paniakseen, sen nimi oli tuolloin Caesarea Filippi. Herodes Suuren pojanpoika, Herodes Filippus, oli saanut kaupungin ennalleenrakentamisen päätökseen ja antoi sille nimeksi keisari Augustuksen ja itsensä mukaan Caesarea Filippi. Heidän välisensä suhde edustaa Roomaa suhteessa Roomaan, mutta Filippi on keisariin nähden vähäisempi Rooma, ja profeetallisella tasolla Herodes Filippus edustaa Salomea, Herodiaan tytärtä. Sen tähden nimessä Caesarea Filippi havaitsemme Herodes Filippuksen edustavan väärää profeettaa ja keisarin edustavan paaviutta.</w:t>
      </w:r>
    </w:p>
    <w:p>
      <w:pPr>
        <w:pStyle w:val="ArticleBody"/>
        <w:jc w:val="left"/>
      </w:pPr>
      <w:r>
        <w:rPr>
          <w:rFonts w:ascii="Times New Roman" w:hAnsi="Times New Roman" w:eastAsia="Times New Roman" w:cs="Times New Roman"/>
        </w:rPr>
        <w:t>Paniumin profeetallinen historia esittää näin ollen kaksi liittoa: toisen, jossa väärä profeetta (Trump) lyö kättä lohikäärmeen (Yhdistyneet kansakunnat) kanssa, ja toisen, jossa väärä profeetta (Trump) lyö kättä paaviuden (Caesarin) kanssa. Jakeessa kuusitoista sunnuntailaki on esitettynä, ja juuri siinä kolminkertainen liitto pannaan täytäntöön, mutta järjestely oli tosiasiassa pantu paikalleen jo ennen sunnuntailakia, jakeessa viisitoista ja Paniumin taistelussa.</w:t>
      </w:r>
    </w:p>
    <w:p>
      <w:pPr>
        <w:pStyle w:val="ArticleScripture"/>
        <w:jc w:val="left"/>
      </w:pPr>
      <w:r>
        <w:rPr>
          <w:rFonts w:ascii="Times New Roman" w:hAnsi="Times New Roman" w:eastAsia="Times New Roman" w:cs="Times New Roman"/>
        </w:rPr>
        <w:t>”Sillä säädöksellä, joka panee täytäntöön paaviuden instituution Jumalan lain vastaisesti, kansakuntamme irrottautuu täydellisesti vanhurskaudesta. Kun protestantismi ojentaa kätensä kuilun yli tarttuakseen Rooman vallan käteen, kun se kurottautuu syvyyden yli lyödäkseen kättä spiritualismin kanssa, kun tämän kolminkertaisen liiton vaikutuksesta maamme hylkää jokaisen perustuslakinsa periaatteen protestanttisena ja tasavaltaisena hallituksena ja ryhtyy toimenpiteisiin paavillisten valheiden ja harhojen levittämiseksi, silloin saamme tietää, että aika on tullut Saatanan ihmeelliselle toiminnalle ja että loppu on lähellä.” Testimonies, osa 5, s. 451.</w:t>
      </w:r>
    </w:p>
    <w:p>
      <w:pPr>
        <w:pStyle w:val="ArticleBody"/>
        <w:jc w:val="left"/>
      </w:pPr>
      <w:r>
        <w:rPr>
          <w:rFonts w:ascii="Times New Roman" w:hAnsi="Times New Roman" w:eastAsia="Times New Roman" w:cs="Times New Roman"/>
        </w:rPr>
        <w:t>Jatkamme tätä tutkimusta seuraavassa artikkelissamme.</w:t>
      </w:r>
    </w:p>
    <w:p>
      <w:pPr>
        <w:pStyle w:val="ArticleScripture"/>
        <w:jc w:val="left"/>
      </w:pPr>
      <w:r>
        <w:rPr>
          <w:rFonts w:ascii="Times New Roman" w:hAnsi="Times New Roman" w:eastAsia="Times New Roman" w:cs="Times New Roman"/>
        </w:rPr>
        <w:t>”Ilmestys ei ole jonkin uuden luomista tai keksimistä, vaan sen ilmenemistä, mikä ennen paljastamistaan oli ihmisille tuntematonta. Evankeliumiin sisältyvät suuret ja iankaikkiset totuudet paljastuvat uutteran tutkimisen sekä nöyrtymisen kautta Jumalan edessä. Jumalallinen Opettaja johdattaa nöyrän totuudenetsijän mieltä; ja Pyhän Hengen ohjauksessa Sanan totuudet tehdään hänelle tunnetuiksi. Eikä voi olla varmempaa eikä tehokkaampaa tiedon tietä kuin tulla näin johdetuksi. Vapahtajan lupaus oli: ’Mutta kun hän tulee, totuuden Henki, hän johdattaa teidät kaikkeen totuuteen.’ Pyhän Hengen osallisuuden kautta meidät saatetaan ymmärtämään Jumalan Sana.”</w:t>
      </w:r>
    </w:p>
    <w:p>
      <w:pPr>
        <w:pStyle w:val="ArticleScripture"/>
        <w:jc w:val="left"/>
      </w:pPr>
      <w:r>
        <w:rPr>
          <w:rFonts w:ascii="Times New Roman" w:hAnsi="Times New Roman" w:eastAsia="Times New Roman" w:cs="Times New Roman"/>
        </w:rPr>
        <w:t>Psalminlaulaja kirjoittaa: ”Kuinka voi nuorukainen pitää tiensä puhtaana? Noudattamalla sitä sinun sanasi mukaan. Koko sydämestäni minä etsin sinua; älä anna minun eksyä sinun käskyistäsi.... Avaa minun silmäni, että näkisin ihmeelliset asiat sinun laistasi.”</w:t>
      </w:r>
    </w:p>
    <w:p>
      <w:pPr>
        <w:pStyle w:val="ArticleScripture"/>
        <w:jc w:val="left"/>
      </w:pPr>
      <w:r>
        <w:rPr>
          <w:rFonts w:ascii="Times New Roman" w:hAnsi="Times New Roman" w:eastAsia="Times New Roman" w:cs="Times New Roman"/>
        </w:rPr>
        <w:t>”Meitä kehotetaan etsimään totuutta niin kuin kätkettyä aarretta. Herra avaa totuuden todellisen etsijän ymmärryksen, ja Pyhä Henki tekee hänet kykeneväksi käsittämään ilmoituksen totuudet. Tätä psalmista tarkoittaa pyytäessään, että hänen silmänsä avattaisiin näkemään lain ihmeellisiä asioita. Kun sielu huohottaa Jeesuksen Kristuksen täydellisyyksien puoleen, mieli tulee kykeneväksi käsittämään paremman maailman kirkkaudet. Vain jumalallisen Opettajan avulla voimme ymmärtää Jumalan sanan totuudet. Kristuksen koulussa opimme olemaan sävyisiä ja nöyriä, koska meille annetaan ymmärrys jumalisuuden salaisuuksista.</w:t>
      </w:r>
    </w:p>
    <w:p>
      <w:pPr>
        <w:pStyle w:val="ArticleScripture"/>
        <w:jc w:val="left"/>
      </w:pPr>
      <w:r>
        <w:rPr>
          <w:rFonts w:ascii="Times New Roman" w:hAnsi="Times New Roman" w:eastAsia="Times New Roman" w:cs="Times New Roman"/>
        </w:rPr>
        <w:t>”Hän, joka innoitti Sanan, oli Sanan todellinen selittäjä. Kristus havainnollisti opetuksiaan kiinnittämällä kuulijoidensa huomion luonnon yksinkertaisiin lakeihin ja tuttuihin esineisiin, joita he päivittäin näkivät ja käsittelivät. Näin hän johti heidän mielensä luonnollisesta hengelliseen. Monet eivät heti kyenneet käsittämään hänen vertaustensa merkitystä; mutta kun he päivä päivältä joutuivat kosketuksiin niiden kohteiden kanssa, joihin Suuri Opettaja oli yhdistänyt hengellisiä totuuksia, jotkut havaitsivat ne jumalallisen totuuden opetukset, jotka hän oli pyrkinyt painamaan heidän mieleensä, ja nämä vakuuttuivat hänen tehtävänsä totuudesta ja kääntyivät evankeliumiin.” Sabbath School Worker, 1. joulukuuta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yhdeksänkymmentäkaksi</dc:title>
  <dc:subject>Piilotetun historian paljastaminen: Daniel 11:n profeetalliset yhtymäkohdat ja 144 000:n sinetöiminen</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