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yhdeksänkymmentäneljä</w:t>
      </w:r>
    </w:p>
    <w:p>
      <w:pPr>
        <w:pStyle w:val="ArticleSubtitle"/>
        <w:jc w:val="left"/>
      </w:pPr>
      <w:r>
        <w:rPr>
          <w:rFonts w:ascii="Arial" w:hAnsi="Arial" w:eastAsia="Arial" w:cs="Arial"/>
        </w:rPr>
        <w:t>Makkabilaisten kaikuja: Trumpin voitto ja profeetallinen tie pedon kuvapatsaaseen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Makkabeusten edustama linja (joka yksilöi luopioprotestantismin Yhdysvalloissa) aloitti kapinansa kreikkalaista uskontoa vastaan Modeinissa vuonna 167 eKr. Siellä makkabeukset saivat voiton Antiokhos Epifaneen pyrkimyksistä pakottaa kreikkalainen uskonto juutalaisten ylle, ja surmasivat myös sen juutalaisten johtajan, joka oli toiminut yhteistyössä Antiokhoksen kanssa. Näin Biden kärsii tappion vuoden 2024 vaaleissa äänestäjäblokkiin, joka tunnetaan nimellä ”uskonnollinen oikeisto”, nojautuen. Historia kuvaa vuoden 2024 vaalien voittoa siten, että luopioprotestantismi saa yliotteen ei ainoastaan globalistisista republikaaneista, joita kutsutaan nimellä RINO:t, vaan myös ateististen demokraattien pyrkimyksistä pakottaa wokismin uskonto kansakunnan ylle.</w:t>
      </w:r>
    </w:p>
    <w:p>
      <w:pPr>
        <w:pStyle w:val="ArticleBody"/>
        <w:jc w:val="left"/>
      </w:pPr>
      <w:r>
        <w:rPr>
          <w:rFonts w:ascii="Times New Roman" w:hAnsi="Times New Roman" w:eastAsia="Times New Roman" w:cs="Times New Roman"/>
        </w:rPr>
        <w:t>Makkabilaisten linjan edustama sisäinen hengellinen sota alkoi vuonna 2015, jolloin rikas presidentti yllytti liikkeelle globalismin lohikäärmevallat, ja lohikäärmeen työ kahden todistajan surmaamisessa sisälsi Pelosi-oikeudenkäynnit, jotka koskivat 6. tammikuuta 2021. Modein ja makkabilaisten kapina osoittavat luopioprotestantismin tulevan voiton 5. marraskuuta 2024. Virkaanastumista 20. tammikuuta 2025 esikuvasi vuosi 164 eKr., joka edusti toisen temppelin uudelleen vihkimistä, ja juuri sinä samana vuonna (164 eKr.) Antiokhos Epifanes kuoli. Antiokhos edustaa demokraattista puoluetta sekä heidän globalistisia kumppaneitaan, jotka määrittelevät itsensä republikaaneiksi, vaikka he eivät ole sen enempää MAGA-republikaaneja kuin tyttö on poika.</w:t>
      </w:r>
    </w:p>
    <w:p>
      <w:pPr>
        <w:pStyle w:val="ArticleBody"/>
        <w:jc w:val="left"/>
      </w:pPr>
      <w:r>
        <w:rPr>
          <w:rFonts w:ascii="Times New Roman" w:hAnsi="Times New Roman" w:eastAsia="Times New Roman" w:cs="Times New Roman"/>
        </w:rPr>
        <w:t>Jakeissa kolmestatoista viiteentoista kuvattu poliittinen taistelu, joka päättyy Panionin taisteluun, kulkee rinnakkain tuon historian uskonnollisen taistelun kanssa woke-ismin ja luopuneen protestantismin välillä. Trumpin virkaanastujaisten jälkeen vuonna 2025, jota kuvaa toisen temppelin uudelleenvihkiminen vuonna 164 eKr., hän alkaa sitten varsinaisesti muodostaa pedon kuvaa saattamalla luopuneen protestanttisen kirkon yhteen luopuneen republikaanisen hallituksensa kanssa, mitä kuvaa Rooman ja makkabealaisten liitto vuodesta 161 eKr. vuoteen 158 eKr. Trump saattaa kirkon ja valtion yhteen liitoksi, jossa uskonnollinen elementti hallitsee. Siinä profeetallisessa historiassa, jossa maan peto muodostaa katolisuuden pedon kuvan, luopunut republikaaninen sarvi ja luopunut protestanttinen sarvi täyttävät koetusaikansa maljan iankaikkisen elämän kysymyksen väärällä puolella.</w:t>
      </w:r>
    </w:p>
    <w:p>
      <w:pPr>
        <w:pStyle w:val="ArticleBody"/>
        <w:jc w:val="left"/>
      </w:pPr>
      <w:r>
        <w:rPr>
          <w:rFonts w:ascii="Times New Roman" w:hAnsi="Times New Roman" w:eastAsia="Times New Roman" w:cs="Times New Roman"/>
        </w:rPr>
        <w:t>Virkaanastujaisista, joita edustaa toinen temppelin puhdistus vuonna 164 eKr., alkaa pedon kuvan muodostamisen työ, kuten sitä edustaa juutalaisten ja Rooman välinen liitto vuosina 161 eKr. aina vuoteen 158 eKr. saakka. Trump valitaan uudelleen 5. marraskuuta 2024 (167 eKr.), ja virkaanastujaisissaan (164 eKr.) hänestä tulee kahdeksas presidentti vuoden 1989 lopun ajan alusta lukien. Näin tehdessään hänestä tulee kahdeksas, se joka on niistä seitsemästä, kuvastaen paavillista petoa, josta tulee Raamatun profetian kahdeksas valtakunta, kun sen kuolettava haava paranee sunnuntailaissa. Hänen virkaanastujaisiaan edusti toisen temppelin uudelleenvihkiminen makkabilaisten toimesta vuonna 164 eKr. Makkabilaisten kapina alkoi kolme vuotta aiemmin Modeinin kaupungissa, jonka nimi merkitsee ”protestia”, ja tämä merkitsee hänen vaalivoittoaan 5. marraskuuta 2024.</w:t>
      </w:r>
    </w:p>
    <w:p>
      <w:pPr>
        <w:pStyle w:val="ArticleBody"/>
        <w:jc w:val="left"/>
      </w:pPr>
      <w:r>
        <w:rPr>
          <w:rFonts w:ascii="Times New Roman" w:hAnsi="Times New Roman" w:eastAsia="Times New Roman" w:cs="Times New Roman"/>
        </w:rPr>
        <w:t>Vuonna 164 eKr. tapahtui toisen temppelin toinen vihkiminen, mikä näin esikuvallisesti viittaa Trumpin toiseen virkaanastujaisiin 20. tammikuuta 2025. Siinä vaiheessa hänestä tulee virallisesti kahdeksas presidentti, joka on niistä seitsemästä presidentistä ennen häntä. Juutalaisuudessa vuotta 164 eKr. muistetaan toisen temppelin toisen vihkimisen merkkinä.</w:t>
      </w:r>
    </w:p>
    <w:p>
      <w:pPr>
        <w:pStyle w:val="ArticleBody"/>
        <w:jc w:val="left"/>
      </w:pPr>
      <w:r>
        <w:rPr>
          <w:rFonts w:ascii="Times New Roman" w:hAnsi="Times New Roman" w:eastAsia="Times New Roman" w:cs="Times New Roman"/>
        </w:rPr>
        <w:t>Virkaanastujaisissa Trumpista tulee kahdeksas, joka on niistä seitsemästä, ja siitä hetkestä lähtien tapahtuu saatanallisia ihmeitä, jotka tukevat petoa koskevan kuvan muodostamistyötä. Kahdeksan on ylösnousseen pedon kuvan symboli, ja siinä vaiheessa kuvan muodostuminen alkaa, kuten 161 eKr. kuvaa.</w:t>
      </w:r>
    </w:p>
    <w:p>
      <w:pPr>
        <w:pStyle w:val="ArticleBody"/>
        <w:jc w:val="left"/>
      </w:pPr>
      <w:r>
        <w:rPr>
          <w:rFonts w:ascii="Times New Roman" w:hAnsi="Times New Roman" w:eastAsia="Times New Roman" w:cs="Times New Roman"/>
        </w:rPr>
        <w:t>Pedon kuvan muodostaminen toteutetaan ensin Yhdysvalloissa, ja sitten pedon kuva pakotetaan koko maailman ylle. Sen alussa, kun Yhdysvallat pakottaa maailman hyväksymään pedon kuvan, joka sekä puhuisi että saisi kaikki ne, jotka eivät kumartaisi pedon kuvaa, tapettaviksi, Yhdysvallat on juuri säätänyt sunnuntailain ja muodostanut kolminkertaisen liiton. Sunnuntailain aikana kolminkertainen liitto on voimassa, ja Saatanan ihmeellisen toiminnan aika on tullut, kun Saatana esiintyy Kristuksena ja tekee ihmeitä johdattaakseen maailman hyväksymään maailmanlaajuisen pedon kuvan ja sunnuntainpalvonnan. Siinä vaiheessa Trumpista tulee kymmenen kuninkaan johtaja.</w:t>
      </w:r>
    </w:p>
    <w:p>
      <w:pPr>
        <w:pStyle w:val="ArticleBody"/>
        <w:jc w:val="left"/>
      </w:pPr>
      <w:r>
        <w:rPr>
          <w:rFonts w:ascii="Times New Roman" w:hAnsi="Times New Roman" w:eastAsia="Times New Roman" w:cs="Times New Roman"/>
        </w:rPr>
        <w:t>Näin ollen Trumpin virkaanastuminen kymmenen kuninkaan ylimmäksi kuninkaaksi, joka toteutuu kolminkertaisessa liitossa pian tulevan sunnuntailain yhteydessä, on ennakkokuvattu Trumpin virkaanastumisella kahdeksanneksi presidentiksi, joka on niistä seitsemästä, 20. tammikuuta 2025. Sunnuntailain aikana, joka saattaa päätökseen pedon kuvan muodostumisen Yhdysvalloissa, paavillinen peto tulee myös kahdeksanneksi, joka on niistä seitsemästä. Näin pedon kuvan koetusaika alkaa siitä, kun Trumpista tulee kahdeksas, joka on niistä seitsemästä, ja kun tuo ajanjakso päättyy, paaviuskin tulee kahdeksanneksi, joka on niistä seitsemästä, sillä Alfa ja Omega havainnollistaa lopun alun kautta.</w:t>
      </w:r>
    </w:p>
    <w:p>
      <w:pPr>
        <w:pStyle w:val="ArticleBody"/>
        <w:jc w:val="left"/>
      </w:pPr>
      <w:r>
        <w:rPr>
          <w:rFonts w:ascii="Times New Roman" w:hAnsi="Times New Roman" w:eastAsia="Times New Roman" w:cs="Times New Roman"/>
        </w:rPr>
        <w:t>Saatanalliset ihmeet alkavat Trumpin virkaanastujaisista, jolloin pedon kuvan muodostamisen ajanjakso alkaa, ja se merkitsee sitä Saatanan ihmeellistä toimintaa, joka alkaa pedon kuvan muodostamisen ajanjakson lopussa Yhdysvalloissa. Trumpin virkaanastujaiset merkitsevät tämän ajanjakson alkua, ja hänen virkaanastumisensa Yhdistyneiden Kansakuntien kymmenen kuninkaan johtavaksi kuninkaaksi merkitsee tämän ajanjakson päättymistä. Alku- ja päättävissä virkaanastujaisissa, jotka molemmat käynnistävät pedon kuvan muodostamisen, tapahtuu tämä ensin Yhdysvalloissa ja sitten koko maailmassa.</w:t>
      </w:r>
    </w:p>
    <w:p>
      <w:pPr>
        <w:pStyle w:val="ArticleBody"/>
        <w:jc w:val="left"/>
      </w:pPr>
      <w:r>
        <w:rPr>
          <w:rFonts w:ascii="Times New Roman" w:hAnsi="Times New Roman" w:eastAsia="Times New Roman" w:cs="Times New Roman"/>
        </w:rPr>
        <w:t>Liiton toiminta eli yhteenliittyminen Rooman kanssa, joka tapahtui vuosina 161 eKr.–158 eKr., yksilöi tämän historian, ja se päättyy jakeessa kuusitoista sunnuntailakiin. Hallituksen lopullinen työ, jossa toimeenpannaan paavillisen järjestelmän kuva, alkaa pedon kuvan muodostamisena, ja Trump ajaa sitä eteenpäin palauttaessaan ne poliittiset vastapalvelukset, jotka luopuneet protestantit antoivat hänen poliittisen voittonsa hyväksi.</w:t>
      </w:r>
    </w:p>
    <w:p>
      <w:pPr>
        <w:pStyle w:val="ArticleBody"/>
        <w:jc w:val="left"/>
      </w:pPr>
      <w:r>
        <w:rPr>
          <w:rFonts w:ascii="Times New Roman" w:hAnsi="Times New Roman" w:eastAsia="Times New Roman" w:cs="Times New Roman"/>
        </w:rPr>
        <w:t>Tämä profeetallinen rakenne on sijoitettava jakeen neljäkymmentä kätkettyyn historiaan. Myös Danielin kirjan yhdentoista luvun jakeen kaksi aina jakeeseen kolme ulottuva kätketty historia on sijoitettava tuon rakenteen päälle. Myös Ilmestyskirjan yhdentoista luvun kahden todistajan profeetallinen historia on sijoitettava tuon rakenteen päälle. Tuomalla nämä kolme linjaa yhteen jakeen neljäkymmentä kätketyssä historiassa Juudan sukukunnan Leijona avaa sinetit siitä Danielin profetian osasta, joka oli sinetöity viimeisiin päiviin saakka.</w:t>
      </w:r>
    </w:p>
    <w:p>
      <w:pPr>
        <w:pStyle w:val="ArticleScripture"/>
        <w:jc w:val="left"/>
      </w:pPr>
      <w:r>
        <w:rPr>
          <w:rFonts w:ascii="Times New Roman" w:hAnsi="Times New Roman" w:eastAsia="Times New Roman" w:cs="Times New Roman"/>
        </w:rPr>
        <w:t>Soitetaanko pasuunaa kaupungissa, eikä kansa pelkäisi? Tapahtuuko kaupungissa onnettomuutta, jota Herra ei olisi saattanut? Sillä ei Herra Herra tee mitään ilmoittamatta salaisuuttaan palvelijoilleen profeetoille. Leijona on karjunut, kuka ei pelkäisi? Herra Herra on puhunut, kuka voisi olla profetoimatta? Julistakaa Asdodin palatseissa ja Egyptin maan palatseissa ja sanokaa: Kokoontukaa Samarian vuorille ja katsokaa suuria levottomuuksia sen keskellä sekä sorrettuja sen keskellä. Aamos 3:6–9.</w:t>
      </w:r>
    </w:p>
    <w:p>
      <w:pPr>
        <w:pStyle w:val="ArticleBody"/>
        <w:jc w:val="left"/>
      </w:pPr>
      <w:r>
        <w:rPr>
          <w:rFonts w:ascii="Times New Roman" w:hAnsi="Times New Roman" w:eastAsia="Times New Roman" w:cs="Times New Roman"/>
        </w:rPr>
        <w:t>Sinetöimätön sanoma, joka on esitettynä Danielin kirjan yhdestoista luvun neljännenkymmenennen jakeen kätketyssä historiassa, on sinetöimissanoma, ja Aamos esittää retorisen kysymyksen pasuunan soittamisesta kaupungissa ja leijonan karjumisesta; ja Aamos antaa vastauksen sanoessaan, ettei Jumala tee mitään, ellei Hän ensin ilmaise sitä palvelijoilleen profeetoille. Hän sisällyttää siihen, että pasuunasanoma, jonka tarkoituksena on synnyttää jumalista pelkoa, myös osoittaisi kaupungissa olevan pahan ja että se oli julistettava Asdodissa, Egyptissä ja Samariassa, mikä edustaa modernin Babylonin kolmiosaista koostumusta. Sinetöivä pasuunasanoma oli julistettava koko maailmalle ennen sinetöimissanomassa kuvattuja tapahtumia. Pasuunasanoma, joka on sinetöimissanoma, kantaa ”Totuuden” allekirjoitusta, sillä sinetöimisen aika rakentuu kolmannen voi-huudon pasuunan kolmelle törähdykselle.</w:t>
      </w:r>
    </w:p>
    <w:p>
      <w:pPr>
        <w:pStyle w:val="ArticleBody"/>
        <w:jc w:val="left"/>
      </w:pPr>
      <w:r>
        <w:rPr>
          <w:rFonts w:ascii="Times New Roman" w:hAnsi="Times New Roman" w:eastAsia="Times New Roman" w:cs="Times New Roman"/>
        </w:rPr>
        <w:t>Pasuna merkitsi ensin sinetöimisen alkua 11. syyskuuta 2001, ja viimeinen edustaa sinetöimisen päättymistä pian tulevan sunnuntailain aikana, jolloin suuren maanjäristyksen hetkellä kolmas voi tulee äkisti. Keskimmäinen törähdys tapahtui 7. lokakuuta 2023, kun muinaiseen ihanaan maahan kohdistui kolmannen voin islamin yllätyshyökkäys, niin kuin moderniin ihanaan maahan kohdistui kolmannen voin islamin yllätyshyökkäys vuonna 2001, ja niin kuin tulee olemaan viimeisen noista kolmesta törähdyksestä kohdalla pian tulevan sunnuntailain aikana. Keskimmäinen yllätyshyökkäys muinaista ihanaa maata vastaan kohdistui kirjaimelliseen Israeliin, kapinan vertauskuvaan, joka ristiinnaulitsi Messiaan.</w:t>
      </w:r>
    </w:p>
    <w:p>
      <w:pPr>
        <w:pStyle w:val="ArticleBody"/>
        <w:jc w:val="left"/>
      </w:pPr>
      <w:r>
        <w:rPr>
          <w:rFonts w:ascii="Times New Roman" w:hAnsi="Times New Roman" w:eastAsia="Times New Roman" w:cs="Times New Roman"/>
        </w:rPr>
        <w:t>Aamoksen pasuunasanoma tulisi julistaa koko maailmalle, ja tuo sanoman julkaisemistyö alkoi heinäkuun 2023 lopussa. Juudan sukukunnan Leijona karjaisi silloin, ja kuka ei pelkäisi, ja kuka olisi niin rohkea, että kieltäisi niiden tapahtumien, jotka liittyvät niiden sadan neljänkymmenenneljän tuhannen sinetöimisen aikaan, nyt avautuvan ympäri maapallon? Nämä artikkelit ovat nyt yli sadassakaksikymmenessä kansakunnassa, yli kuudellakymmenellä kielellä, ja niitä voidaan joko lukea tai kuunnella.</w:t>
      </w:r>
    </w:p>
    <w:p>
      <w:pPr>
        <w:pStyle w:val="ArticleScripture"/>
        <w:jc w:val="left"/>
      </w:pPr>
      <w:r>
        <w:rPr>
          <w:rFonts w:ascii="Times New Roman" w:hAnsi="Times New Roman" w:eastAsia="Times New Roman" w:cs="Times New Roman"/>
        </w:rPr>
        <w:t>Autuas se, joka lukee, ja autuaita ne, jotka kuulevat tämän profetian sanat ja ottavat vaarin siitä, mitä siihen on kirjoitettu; sillä aika on lähellä. Ilmestys 1:3.</w:t>
      </w:r>
    </w:p>
    <w:p>
      <w:pPr>
        <w:pStyle w:val="ArticleBody"/>
        <w:jc w:val="left"/>
      </w:pPr>
      <w:r>
        <w:rPr>
          <w:rFonts w:ascii="Times New Roman" w:hAnsi="Times New Roman" w:eastAsia="Times New Roman" w:cs="Times New Roman"/>
        </w:rPr>
        <w:t>Kun alttarilta otettu tuli, joka on sekoitettu rukouksiin ja suitsutukseen, heitetään maan päälle, kun seitsemäs ja viimeinen sinetti poistetaan, kuului ääniä, ukkosenjylinää, salamoita ja tapahtui suuri maanjäristys. Suuri maanjäristys saa alkunsa siitä, että Keskiyön huudon sanoma heitetään tulena niiden pyhien päälle, jotka huokaavat ja valittavat Hesekielin yhdeksännessä luvussa, samalla tavoin kuin tuli tuli alas helluntaina. Tuo tuli kuvasi sanomaa, joka silloin vietiin jokaiselle kansalle, sukukunnalle, kielelle ja kansalle, samoin kuin nämä artikkelit. Tuo tuli kuvasi kykyä välittää tuo sanoma lukuisilla kielillä, samoin kuin nämä artikkelit. Artikkelit yksilöivät ennalta sen, mitä on tapahtumaisillaan, sillä Herra ei tee mitään, ilmoittamatta ensin toimintaansa profeetallisen Sanansa kautta.</w:t>
      </w:r>
    </w:p>
    <w:p>
      <w:pPr>
        <w:pStyle w:val="ArticleScripture"/>
        <w:jc w:val="left"/>
      </w:pPr>
      <w:r>
        <w:rPr>
          <w:rFonts w:ascii="Times New Roman" w:hAnsi="Times New Roman" w:eastAsia="Times New Roman" w:cs="Times New Roman"/>
        </w:rPr>
        <w:t>Kuulkaa, te taivaat, kun minä puhun, ja kuule sinä, maa, minun suuni sanat. Minun oppini virratkoon kuin sade, puheeni tihkukoon kuin kaste, kuin hieno sade oraan päälle ja kuin sadekuurot ruohon ylle. Sillä minä julistan Herran nimeä: antakaa suuruus meidän Jumalallemme. Hän on Kallio, hänen tekonsa on täydellinen, sillä kaikki hänen tiensä ovat oikeus; uskollinen Jumala, eikä hänessä ole vääryyttä, vanhurskas ja oikeamielinen hän on. He ovat turmelleet itsensä, heissä ei ole hänen lastensa merkkiä: he ovat nurja ja kieroutunut sukupolvi. 5. Mooseksen kirja 32:1–5.</w:t>
      </w:r>
    </w:p>
    <w:p>
      <w:pPr>
        <w:pStyle w:val="ArticleBody"/>
        <w:jc w:val="left"/>
      </w:pPr>
      <w:r>
        <w:rPr>
          <w:rFonts w:ascii="Times New Roman" w:hAnsi="Times New Roman" w:eastAsia="Times New Roman" w:cs="Times New Roman"/>
        </w:rPr>
        <w:t>”Myöhäissateen oppia” julkaisee nyt Herra, ja opit, joista keskiyön huudon–myöhäissateen sanoma muodostuu, perustuvat ”Herran nimeen”. Hänen nimensä on ”Totuus”; Hän on Palmoni, ihmeellinen lukujen laskija, ja Hän on ihmeellinen kielten tuntija; Hän on Alfa ja Omega; Hän on Jumalan Poika ja Ihmisen Poika; Hän on Ylipappi; Hän on Juudan heimon Leijona; ja Hän on ylienkeli Miikael. Kaikki nämä Kristuksen nimet ovat olennainen osa Jeesuksen Kristuksen ilmestystä, joka avataan juuri ennen armonajan päättymistä, ja ne ovat olennainen osa niitä kirjoituksia, joita on julkaistu kaikkialla maailmassa heinäkuun 2023 lopusta lähtien. ”Jolla on korva, se kuulkoon, mitä Henki seurakunnille sanoo.”</w:t>
      </w:r>
    </w:p>
    <w:p>
      <w:pPr>
        <w:pStyle w:val="ArticleBody"/>
        <w:jc w:val="left"/>
      </w:pPr>
      <w:r>
        <w:rPr>
          <w:rFonts w:ascii="Times New Roman" w:hAnsi="Times New Roman" w:eastAsia="Times New Roman" w:cs="Times New Roman"/>
        </w:rPr>
        <w:t>Juudan sukukunnan Leijona, hän, joka voitti ja sai oikeuden avata kirjan, joka on sinetöity seitsemällä sinetillä, huutaa nyt, niin kuin hän huusi 22. lokakuuta 1844: kuka ei pelkäisi?</w:t>
      </w:r>
    </w:p>
    <w:p>
      <w:pPr>
        <w:pStyle w:val="ArticleScripture"/>
        <w:jc w:val="left"/>
      </w:pPr>
      <w:r>
        <w:rPr>
          <w:rFonts w:ascii="Times New Roman" w:hAnsi="Times New Roman" w:eastAsia="Times New Roman" w:cs="Times New Roman"/>
        </w:rPr>
        <w:t>Ja hän huusi suurella äänellä, niin kuin leijona karjuu; ja kun hän oli huutanut, seitsemän ukkosenjylinää puhui äänellään. Ja kun ne seitsemän ukkosenjylinää olivat puhuneet äänellään, aioin minä kirjoittaa; mutta minä kuulin äänen taivaasta sanovan minulle: Sinetöi se, minkä ne seitsemän ukkosenjylinää puhuivat, äläkä sitä kirjoita. Ilmestys 10:3, 4.</w:t>
      </w:r>
    </w:p>
    <w:p>
      <w:pPr>
        <w:pStyle w:val="ArticleBody"/>
        <w:jc w:val="left"/>
      </w:pPr>
      <w:r>
        <w:rPr>
          <w:rFonts w:ascii="Times New Roman" w:hAnsi="Times New Roman" w:eastAsia="Times New Roman" w:cs="Times New Roman"/>
        </w:rPr>
        <w:t>Pyhä historia, joka on yhdenmukainen Danielin kirjan yhdentoista luvun neljännenkymmenennen jakeen kätketyn historian kanssa, on milleriittien historia, täyttymyksenä Matteuksen kahdennenkymmenennen viidennen luvun vertaukselle kymmenestä neitsyestä, Ilmestyskirjan kymmenennen luvun seitsemälle ukkosenjylinälle, Habakukin toiselle luvulle sekä Hesekielin kahdennentoista luvun jakeille kaksikymmentäyksi–kaksikymmentäkahdeksan. Heidän historiansa alkoi lopun aikana vuonna 1798, mikä on yhdenmukainen vuoden 1989 lopun ajan kanssa. Ilmestyskirjan kymmenennessä luvussa ne seitsemän ukkosenjylinää antoivat äänensä, mutta Johannesta estettiin kirjoittamasta sitä, mitä ne seitsemän ukkosenjylinää olivat puhuneet. Apostoli Paavali näki ja kuuli kolmannessa taivaassa asioita, joita ihmisten ei ollut lupa kirjoittaa.</w:t>
      </w:r>
    </w:p>
    <w:p>
      <w:pPr>
        <w:pStyle w:val="ArticleScripture"/>
        <w:jc w:val="left"/>
      </w:pPr>
      <w:r>
        <w:rPr>
          <w:rFonts w:ascii="Times New Roman" w:hAnsi="Times New Roman" w:eastAsia="Times New Roman" w:cs="Times New Roman"/>
        </w:rPr>
        <w:t>“Apostoli Paavali sai varhain kristillisessä kokemuksessaan erityisiä tilaisuuksia oppia tuntemaan Jumalan tahdon Jeesuksen seuraajia koskien. Hänet ‘temmattiin kolmanteen taivaaseen’, ‘paratiisiin asti, ja hän kuuli sanomattomia sanoja, joita ihmisen ei ole lupa puhua’. Hän itse tunnusti, että hänelle oli annettu monia ‘näkyjä ja ilmestyksiä’ ‘Herralta’. Hänen ymmärryksensä evankeliumin totuuden periaatteista oli ‘sangen etevimpien apostolien’ veroinen. 2. Korinttolaiskirje 12:2, 4, 1, 11. Hänellä oli selkeä ja täydellinen käsitys ‘Kristuksen rakkauden, joka on kaikkea tietoa ylempänä’, ‘leveydestä ja pituudesta ja syvyydestä ja korkeudesta’. Efesolaiskirje 3:18, 19.” Apostolien teot, 469.</w:t>
      </w:r>
    </w:p>
    <w:p>
      <w:pPr>
        <w:pStyle w:val="ArticleBody"/>
        <w:jc w:val="left"/>
      </w:pPr>
      <w:r>
        <w:rPr>
          <w:rFonts w:ascii="Times New Roman" w:hAnsi="Times New Roman" w:eastAsia="Times New Roman" w:cs="Times New Roman"/>
        </w:rPr>
        <w:t>Kaikki profeetat viittaavat viimeisiin päiviin, eikä Johanneksen ollut lupa kirjoittaa sitä, mitä hän kuuli seitsemän ukkosen ”puhuessa” äänensä. Se, minkä Paavali näki ollessaan kolmannessa taivaassa, ei ollut ihmiselle luvallista ”lausua”. Seitsemän ukkosen edustama totuus oli sinetöitävä siihen saakka, kunnes Juudan sukukunnan Leijona päättäisi avata tuon totuuden sinetit.</w:t>
      </w:r>
    </w:p>
    <w:p>
      <w:pPr>
        <w:pStyle w:val="ArticleBody"/>
        <w:jc w:val="left"/>
      </w:pPr>
      <w:r>
        <w:rPr>
          <w:rFonts w:ascii="Times New Roman" w:hAnsi="Times New Roman" w:eastAsia="Times New Roman" w:cs="Times New Roman"/>
        </w:rPr>
        <w:t>Se avattiin osittain sisar Whitelle, sillä hän osoitti, että se kuvasi ”tapahtumia, jotka toteutuisivat” ensimmäisen ja toisen enkelin sanoman historiassa, ja myös että se kuvasi ”tulevia tapahtumia, jotka paljastettaisiin järjestyksessään”. Se, mikä silloin paljastettiin, oli ”tuleviin tapahtumiin” liittyvä ennustus. Hänelle opetettiin myös, että seitsemän ukkosen sinetöiminen oli esikuvallisesti ilmaistu Danielin kirjan sinetöimisessä.</w:t>
      </w:r>
    </w:p>
    <w:p>
      <w:pPr>
        <w:pStyle w:val="ArticleScripture"/>
        <w:jc w:val="left"/>
      </w:pPr>
      <w:r>
        <w:rPr>
          <w:rFonts w:ascii="Times New Roman" w:hAnsi="Times New Roman" w:eastAsia="Times New Roman" w:cs="Times New Roman"/>
        </w:rPr>
        <w:t>”Johannekselle annettu erityinen valo, joka ilmaistiin seitsemässä ukkosenjylinässä, oli kuvaus tapahtumista, jotka toteutuisivat ensimmäisen ja toisen enkelin sanoman aikana....”</w:t>
      </w:r>
    </w:p>
    <w:p>
      <w:pPr>
        <w:pStyle w:val="ArticleScripture"/>
        <w:jc w:val="left"/>
      </w:pPr>
      <w:r>
        <w:rPr>
          <w:rFonts w:ascii="Times New Roman" w:hAnsi="Times New Roman" w:eastAsia="Times New Roman" w:cs="Times New Roman"/>
        </w:rPr>
        <w:t>”Sen jälkeen kun nämä seitsemän ukkosenjylinää olivat puhuneet äänensä, Johannes saa pienen kirjan suhteen saman käskyn kuin Daniel: ’Sinetöi se, mitä ne seitsemän ukkosenjylinää puhuivat.’ Nämä koskevat tulevia tapahtumia, jotka tullaan paljastamaan järjestyksessään.” The Seventh-day Adventist Bible Commentary, osa 7, 971.</w:t>
      </w:r>
    </w:p>
    <w:p>
      <w:pPr>
        <w:pStyle w:val="ArticleBody"/>
        <w:jc w:val="left"/>
      </w:pPr>
      <w:r>
        <w:rPr>
          <w:rFonts w:ascii="Times New Roman" w:hAnsi="Times New Roman" w:eastAsia="Times New Roman" w:cs="Times New Roman"/>
        </w:rPr>
        <w:t>Ymmärrys siitä, että seitsemän ukkosta on vertauskuva, joka todistaa metodologian oikeaksi ja ylläpitää sitä, tunnistettiin lopun aikana, joka alkoi vuonna 1989. Syyskuun 11. päivän 2001 jälkeen kahden liikkeen toiston merkityksestä tuli nykyinen koetuskysymys.</w:t>
      </w:r>
    </w:p>
    <w:p>
      <w:pPr>
        <w:pStyle w:val="ArticleBody"/>
        <w:jc w:val="left"/>
      </w:pPr>
      <w:r>
        <w:rPr>
          <w:rFonts w:ascii="Times New Roman" w:hAnsi="Times New Roman" w:eastAsia="Times New Roman" w:cs="Times New Roman"/>
        </w:rPr>
        <w:t>Milleriläisen historian toistuminen sadanneljälläkymmenelläneljällätuhannella oli ensisijainen sääntö, joka vahvistettiin tuona päivänä, aivan kuten milleriläisten ensisijainen sääntö vahvistettiin 11. elokuuta 1840. Milleriläisille ensisijainen sääntö, jonka mukaan päivä edustaa vuotta, vahvistettiin 11. elokuuta 1840, ja ensisijainen sääntö, joka osoittaa, että kaikki uskonpuhdistukselliset liikkeet ovat toistensa esikuvia, ”rivi rivin päälle”, vahvistettiin 11. syyskuuta 2001. Seitsemän ukkosenjylinää tämän totuuden todistajana avattiin sineteistään tuolloin.</w:t>
      </w:r>
    </w:p>
    <w:p>
      <w:pPr>
        <w:pStyle w:val="ArticleBody"/>
        <w:jc w:val="left"/>
      </w:pPr>
      <w:r>
        <w:rPr>
          <w:rFonts w:ascii="Times New Roman" w:hAnsi="Times New Roman" w:eastAsia="Times New Roman" w:cs="Times New Roman"/>
        </w:rPr>
        <w:t>Jeesus havainnollistaa aina jonkin asian lopun sen alun kautta, ja 11. syyskuuta 2001, joka oli sinetöimisprosessin alku, osoittaa sinetöimisprosessin päättymisen. Juudan sukukunnan Leijona avasi erään toisen näkökohdan seitsemästä ukkosenjylinästä, kun Hän alkoi herättää kuolleita, kuivia luita heinäkuussa 2023, sillä Hän silloin osoitti, että sopusoinnussa ”Totuuden” kanssa seitsemän ukkosenjylinää edustavat myös vertauskuvallisesti milleriittien historiaa ensimmäisen ja viimeisen pettymyksen osalta, jolloin keskitien merkkipaaluna on Keskiyön huudon kapina.</w:t>
      </w:r>
    </w:p>
    <w:p>
      <w:pPr>
        <w:pStyle w:val="ArticleBody"/>
        <w:jc w:val="left"/>
      </w:pPr>
      <w:r>
        <w:rPr>
          <w:rFonts w:ascii="Times New Roman" w:hAnsi="Times New Roman" w:eastAsia="Times New Roman" w:cs="Times New Roman"/>
        </w:rPr>
        <w:t>Näin tehdessään Hän paljasti, että seitsemän ukkosenjylinää toistuu 18. heinäkuuta 2020:n historiassa aina pian tulevaan sunnuntailakiin saakka. 18. heinäkuuta 2020:n pettymys, joka on ensimmäinen tienviitta, ja pian tulevan sunnuntailain pettymys, joka on ”Totuuden” kolmen tienviitan viimeinen ja jotka yksilöivät seitsemän ukkosenjylinää sinetöimisajan lopussa, esitetään kapinana, johon liittyvät tyhmät neitsyet, jotka hylkäävät Juudan sukukunnan Leijonan sanoman, hänen, joka nyt karjuu avatessaan sinetit ja julistaessaan sanomaansa kautta koko maanpiirin, sillä tuo sanoma on viimeisten päivien keskiyön huudon sanoma.</w:t>
      </w:r>
    </w:p>
    <w:p>
      <w:pPr>
        <w:pStyle w:val="ArticleBody"/>
        <w:jc w:val="left"/>
      </w:pPr>
      <w:r>
        <w:rPr>
          <w:rFonts w:ascii="Times New Roman" w:hAnsi="Times New Roman" w:eastAsia="Times New Roman" w:cs="Times New Roman"/>
        </w:rPr>
        <w:t>Sinetöimisen ajan alussa, 11. syyskuuta 2001, Ilmestyskirjan kahdeksannentoista luvun enkeli astui alas ja muun muassa avasi sinetin täydellisemmältä ymmärrykseltä seitsemän ukkosenjylinän merkityksestä. Se, mitä seitsemästä ukkosenjylinästä silloin ymmärrettiin, ei ollut pelkästään se, että uudistusliikkeet ovat rinnakkaisia keskenään, vaan myös se, että kun enkeli astuisi alas uudistusliikkeen tuolla tienviitalla, se vahvistaisi kyseisen historian ensisijaisen profeetallisen säännön.</w:t>
      </w:r>
    </w:p>
    <w:p>
      <w:pPr>
        <w:pStyle w:val="ArticleBody"/>
        <w:jc w:val="left"/>
      </w:pPr>
      <w:r>
        <w:rPr>
          <w:rFonts w:ascii="Times New Roman" w:hAnsi="Times New Roman" w:eastAsia="Times New Roman" w:cs="Times New Roman"/>
        </w:rPr>
        <w:t>Ilmestyskirjan kahdeksannentoista luvun enkelin laskeutuminen 11. syyskuuta 2001 vahvisti myöhemmän sateen menetelmän ”rivi rivin päälle” osoittamalla, että alkuvaiheen (eli Alfa-) liike kuvasi päätösvaiheen (eli Omega-) liikettä. Sinetöimisajan lopussa Miikael laskeutui herättämään kuolleet kuivat luut, joita edustivat ne kaksi todistajaa, jotka olivat kuolleina sen suuren kaupungin kadulla, Sodomassa ja Egyptissä, missä myös meidän Herramme ristiinnaulittiin. Kun Miikael kutsui kuolleet takaisin elämään, Hän Juudan heimon Leijonana avasi sinetin sille, että seitsemällä ukkosenjylinällä oli kätketty historia niiden seitsemää ukkosenjylinää koskevien aiemmin paljastettujen totuuksien lisäksi.</w:t>
      </w:r>
    </w:p>
    <w:p>
      <w:pPr>
        <w:pStyle w:val="ArticleBody"/>
        <w:jc w:val="left"/>
      </w:pPr>
      <w:r>
        <w:rPr>
          <w:rFonts w:ascii="Times New Roman" w:hAnsi="Times New Roman" w:eastAsia="Times New Roman" w:cs="Times New Roman"/>
        </w:rPr>
        <w:t>Ja kun Juudan sukukunnan Leijona avasi sinetin tuolta totuudelta, Hän sijoitti sen ”Totuuden” rakenteeseen. Tällöin paljastui, että 18. heinäkuuta 2020 oli rinnakkainen 19. huhtikuuta 1844:n kanssa ja että kumpaakin noista tienviitoista seuraisi Keskiyön huudon sanoman sinettien avaaminen, mikä ilmentäisi kunkin vastaavan historian tyhmien neitsyiden kapinan. Hän avasi myös sinetin siltä tosiasialta, että sanoma kulkisi tsunamin tavoin ympäri maailmaa, kunnes sunnuntailain suuri pettymys olisi pantu täytäntöön.</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Ja hän sanoi minulle: ”Älä sinetöi tämän kirjan profetian sanoja, sillä aika on lähellä. Vääryyttä tekevä tehköön edelleen vääryyttä, ja saastainen saastukoon edelleen; vanhurskas harjoittakoon edelleen vanhurskautta, ja pyhä pyhittyköön edelleen. Ja katso, minä tulen pian, ja minun palkkani on minun kanssani, antaakseni kullekin hänen tekojensa mukaan. Minä olen Alfa ja Omega, alku ja loppu, ensimmäinen ja viimeinen.” Ilmestys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yhdeksänkymmentäneljä</dc:title>
  <dc:subject>Makkabilaisten kaikuja: Trumpin voitto ja profeetallinen tie pedon kuvapatsaaseen</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