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Danielin kirja - satayhdeksänkymmentäviisi</w:t>
      </w:r>
    </w:p>
    <w:p>
      <w:pPr>
        <w:pStyle w:val="ArticleSubtitle"/>
        <w:jc w:val="left"/>
      </w:pPr>
      <w:r>
        <w:rPr>
          <w:rFonts w:ascii="Arial" w:hAnsi="Arial" w:eastAsia="Arial" w:cs="Arial"/>
        </w:rPr>
        <w:t>Tie sunnuntailakiin: Trumpin rooli ja profeetallinen kehkeytyminen Daniel 11:ssä</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2024-04-25</w:t>
      </w:r>
    </w:p>
    <w:p>
      <w:pPr>
        <w:pStyle w:val="ArticleBody"/>
        <w:jc w:val="left"/>
      </w:pPr>
      <w:r>
        <w:rPr>
          <w:rFonts w:ascii="Times New Roman" w:hAnsi="Times New Roman" w:eastAsia="Times New Roman" w:cs="Times New Roman"/>
        </w:rPr>
        <w:t>Jaeen neljännenkymmenennen kätketty historia sisältää kuuden presidentin linjan lopun ajasta vuonna 1989 aina vuoteen 2020 saakka, jolloin Biden, seitsemäs presidentti, varasti presidenttiyden. Vuosi 2020 merkitsee kätketyn historian alkua siitä kohdasta aina ”Aleksanteri Suureen” saakka, mikä edustaa aikaa, jolloin raamatun profetian seitsemäs valtakunta pystytetään pian tulevan sunnuntailain yhteydessä. Nuo kymmenen kuningasta suostuvat välittömästi antamaan seitsemännen valtakuntansa kahdeksannelle valtakunnalle, joka on niistä seitsemästä — paavilliselle vallalle. Tuo kätketty historia alkaa seitsemännestä presidentistä ja päättyy seitsemänteen valtakuntaan.</w:t>
      </w:r>
    </w:p>
    <w:p>
      <w:pPr>
        <w:pStyle w:val="ArticleBody"/>
        <w:jc w:val="left"/>
      </w:pPr>
      <w:r>
        <w:rPr>
          <w:rFonts w:ascii="Times New Roman" w:hAnsi="Times New Roman" w:eastAsia="Times New Roman" w:cs="Times New Roman"/>
        </w:rPr>
        <w:t>Kun historia osoittaa, että Kserkseen, joka edustaa rikasta kuningasta, joka nostattaa Kreikkaa vastaan, ja Aleksanteri Suureen välissä oli kahdeksan Persian kuningasta, havaitsemme, että jakeen kaksi lopun ja jakeen kolme välissä oleva kätketty historia edustaa pedon kuvan koetuksen aikaa luvun kahdeksan kautta. Pedon kuva Yhdysvalloissa on täysin paikallaan silloin, kun sunnuntailaki pannaan täytäntöön, ja siinä vaiheessa saapuvat seitsemäs ja sitten kahdeksas valtakunta. Persian kahdeksan kuningasta päättyvät Aleksanteri Suureen, joten luku kahdeksan merkitsee pedon kuvan koetuksen aikaa, joka päättyy sunnuntailakiin.</w:t>
      </w:r>
    </w:p>
    <w:p>
      <w:pPr>
        <w:pStyle w:val="ArticleBody"/>
        <w:jc w:val="left"/>
      </w:pPr>
      <w:r>
        <w:rPr>
          <w:rFonts w:ascii="Times New Roman" w:hAnsi="Times New Roman" w:eastAsia="Times New Roman" w:cs="Times New Roman"/>
        </w:rPr>
        <w:t>Jakeet kymmenestä viiteentoista ilmoittavat meille, että pedon kuvan koetuksen aika oli kolmas niistä kolmesta tienviitasta, joita makkabilaisten historia edusti, ja että tuo kolmas tienviitta oli ajanjakso, joka alkoi vuonna 161 eKr. ja päättyi vuonna 158 eKr. Tämä ajanjakso seurasi ensimmäistä tienviittaa vuodelta 167 eKr., joka osoitti makkabilaiskapinan alun Modeinissa, kaupungissa, jonka nimi merkitsee ”protestoida”. Vuosi 164 eKr. seurasi tuota protestia Modeinissa ja osoitti toisen temppelin toista vihkimistä. Vuosi 164 eKr. osoittaa Donald Trumpin toista virkaanastumista kahdeksantena presidenttinä Reaganista vuodesta 1989 lukien, hänet, joka on siitä seitsemästä. Hänen virkaanastumistaan 20. tammikuuta 2025 edusti vuosi 164 eKr., samoin kuin uudelleenvihkimisseremoniaa, joka synnytti saatanallisen ihmeen, johon sisältyy kaksi viittausta siihen, että kahdeksan on siitä seitsemästä.</w:t>
      </w:r>
    </w:p>
    <w:p>
      <w:pPr>
        <w:pStyle w:val="ArticleBody"/>
        <w:jc w:val="left"/>
      </w:pPr>
      <w:r>
        <w:rPr>
          <w:rFonts w:ascii="Times New Roman" w:hAnsi="Times New Roman" w:eastAsia="Times New Roman" w:cs="Times New Roman"/>
        </w:rPr>
        <w:t>Sen tähden ne kahdeksan Persian kuningasta edustavat juutalaisten ja Rooman välisen liiton historiaa vuodesta 161 eKr. vuoteen 158 eKr. ja siten tarjoavat toisen todistuksen pedon kuvan koetusajasta, joka seuraa Trumpin virkaanastumista vuonna 2025. Jae kaksi etenee varastettuihin vaaleihin vuonna 2020, johon se päättyy, kunnes kahdeksan Persian kuninkaan historiallista todistusta sovelletaan, ja ne löytävät sovelluksensa Trumpin toisen virkaanastumisen jälkeen. Kun kahdeksan Persian kuningasta asetetaan jakeiden kahden ja kolmen väliseen historiaan, jää yhä kätketty ajanjakso Bidenin virkaanastumisesta Trumpin toiseen virkaanastumiseen.</w:t>
      </w:r>
    </w:p>
    <w:p>
      <w:pPr>
        <w:pStyle w:val="ArticleBody"/>
        <w:jc w:val="left"/>
      </w:pPr>
      <w:r>
        <w:rPr>
          <w:rFonts w:ascii="Times New Roman" w:hAnsi="Times New Roman" w:eastAsia="Times New Roman" w:cs="Times New Roman"/>
        </w:rPr>
        <w:t>Tuo kätketty historia tunnistetaan Ilmestyskirjan yhdennessätoista luvussa, jossa ateismin peto surmaa kaksi todistajaa vuonna 2020. Sitten kolmen ja puolen vertauskuvallisen päivän jälkeen Mikael laskeutuu alas herättämään kaksi todistajaa kuolleista. ”Ylösnoussut” Trump aloitti kolmannen presidentinvaalikampanjansa 15. marraskuuta 2022, ja ylösnoussut ”ääni erämaassa” alkoi kutsua sataa neljääkymmentäneljää tuhatta heinäkuun 2023 lopussa.</w:t>
      </w:r>
    </w:p>
    <w:p>
      <w:pPr>
        <w:pStyle w:val="ArticleBody"/>
        <w:jc w:val="left"/>
      </w:pPr>
      <w:r>
        <w:rPr>
          <w:rFonts w:ascii="Times New Roman" w:hAnsi="Times New Roman" w:eastAsia="Times New Roman" w:cs="Times New Roman"/>
        </w:rPr>
        <w:t>Danielin kirjan yhdestoista luvun jakeet kymmenen, yksitoista ja kaksitoista yksilöivät Ukrainan sodan, joka alkoi vuonna 2014 ja päättyy Venäjän voittoon, mitä seuraa nykyisen venäläisen valtioliiton romahtaminen, esikuvallisesti Neuvostoliiton romahtamisen mukaisesti vuonna 1989.</w:t>
      </w:r>
    </w:p>
    <w:p>
      <w:pPr>
        <w:pStyle w:val="ArticleBody"/>
        <w:jc w:val="left"/>
      </w:pPr>
      <w:r>
        <w:rPr>
          <w:rFonts w:ascii="Times New Roman" w:hAnsi="Times New Roman" w:eastAsia="Times New Roman" w:cs="Times New Roman"/>
        </w:rPr>
        <w:t>Jakeet kolmetoista–viisitoista osoittavat kolme profetian linjaa. Paavikunnan parantumisen linjaa, joka alkaa silloin, kun Tyyron portto tulee esiin kätköstään, esikuvataan jakeessa neljätoista, ja sen historiallinen täyttymys on vuosi 200 eKr., jolloin pakanallinen Rooma tuli profeetalliseen historiaan sinun kansasi ryöstäjinä, jotka korottavat itsensä, mutta lankeavat.</w:t>
      </w:r>
    </w:p>
    <w:p>
      <w:pPr>
        <w:pStyle w:val="ArticleBody"/>
        <w:jc w:val="left"/>
      </w:pPr>
      <w:r>
        <w:rPr>
          <w:rFonts w:ascii="Times New Roman" w:hAnsi="Times New Roman" w:eastAsia="Times New Roman" w:cs="Times New Roman"/>
        </w:rPr>
        <w:t>Näissä kolmessa jakeessa luopiorepublikanismin profeetallinen linja esitetään Antiokhos III:n historian kautta; tämä typifioi Trumpin roolin kahdeksantena presidenttinä, joka on ”niistä seitsemästä”. Jakeet myös yksilöivät luopioprotestantismin profeetallisen linjan, sellaisena kuin se esitetään makkabilaisten historian kautta.</w:t>
      </w:r>
    </w:p>
    <w:p>
      <w:pPr>
        <w:pStyle w:val="ArticleBody"/>
        <w:jc w:val="left"/>
      </w:pPr>
      <w:r>
        <w:rPr>
          <w:rFonts w:ascii="Times New Roman" w:hAnsi="Times New Roman" w:eastAsia="Times New Roman" w:cs="Times New Roman"/>
        </w:rPr>
        <w:t>Todellisen protestanttisen sarven profeetallinen linja, joka alkoi milleriläisten filadelfialaisena liikkeenä ja päättyy sadan neljänkymmenen neljän tuhannen filadelfialaiseen liikkeeseen, on myös asetettava jakeen neljäkymmentä kätketyn historian päälle. Ilmestyskirjan kymmenennen luvun seitsemän ukkosta on vertauskuva sekä milleriläisten filadelfialaisesta liikkeestä että sadasta neljästäkymmenestä neljästä tuhannesta. Profetian sinetöimisen ja profetian avaamisen toimittaa Kristus, ja tehdessään niin Hän esittää itsensä Juudan sukukunnan Leijonana. Kymmenennessä luvussa se enkeli, jonka sisar White sanoo olevan ”ei kukaan vähäisempi kuin Jeesus Kristus”, ”huusi suurella äänellä, niinkuin leijona kiljuu; ja kun hän oli huutanut, seitsemän ukkosta puhui äänensä.”</w:t>
      </w:r>
    </w:p>
    <w:p>
      <w:pPr>
        <w:pStyle w:val="ArticleBody"/>
        <w:jc w:val="left"/>
      </w:pPr>
      <w:r>
        <w:rPr>
          <w:rFonts w:ascii="Times New Roman" w:hAnsi="Times New Roman" w:eastAsia="Times New Roman" w:cs="Times New Roman"/>
        </w:rPr>
        <w:t>Kristus, Juudan heimon Leijonana, sijoitti seitsemän ukkosenjylinää profeetalliseen historiaan noin vuonna 100, ja Hän sinetöi sen heti, sillä ”kun ne seitsemän ukkosenjylinää olivat puhuneet äänensä”, Johannes ”aikoi kirjoittaa; ja” hän ”kuuli äänen taivaasta sanovan”, ”sinetöi ne asiat, jotka ne seitsemän ukkosenjylinää puhuivat, äläkä kirjoita niitä.”</w:t>
      </w:r>
    </w:p>
    <w:p>
      <w:pPr>
        <w:pStyle w:val="ArticleBody"/>
        <w:jc w:val="left"/>
      </w:pPr>
      <w:r>
        <w:rPr>
          <w:rFonts w:ascii="Times New Roman" w:hAnsi="Times New Roman" w:eastAsia="Times New Roman" w:cs="Times New Roman"/>
        </w:rPr>
        <w:t>Neljänkymmenennen jakeen kätketty historia avataan nyt Juudan heimon Leijonan toimesta, ja tässä historiassa todellisen protestanttisen sarven linjaa edustavat seitsemän ukkosenjylinää. Kun huutavan ääni erämaassa alkoi kaikua heinäkuussa 2023, Juudan heimon Leijona avasi sinetin vielä yhdeltä ilmestykseltä siitä, mitä ”Seitsemän ukkosenjylinää” edustavat.</w:t>
      </w:r>
    </w:p>
    <w:p>
      <w:pPr>
        <w:pStyle w:val="ArticleBody"/>
        <w:jc w:val="left"/>
      </w:pPr>
      <w:r>
        <w:rPr>
          <w:rFonts w:ascii="Times New Roman" w:hAnsi="Times New Roman" w:eastAsia="Times New Roman" w:cs="Times New Roman"/>
        </w:rPr>
        <w:t>Seitsemän ukkosenjylinää edustavat historiaa 18. heinäkuuta 2020 alkaen, jolloin sadan neljänkymmenenneljän tuhannen liike surmattiin kaduilla, aina pian tulevaan sunnuntailakiin saakka. Seitsemän ukkosenjylinän linja yksilöi ne ”tapahtumat”, jotka esiintyvät tuossa historiassa. Ensimmäistä pettymystä seuraa Keskiyön huudon sanoma, ja sitä seuraa sunnuntailaki. Kun sisar White yksilöi seitsemän ukkosenjylinää joko ensimmäisen ja toisen enkelin historian tai tulevien tapahtumien yhteyteen, hän kummassakin esitystavassa osoitti niiden edustavan ”tapahtumia”.</w:t>
      </w:r>
    </w:p>
    <w:p>
      <w:pPr>
        <w:pStyle w:val="ArticleBody"/>
        <w:jc w:val="left"/>
      </w:pPr>
      <w:r>
        <w:rPr>
          <w:rFonts w:ascii="Times New Roman" w:hAnsi="Times New Roman" w:eastAsia="Times New Roman" w:cs="Times New Roman"/>
        </w:rPr>
        <w:t>Keskiyön huudon sanoma saattaa kuulostaa joltakin, mikä ei ole ”tapahtuma”, mutta milleriläisessä historiassa Exeterin leirikokous 12.–17. elokuuta 1844 oli ”tapahtuma”, johon liittyi useita tapahtumaan kytkeytyviä yksityiskohtia. Kuitenkin myös Keskiyön huudon sanoman saapuminen leirikokoukseen oli Matteuksen kahdennenkymmenennenviidennen luvun kymmenen neitsyen vertauksen täyttymys. Exeterin leirikokouksen ”tapahtuma” oli seitsemän ukkosenjylinän täyttymys, mutta kymmenen neitsyen vertaus ei käsittele noita tapahtumia, vaan se käsittelee neitsyiden ”kokemusta”,</w:t>
      </w:r>
    </w:p>
    <w:p>
      <w:pPr>
        <w:pStyle w:val="ArticleScripture"/>
        <w:jc w:val="left"/>
      </w:pPr>
      <w:r>
        <w:rPr>
          <w:rFonts w:ascii="Times New Roman" w:hAnsi="Times New Roman" w:eastAsia="Times New Roman" w:cs="Times New Roman"/>
        </w:rPr>
        <w:t>”Myös Matteuksen 25. luvun vertaus kymmenestä neitsyestä havainnollistaa adventtikansan kokemusta.” Suuri taistelu, 393.</w:t>
      </w:r>
    </w:p>
    <w:p>
      <w:pPr>
        <w:pStyle w:val="ArticleBody"/>
        <w:jc w:val="left"/>
      </w:pPr>
      <w:r>
        <w:rPr>
          <w:rFonts w:ascii="Times New Roman" w:hAnsi="Times New Roman" w:eastAsia="Times New Roman" w:cs="Times New Roman"/>
        </w:rPr>
        <w:t>Niin kuin seitsemän ukkosenjylinää osoittavat ensimmäisen ja kolmannen enkelin liikkeen rinnakkaisen historian, samoin myös vertaus kymmenestä neitsyestä osoittaa nämä kaksi rinnakkaista historiaa.</w:t>
      </w:r>
    </w:p>
    <w:p>
      <w:pPr>
        <w:pStyle w:val="ArticleScripture"/>
        <w:jc w:val="left"/>
      </w:pPr>
      <w:r>
        <w:rPr>
          <w:rFonts w:ascii="Times New Roman" w:hAnsi="Times New Roman" w:eastAsia="Times New Roman" w:cs="Times New Roman"/>
        </w:rPr>
        <w:t>”Minua viitataan usein vertaukseen kymmenestä neitsyestä, joista viisi oli viisasta ja viisi tyhmää. Tämä vertaus on täyttynyt ja tulee täyttymään aivan kirjaimellisesti, sillä sillä on erityinen sovellus tähän aikaan, ja se, samoin kuin kolmannen enkelin sanoma, on täyttynyt ja tulee edelleen olemaan nykyinen totuus ajan loppuun saakka.” Review and Herald, August 19, 1890.</w:t>
      </w:r>
    </w:p>
    <w:p>
      <w:pPr>
        <w:pStyle w:val="ArticleBody"/>
        <w:jc w:val="left"/>
      </w:pPr>
      <w:r>
        <w:rPr>
          <w:rFonts w:ascii="Times New Roman" w:hAnsi="Times New Roman" w:eastAsia="Times New Roman" w:cs="Times New Roman"/>
        </w:rPr>
        <w:t>Seitsemän ukkosen symboli edustaa rinnakkaisten historioiden ”tapahtumia”, ja kymmenen neitsyttä edustaa viisaiden ja tyhmien neitsyiden ”kokemusta” noissa kahdessa rinnakkaisessa historiassa. Milleriläinen kokemus vuoteen 1856 saakka oli Filadelfian kokemus, ja sadan neljänkymmenen neljän tuhannen liikkeen kokemus oli Laodikean kokemus aina vähän ajan päähän heinäkuun 2023 jälkeen. Kummassakin historiassa viisaat ja tyhmät neitsyet tulevat ilmi Keskiyön huudon sanoman saapuessa, sillä silloin nähdään, kenellä oli valmistautumisen öljy.</w:t>
      </w:r>
    </w:p>
    <w:p>
      <w:pPr>
        <w:pStyle w:val="ArticleScripture"/>
        <w:jc w:val="left"/>
      </w:pPr>
      <w:r>
        <w:rPr>
          <w:rFonts w:ascii="Times New Roman" w:hAnsi="Times New Roman" w:eastAsia="Times New Roman" w:cs="Times New Roman"/>
        </w:rPr>
        <w:t>”Tyhmien neitsyiden edustamasta seurakunnan tilasta puhutaan myös laodikealaisena tilana.” Review and Herald, 19. elokuuta 1890.</w:t>
      </w:r>
    </w:p>
    <w:p>
      <w:pPr>
        <w:pStyle w:val="ArticleBody"/>
        <w:jc w:val="left"/>
      </w:pPr>
      <w:r>
        <w:rPr>
          <w:rFonts w:ascii="Times New Roman" w:hAnsi="Times New Roman" w:eastAsia="Times New Roman" w:cs="Times New Roman"/>
        </w:rPr>
        <w:t>Ne, jotka kieltäytyvät syömästä sitä sanomaa, joka on heinäkuun 2023 lopussa alas tulleen ylienkeli Mikaelin kädessä, jäävät Laodikean tilaan, ja ne, jotka ottavat pienen kirjan ja syövät sen, siirtyvät Filadelfian tilaan. Laodikean tila edustaa kansaa tai henkilöä, jonka ulkopuolella Kristus on, vaikka hän etsii pääsyä sisään, ja Filadelfian tila kuvataan jumaluuden ja ihmisyyden yhdistelmänä. Seitsemän ukkosenjylinää yksilöivät tosi protestanttisen sarven linjan ”tapahtumat”, joka sijoitetaan neljännenkymmenennen jakeen kätkettyyn historiaan alkaen 18. heinäkuuta 2020 ja päättyen sunnuntailakiin.</w:t>
      </w:r>
    </w:p>
    <w:p>
      <w:pPr>
        <w:pStyle w:val="ArticleBody"/>
        <w:jc w:val="left"/>
      </w:pPr>
      <w:r>
        <w:rPr>
          <w:rFonts w:ascii="Times New Roman" w:hAnsi="Times New Roman" w:eastAsia="Times New Roman" w:cs="Times New Roman"/>
        </w:rPr>
        <w:t>Kymmenen neitsyen vertaus yksilöi niiden ”kokemuksen”, jotka on kutsuttu olemaan noiden samojen ajanjaksojen aikana sadan neljänkymmenenneljän tuhannen joukossa. Ne ”tapahtumat”, jotka yksilöivät sadan neljänkymmenenneljän tuhannen historian 18. heinäkuuta 2020 alkaneesta ajasta sunnuntailakiin saakka, sekä näiden kahden luokan ”kokemuksen” tuon historian aikana, liittyvät siihen työn yksilöimiseen, joka oli ja on annettu noissa kahdessa rinnakkaisessa historiassa. Työtä kuvaavat Ilmestyskirjan neljäntoista luvun enkelit; milleriittien työtä kuvastivat ensimmäinen ja toinen enkeli, ja sadan neljänkymmenenneljän tuhannen työtä kuvastaa kolmas enkeli.</w:t>
      </w:r>
    </w:p>
    <w:p>
      <w:pPr>
        <w:pStyle w:val="ArticleScripture"/>
        <w:jc w:val="left"/>
      </w:pPr>
      <w:r>
        <w:rPr>
          <w:rFonts w:ascii="Times New Roman" w:hAnsi="Times New Roman" w:eastAsia="Times New Roman" w:cs="Times New Roman"/>
        </w:rPr>
        <w:t>”Minulla on ollut kallisarvoisia tilaisuuksia saada kokemusta. Minulla on ollut kokemus ensimmäisen, toisen ja kolmannen enkelin sanomista. Enkelit kuvataan lentämässä taivaan laella julistaen maailmalle varoitussanomaa, jolla on välitön merkitys tämän maan historian viimeisinä päivinä eläville ihmisille. Kukaan ei kuule näiden enkelien ääntä, sillä he ovat vertauskuva, joka edustaa Jumalan kansaa, joka työskentelee sopusoinnussa taivaan kaikkeuden kanssa. Miehet ja naiset, jotka Jumalan Henki on valaissut ja jotka on totuuden kautta pyhitetty, julistavat nämä kolme sanomaa niiden järjestyksessä.” Life Sketches, 429.</w:t>
      </w:r>
    </w:p>
    <w:p>
      <w:pPr>
        <w:pStyle w:val="ArticleBody"/>
        <w:jc w:val="left"/>
      </w:pPr>
      <w:r>
        <w:rPr>
          <w:rFonts w:ascii="Times New Roman" w:hAnsi="Times New Roman" w:eastAsia="Times New Roman" w:cs="Times New Roman"/>
        </w:rPr>
        <w:t>Työ, joka annettiin Jumalan viimeisten päivien kansalle 11. syyskuuta 2001 sinetöimisen ajan alussa, annetaan jälleen Jumalan viimeisten päivien kansalle sinetöimisen ajan lopussa, kun Miikael laskeutui heinäkuussa 2023.</w:t>
      </w:r>
    </w:p>
    <w:p>
      <w:pPr>
        <w:pStyle w:val="ArticleScripture"/>
        <w:jc w:val="left"/>
      </w:pPr>
      <w:r>
        <w:rPr>
          <w:rFonts w:ascii="Times New Roman" w:hAnsi="Times New Roman" w:eastAsia="Times New Roman" w:cs="Times New Roman"/>
        </w:rPr>
        <w:t>”Johannes näki ’toisen enkelin tulevan alas taivaasta; hänellä oli suuri valta, ja koko maa valkeni hänen kirkkaudestaan.’ Ilmestys 18:1. Tuo työ on Jumalan kansan ääni, joka julistaa maailmalle varoitussanomaa.” The 1888 Materials, 926.</w:t>
      </w:r>
    </w:p>
    <w:p>
      <w:pPr>
        <w:pStyle w:val="ArticleBody"/>
        <w:jc w:val="left"/>
      </w:pPr>
      <w:r>
        <w:rPr>
          <w:rFonts w:ascii="Times New Roman" w:hAnsi="Times New Roman" w:eastAsia="Times New Roman" w:cs="Times New Roman"/>
        </w:rPr>
        <w:t>Samoin kuin seitsemän ukkosenjylinän edustamat ”tapahtumat” ja kymmenen neitsyen edustama ”kokemus”, kolmen enkelin työ edustaa kahta rinnakkaista historiaa.</w:t>
      </w:r>
    </w:p>
    <w:p>
      <w:pPr>
        <w:pStyle w:val="ArticleScripture"/>
        <w:jc w:val="left"/>
      </w:pPr>
      <w:r>
        <w:rPr>
          <w:rFonts w:ascii="Times New Roman" w:hAnsi="Times New Roman" w:eastAsia="Times New Roman" w:cs="Times New Roman"/>
        </w:rPr>
        <w:t>”Jumala on antanut Ilmestyskirjan 14. luvun sanomille niiden paikan profetian linjassa, eikä niiden työn tule lakata ennen tämän maan historian päättymistä. Ensimmäisen ja toisen enkelin sanomat ovat yhä totuus tätä aikaa varten, ja niiden tulee kulkea rinnakkain tämän seuraavan kanssa. Kolmas enkeli julistaa varoituksensa suurella äänellä. ’Näiden jälkeen’, sanoi Johannes, ’minä näin toisen enkelin tulevan alas taivaasta; hänellä oli suuri valta, ja maa valkeni hänen kirkkaudestaan.’ Tässä valaistuksessa kaikkien kolmen sanoman valo yhdistyy.” The 1888 Materials, 804.</w:t>
      </w:r>
    </w:p>
    <w:p>
      <w:pPr>
        <w:pStyle w:val="ArticleBody"/>
        <w:jc w:val="left"/>
      </w:pPr>
      <w:r>
        <w:rPr>
          <w:rFonts w:ascii="Times New Roman" w:hAnsi="Times New Roman" w:eastAsia="Times New Roman" w:cs="Times New Roman"/>
        </w:rPr>
        <w:t>Danielin yhdentoista luvun jakeissa kolmesta toista viiteentoista tunnistetaan luopioprotestantismin linjan (makkabealaiset), luopiotasavaltalaisuuden (Antiokhos III) ja Tyyron porton (sinun kansasi ryöstäjät) profeetallinen työ. Juuri samassa historiassa sadan neljänkymmenenneljän tuhannen todellisen protestanttisen sarven profeetalliset linjat tunnistavat heidän työnsä, ”kokemuksensa” ja ne ”tapahtumat”, jotka esiintyvät Jumalan viimeisten päivien kansan keskuudessa. Todellisen protestanttisen sarven linja esitetään seitsemänä ukkosenjylinänä, joka on Ilmestyskirjan ainoa profetia, jonka sanotaan olevan sinetöity. Juuri ennen kuin koetusaika päättyy, käsky tulee Juudan sukukunnan Leijonalta, Häneltä, joka sinetöi seitsemän ukkosenjylinän profetian, avata tämän kirjan profetiat.</w:t>
      </w:r>
    </w:p>
    <w:p>
      <w:pPr>
        <w:pStyle w:val="ArticleBody"/>
        <w:jc w:val="left"/>
      </w:pPr>
      <w:r>
        <w:rPr>
          <w:rFonts w:ascii="Times New Roman" w:hAnsi="Times New Roman" w:eastAsia="Times New Roman" w:cs="Times New Roman"/>
        </w:rPr>
        <w:t>Seitsemän ukkosenjylinän sinettien avaaminen sadan neljänkymmenenneljän tuhannen sinetöimisen ajan lopussa, jota ennakolta kuvasi seitsemän ukkosenjylinän sinettien avaaminen sinetöimisen ajan alussa, on sovellettava (rivi rivin päälle) siihen Danielin kirjan osaan, joka liittyy viimeisiin päiviin, ja tuo osa on neljännenkymmenennen jakeen kätketty historia. Kun tuo sinettien avaaminen on täysin toteutunut, kuten seitsemännen sinetin avaaminen sitä kuvaa, Jumala vuodattaa Pyhän Henkensä tulen sadan neljänkymmenenneljän tuhannen päälle, niin kuin Hän teki opetuslasten kanssa helluntaina. Helluntai asettuu linjaan pian tulevan sunnuntailain kanssa.</w:t>
      </w:r>
    </w:p>
    <w:p>
      <w:pPr>
        <w:pStyle w:val="ArticleScripture"/>
        <w:jc w:val="left"/>
      </w:pPr>
      <w:r>
        <w:rPr>
          <w:rFonts w:ascii="Times New Roman" w:hAnsi="Times New Roman" w:eastAsia="Times New Roman" w:cs="Times New Roman"/>
        </w:rPr>
        <w:t>Hartaalla kaipauksella odotan sitä aikaa, jolloin helluntaipäivän tapahtumat toistuvat vielä suuremmalla voimalla kuin tuossa tilaisuudessa. Johannes sanoo: ”Minä näin erään toisen enkelin tulevan alas taivaasta, ja hänellä oli suuri valta; ja maa valkeni hänen kirkkaudestaan.” Silloin, niin kuin helluntain aikana, ihmiset kuulevat heille puhuttavan totuutta, kukin omalla kielellään.</w:t>
      </w:r>
    </w:p>
    <w:p>
      <w:pPr>
        <w:pStyle w:val="ArticleScripture"/>
        <w:jc w:val="left"/>
      </w:pPr>
      <w:r>
        <w:rPr>
          <w:rFonts w:ascii="Times New Roman" w:hAnsi="Times New Roman" w:eastAsia="Times New Roman" w:cs="Times New Roman"/>
        </w:rPr>
        <w:t>”Jumala voi puhaltaa uutta elämää jokaiseen sieluun, joka vilpittömästi haluaa palvella Häntä, ja voi koskettaa huulia alttarilta otetulla palavalla hiilellä ja saada ne tulemaan kaunopuheisiksi Hänen ylistyksessään. Tuhannet äänet tulevat saamaan voiman julistaa Jumalan sanan ihmeellisiä totuuksia. Sammaltava kieli päästetään irti, ja arat tehdään väkeviksi kantamaan rohkeaa todistusta totuudesta. Auttakoon Herra kansaansa puhdistamaan sielun temppeli kaikesta saastaisuudesta ja säilyttämään niin läheisen yhteyden Häneen, että he voivat olla osallisia myöhäissateesta, kun se vuodatetaan.” Review and Herald, 20. heinäkuuta 1886.</w:t>
      </w:r>
    </w:p>
    <w:p>
      <w:pPr>
        <w:pStyle w:val="ArticleBody"/>
        <w:jc w:val="left"/>
      </w:pPr>
      <w:r>
        <w:rPr>
          <w:rFonts w:ascii="Times New Roman" w:hAnsi="Times New Roman" w:eastAsia="Times New Roman" w:cs="Times New Roman"/>
        </w:rPr>
        <w:t>Sinetöimisen ajan alku havainnollistaa sinetöimisen ajan loppua. Alussa myöhäissade vuodatettiin määrällisesti rajoitettuna, ja lopussa se vuodatetaan ilman määrää. Enkeli, joka tuli alas 11. syyskuuta 2001, on sama enkeli, joka laskeutui alas heinäkuun 2023 lopussa. Helluntain historia alkoi Kristuksen ylösnousemuksessa, ja helluntain täydellisen täyttymyksen päätös on sadan neljänkymmenenneljän tuhannen ylösnousemuksessa.</w:t>
      </w:r>
    </w:p>
    <w:p>
      <w:pPr>
        <w:pStyle w:val="ArticleScripture"/>
        <w:jc w:val="left"/>
      </w:pPr>
      <w:r>
        <w:rPr>
          <w:rFonts w:ascii="Times New Roman" w:hAnsi="Times New Roman" w:eastAsia="Times New Roman" w:cs="Times New Roman"/>
        </w:rPr>
        <w:t>”Kristuksen teko, kun hän puhalsi Pyhän Hengen opetuslastensa päälle ja antoi heille rauhansa, oli kuin muutama pisara ennen runsasta sadetta, joka oli annettava helluntaipäivänä.” Spirit of Prophecy, osa 3, 243.</w:t>
      </w:r>
    </w:p>
    <w:p>
      <w:pPr>
        <w:pStyle w:val="ArticleBody"/>
        <w:jc w:val="left"/>
      </w:pPr>
      <w:r>
        <w:rPr>
          <w:rFonts w:ascii="Times New Roman" w:hAnsi="Times New Roman" w:eastAsia="Times New Roman" w:cs="Times New Roman"/>
        </w:rPr>
        <w:t>Kristus puhalsi opetuslastensa päälle ylösnousemuksensa jälkeen, juuri sen jälkeen kun Hän oli noussut Isänsä tykö. Kun Hän laskeutui tavattuaan Isänsä, Hän ilmestyi opetuslapsille ja puhalsi heidän päälleen ”muutamia pisaroita”, jotka edelsivät ”helluntain runsaita sadekuuroja”. Nuo muutamat pisarat kuvaavat sinetöimisajan alkua, ja runsaat sadekuurot kuvaavat sen päättymistä. Sinetöimisajan alku toistuu lopussa, ja aivan kuten Kristus puhalsi opetuslastensa päälle helluntaikauden alussa, Hän puhalsi viimeisten päivien kansansa päälle tuon kauden päättyessä.</w:t>
      </w:r>
    </w:p>
    <w:p>
      <w:pPr>
        <w:pStyle w:val="ArticleScripture"/>
        <w:jc w:val="left"/>
      </w:pPr>
      <w:r>
        <w:rPr>
          <w:rFonts w:ascii="Times New Roman" w:hAnsi="Times New Roman" w:eastAsia="Times New Roman" w:cs="Times New Roman"/>
        </w:rPr>
        <w:t>”Kuivien luiden täytyy saada osakseen Jumalan Pyhän Hengen henkäys, jotta ne voisivat herätä toimintaan ikään kuin kuolleista ylösnousemuksen kautta.” Bible Training School, December 1, 1903.</w:t>
      </w:r>
    </w:p>
    <w:p>
      <w:pPr>
        <w:pStyle w:val="ArticleBody"/>
        <w:jc w:val="left"/>
      </w:pPr>
      <w:r>
        <w:rPr>
          <w:rFonts w:ascii="Times New Roman" w:hAnsi="Times New Roman" w:eastAsia="Times New Roman" w:cs="Times New Roman"/>
        </w:rPr>
        <w:t>Kahden todistajan kuolemaan sisältyy se tosiasia, että ne, jotka julistivat Nashvillen ja 18. heinäkuuta 2020 väärää sanomaa, tekivät sen laodikealaisina. Kuolleiden kuivien luiden ylösnousemus kuvaa siirtymää Laodikean tilasta, joka on kuoleman tila, Philadelphiaan tilaan, joka on elämä. Se henkäys, joka saa aikaan ylösnousemuksen ja tämän siirtymän, on profeetallinen sanoma.</w:t>
      </w:r>
    </w:p>
    <w:p>
      <w:pPr>
        <w:pStyle w:val="ArticleScripture"/>
        <w:jc w:val="left"/>
      </w:pPr>
      <w:r>
        <w:rPr>
          <w:rFonts w:ascii="Times New Roman" w:hAnsi="Times New Roman" w:eastAsia="Times New Roman" w:cs="Times New Roman"/>
        </w:rPr>
        <w:t>”Mikä voima meidän täytyykään saada Jumalalta, jotta jäiset sydämet, joilla on vain lainomainen uskonto, näkisivät heille varatut paremmat asiat — Kristuksen ja Hänen vanhurskautensa! Elämää antava sanoma oli tarpeen, jotta elämä annettaisiin kuiville luille.” Manuscript Releases, volyymi 12, 205.</w:t>
      </w:r>
    </w:p>
    <w:p>
      <w:pPr>
        <w:pStyle w:val="ArticleBody"/>
        <w:jc w:val="left"/>
      </w:pPr>
      <w:r>
        <w:rPr>
          <w:rFonts w:ascii="Times New Roman" w:hAnsi="Times New Roman" w:eastAsia="Times New Roman" w:cs="Times New Roman"/>
        </w:rPr>
        <w:t>Kristuksen ylösnousemuksen välinen aika jakautui kahteen ajanjaksoon: ensimmäinen oli neljäkymmentä päivää, jolloin Hän sitten astui ylös, ja sitä seurasi kymmenen päivää ennen helluntaita. Neljäkymmentä on erämaan vertauskuva, samoin kuin kolme ja puoli päivää tai tuhat kaksisataa kuusikymmentä vuotta tai päivää.</w:t>
      </w:r>
    </w:p>
    <w:p>
      <w:pPr>
        <w:pStyle w:val="ArticleBody"/>
        <w:jc w:val="left"/>
      </w:pPr>
      <w:r>
        <w:rPr>
          <w:rFonts w:ascii="Times New Roman" w:hAnsi="Times New Roman" w:eastAsia="Times New Roman" w:cs="Times New Roman"/>
        </w:rPr>
        <w:t>Kun Mikael laskeutui alas heinäkuussa 2023, ne kolme ja puoli päivää kuolemaa kaduilla päättyivät, kun Kristus alkoi työnsä yhdistää jumaluutensa ihmisyyteen niiden sadanneljännellätuhannella. Tätä työtä kuvasi ne kymmenen päivää ennen helluntaita, jolloin synti pantiin pois ja veljien keskuuteen vahvistettiin yksimielisyys. Kymmenen merkitsee koetusprosessia, ja koetusprosessi päättyi helluntaina, joka edustaa sunnuntailakia.</w:t>
      </w:r>
    </w:p>
    <w:p>
      <w:pPr>
        <w:pStyle w:val="ArticleBody"/>
        <w:jc w:val="left"/>
      </w:pPr>
      <w:r>
        <w:rPr>
          <w:rFonts w:ascii="Times New Roman" w:hAnsi="Times New Roman" w:eastAsia="Times New Roman" w:cs="Times New Roman"/>
        </w:rPr>
        <w:t>Samassa neljännenkymmenennen jakeen historiallisessa vaiheessa, jossa kahdeksan Persian kuningasta ja juutalaisten sekä Rooman välisen liiton historia edustavat pedon kuvan koetusprosessia, neitsyiden koetusprosessi havainnollistetaan niissä kymmenessä päivässä, jotka johtavat helluntaihin. Protestantismin ja tasavaltalaisuuden luopiotorvet yhtyvät tuossa historiassa muodostaakseen pedon kuvan, kun taas todellinen protestanttinen torvi yhdistää ihmisyytensä Kristuksen jumaluuteen ja muodostaa siten Kristuksen kuvan prosessissa, joka erottaa kaksi palvojien luokkaa.</w:t>
      </w:r>
    </w:p>
    <w:p>
      <w:pPr>
        <w:pStyle w:val="ArticleBody"/>
        <w:jc w:val="left"/>
      </w:pPr>
      <w:r>
        <w:rPr>
          <w:rFonts w:ascii="Times New Roman" w:hAnsi="Times New Roman" w:eastAsia="Times New Roman" w:cs="Times New Roman"/>
        </w:rPr>
        <w:t>Seitsemänä ukkosena esitetyt historialliset tapahtumat avataan Danielin kirjan yhdestoista luvun jakeiden kolmestatoista viiteentoista esittämässä historiassa, ja yhdessä ne asettuvat rinnakkain jakeen neljäkymmentä kätketyn historian kanssa, joka päättyy pian tulevaan sunnuntailakiin, jolloin sapatinpitäjien koetusaika päättyy.</w:t>
      </w:r>
    </w:p>
    <w:p>
      <w:pPr>
        <w:pStyle w:val="ArticleScripture"/>
        <w:jc w:val="left"/>
      </w:pPr>
      <w:r>
        <w:rPr>
          <w:rFonts w:ascii="Times New Roman" w:hAnsi="Times New Roman" w:eastAsia="Times New Roman" w:cs="Times New Roman"/>
        </w:rPr>
        <w:t>”Lisäksi nämä vertaukset opettavat, ettei tuomion jälkeen ole koetusaikaa. Kun evankeliumin työ on päätökseen saatettu, seuraa välittömästi ero hyvän ja pahan välillä, ja kummankin luokan kohtalo on ikuisesti määrätty.” Christ’s Object Lessons, 123.</w:t>
      </w:r>
    </w:p>
    <w:p>
      <w:pPr>
        <w:pStyle w:val="ArticleBody"/>
        <w:jc w:val="left"/>
      </w:pPr>
      <w:r>
        <w:rPr>
          <w:rFonts w:ascii="Times New Roman" w:hAnsi="Times New Roman" w:eastAsia="Times New Roman" w:cs="Times New Roman"/>
        </w:rPr>
        <w:t>Viisaiden ja tyhmien, laodikealaisten ja filadelfialaisten tai vehnän ja lusteiden erottamisen toimittavat enkelit.</w:t>
      </w:r>
    </w:p>
    <w:p>
      <w:pPr>
        <w:pStyle w:val="ArticleScripture"/>
        <w:jc w:val="left"/>
      </w:pPr>
      <w:r>
        <w:rPr>
          <w:rFonts w:ascii="Times New Roman" w:hAnsi="Times New Roman" w:eastAsia="Times New Roman" w:cs="Times New Roman"/>
        </w:rPr>
        <w:t>”Antakaa sekä lusteiden että vehnän kasvaa yhdessä elonkorjuuseen asti. Sitten erotustyön tekevät enkelit.” Selected Messages, kirja 2, 69.</w:t>
      </w:r>
    </w:p>
    <w:p>
      <w:pPr>
        <w:pStyle w:val="ArticleBody"/>
        <w:jc w:val="left"/>
      </w:pPr>
      <w:r>
        <w:rPr>
          <w:rFonts w:ascii="Times New Roman" w:hAnsi="Times New Roman" w:eastAsia="Times New Roman" w:cs="Times New Roman"/>
        </w:rPr>
        <w:t>Sanoma, joka avataan juuri ennen kuin armonaika päättyy, yksilöi Jumalan kansan työn, sellaisena kuin enkelit sitä edustavat. Näihin kirjoituksiin sisältyvää sanomaa julkaistaan nyt ympäri maapalloa yli kuudellakymmenellä kielellä. Tämä tapahtuu nyt juuri ennen kuin armonaika päättyy, ja tämän sanoman esittäminen on Jumalan viimeisten päivien kansan työtä. Sanoma yksilöi ne tapahtumat, joita kuvataan seitsemänä ukkosenjylinänä, ja sanoman ymmärtämisen ja esittämisen työ synnyttää viisaitten neitsyiden kokemuksen.</w:t>
      </w:r>
    </w:p>
    <w:p>
      <w:pPr>
        <w:pStyle w:val="ArticleBody"/>
        <w:jc w:val="left"/>
      </w:pPr>
      <w:r>
        <w:rPr>
          <w:rFonts w:ascii="Nirmala UI" w:hAnsi="Nirmala UI" w:eastAsia="Nirmala UI" w:cs="Nirmala UI"/>
        </w:rPr>
        <w:t>हम</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अध्ययन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अगले</w:t>
      </w:r>
      <w:r>
        <w:rPr>
          <w:rFonts w:ascii="Times New Roman" w:hAnsi="Times New Roman" w:eastAsia="Times New Roman" w:cs="Times New Roman"/>
        </w:rPr>
        <w:t xml:space="preserve"> </w:t>
      </w:r>
      <w:r>
        <w:rPr>
          <w:rFonts w:ascii="Nirmala UI" w:hAnsi="Nirmala UI" w:eastAsia="Nirmala UI" w:cs="Nirmala UI"/>
        </w:rPr>
        <w:t>लेख</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जारी</w:t>
      </w:r>
      <w:r>
        <w:rPr>
          <w:rFonts w:ascii="Times New Roman" w:hAnsi="Times New Roman" w:eastAsia="Times New Roman" w:cs="Times New Roman"/>
        </w:rPr>
        <w:t xml:space="preserve"> </w:t>
      </w:r>
      <w:r>
        <w:rPr>
          <w:rFonts w:ascii="Nirmala UI" w:hAnsi="Nirmala UI" w:eastAsia="Nirmala UI" w:cs="Nirmala UI"/>
        </w:rPr>
        <w:t>रखेंगे।</w:t>
      </w:r>
    </w:p>
    <w:p>
      <w:pPr>
        <w:pStyle w:val="ArticleScripture"/>
        <w:jc w:val="left"/>
      </w:pPr>
      <w:r>
        <w:rPr>
          <w:rFonts w:ascii="Times New Roman" w:hAnsi="Times New Roman" w:eastAsia="Times New Roman" w:cs="Times New Roman"/>
        </w:rPr>
        <w:t>”Yön näyissä kulki silmieni editse hyvin vaikuttava näky. Näin suunnattoman tulipallon putoavan kauniiden kartanoiden keskelle ja aiheuttavan niiden välittömän tuhon. Kuulin jonkun sanovan: ’Me tiesimme, että Jumalan tuomiot olivat tulossa maan päälle, mutta emme tienneet, että ne tulisivat niin pian.’ Toiset sanoivat tuskan täyttämin äänin: ’Te tiesitte! Miksi ette siis kertoneet meille? Me emme tienneet.’ Joka puolelta kuulin samanlaisia moitteen sanoja lausuttavan.”</w:t>
      </w:r>
    </w:p>
    <w:p>
      <w:pPr>
        <w:pStyle w:val="ArticleScripture"/>
        <w:jc w:val="left"/>
      </w:pPr>
      <w:r>
        <w:rPr>
          <w:rFonts w:ascii="Times New Roman" w:hAnsi="Times New Roman" w:eastAsia="Times New Roman" w:cs="Times New Roman"/>
        </w:rPr>
        <w:t>Suuren ahdistuksen vallassa minä heräsin. Menin jälleen nukkumaan, ja minusta tuntui olevani suuressa kokoontumisessa. Arvovaltainen henkilö puhui seurakunnalle, jonka edessä oli levitettynä maailman kartta. Hän sanoi, että kartta kuvasi Jumalan viinitarhaa, jota oli viljeltävä. Kun taivaasta tuleva valo loisti jonkun ylle, tämän tuli heijastaa valo toisille. Valoja oli sytytettävä monissa paikoissa, ja näistä valoista oli sytytettävä vielä muita valoja.</w:t>
      </w:r>
    </w:p>
    <w:p>
      <w:pPr>
        <w:pStyle w:val="ArticleScripture"/>
        <w:jc w:val="left"/>
      </w:pPr>
      <w:r>
        <w:rPr>
          <w:rFonts w:ascii="Times New Roman" w:hAnsi="Times New Roman" w:eastAsia="Times New Roman" w:cs="Times New Roman"/>
        </w:rPr>
        <w:t>Sanat toistettiin: ”Te olette maan suola; mutta jos suola käy mauttomaksi, millä se saadaan suolaiseksi? Se ei enää kelpaa mihinkään muuhun kuin pois heitettäväksi ja ihmisten tallattavaksi. Te olette maailman valo. Ei voi olla kätkössä vuorella oleva kaupunki. Eikä lamppua sytytetä ja panna vakan alle, vaan lampunjalkaan, ja niin se loistaa kaikille huoneessa oleville. Näin loistakoon teidän valonne ihmisten edessä, jotta he näkisivät teidän hyvät tekonne ja ylistäisivät teidän Isäänne, joka on taivaissa.” Matteus 5:13–16.</w:t>
      </w:r>
    </w:p>
    <w:p>
      <w:pPr>
        <w:pStyle w:val="ArticleScripture"/>
        <w:jc w:val="left"/>
      </w:pPr>
      <w:r>
        <w:rPr>
          <w:rFonts w:ascii="Times New Roman" w:hAnsi="Times New Roman" w:eastAsia="Times New Roman" w:cs="Times New Roman"/>
        </w:rPr>
        <w:t>”Näin valosuihkujen loistavan kaupungeista ja kylistä sekä maan korkeista ja matalista paikoista. Jumalan sanaa toteltiin, ja seurauksena Hänelle oli muistomerkkejä jokaisessa kaupungissa ja kylässä. Hänen totuuttaan julistettiin kautta koko maailman.</w:t>
      </w:r>
    </w:p>
    <w:p>
      <w:pPr>
        <w:pStyle w:val="ArticleScripture"/>
        <w:jc w:val="left"/>
      </w:pPr>
      <w:r>
        <w:rPr>
          <w:rFonts w:ascii="Times New Roman" w:hAnsi="Times New Roman" w:eastAsia="Times New Roman" w:cs="Times New Roman"/>
        </w:rPr>
        <w:t>”Sitten tämä kartta poistettiin ja sen tilalle asetettiin toinen. Siinä valo loisti vain muutamista paikoista. Muu maailma oli pimeydessä, ja siellä täällä näkyi vain häivähdys valoa. Opettajamme sanoi: ’Tämä pimeys on seurausta siitä, että ihmiset ovat kulkeneet omaa tietään. He ovat hellineet perittyjä ja vaalittuja taipumuksia pahaan. He ovat tehneet epäilemisen, vikojen etsimisen ja syyttelyn elämänsä päätoimeksi. Heidän sydämensä ei ole oikeassa suhteessa Jumalaan. He ovat kätkeneet valonsa vakan alle.’”</w:t>
      </w:r>
    </w:p>
    <w:p>
      <w:pPr>
        <w:pStyle w:val="ArticleScripture"/>
        <w:jc w:val="left"/>
      </w:pPr>
      <w:r>
        <w:rPr>
          <w:rFonts w:ascii="Times New Roman" w:hAnsi="Times New Roman" w:eastAsia="Times New Roman" w:cs="Times New Roman"/>
        </w:rPr>
        <w:t>"Jos jokainen Kristuksen sotilas olisi tehnyt velvollisuutensa, jos jokainen Siionin muurien vartija olisi antanut pasuunan soida selvällä äänellä, maailma olisi ehkä jo tähän mennessä kuullut varoituksen sanoman. Mutta työ on vuosia jäljessä. Ihmisten nukkuessa Saatana on päässyt meistä niskan päälle." Testimonies, volume 9, 28, 29.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Danielin kirja - satayhdeksänkymmentäviisi</dc:title>
  <dc:subject>Tie sunnuntailakiin: Trumpin rooli ja profeetallinen kehkeytyminen Daniel 11:ssä</dc:subject>
  <dc:creator>Jeff Pippenger</dc:creator>
  <cp:keywords/>
  <dc:description>Generated by ArticleDigger from daniel\195_daniel.json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