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yhdeksänkymmentäyhdeksän</w:t>
      </w:r>
    </w:p>
    <w:p>
      <w:pPr>
        <w:pStyle w:val="ArticleSubtitle"/>
        <w:jc w:val="left"/>
      </w:pPr>
      <w:r>
        <w:rPr>
          <w:rFonts w:ascii="Nirmala UI" w:hAnsi="Nirmala UI" w:eastAsia="Nirmala UI" w:cs="Nirmala UI"/>
        </w:rPr>
        <w:t>राजनीतिक</w:t>
      </w:r>
      <w:r>
        <w:rPr>
          <w:rFonts w:ascii="Arial" w:hAnsi="Arial" w:eastAsia="Arial" w:cs="Arial"/>
        </w:rPr>
        <w:t xml:space="preserve"> </w:t>
      </w:r>
      <w:r>
        <w:rPr>
          <w:rFonts w:ascii="Nirmala UI" w:hAnsi="Nirmala UI" w:eastAsia="Nirmala UI" w:cs="Nirmala UI"/>
        </w:rPr>
        <w:t>पतन</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भविष्यवाणीपूर्ण</w:t>
      </w:r>
      <w:r>
        <w:rPr>
          <w:rFonts w:ascii="Arial" w:hAnsi="Arial" w:eastAsia="Arial" w:cs="Arial"/>
        </w:rPr>
        <w:t xml:space="preserve"> </w:t>
      </w:r>
      <w:r>
        <w:rPr>
          <w:rFonts w:ascii="Nirmala UI" w:hAnsi="Nirmala UI" w:eastAsia="Nirmala UI" w:cs="Nirmala UI"/>
        </w:rPr>
        <w:t>नियति</w:t>
      </w:r>
      <w:r>
        <w:rPr>
          <w:rFonts w:ascii="Arial" w:hAnsi="Arial" w:eastAsia="Arial" w:cs="Arial"/>
        </w:rPr>
        <w:t xml:space="preserve">: </w:t>
      </w:r>
      <w:r>
        <w:rPr>
          <w:rFonts w:ascii="Nirmala UI" w:hAnsi="Nirmala UI" w:eastAsia="Nirmala UI" w:cs="Nirmala UI"/>
        </w:rPr>
        <w:t>बाइबिलीय</w:t>
      </w:r>
      <w:r>
        <w:rPr>
          <w:rFonts w:ascii="Arial" w:hAnsi="Arial" w:eastAsia="Arial" w:cs="Arial"/>
        </w:rPr>
        <w:t xml:space="preserve"> </w:t>
      </w:r>
      <w:r>
        <w:rPr>
          <w:rFonts w:ascii="Nirmala UI" w:hAnsi="Nirmala UI" w:eastAsia="Nirmala UI" w:cs="Nirmala UI"/>
        </w:rPr>
        <w:t>भविष्यवाणी</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संदर्भ</w:t>
      </w:r>
      <w:r>
        <w:rPr>
          <w:rFonts w:ascii="Arial" w:hAnsi="Arial" w:eastAsia="Arial" w:cs="Arial"/>
        </w:rPr>
        <w:t xml:space="preserve"> </w:t>
      </w:r>
      <w:r>
        <w:rPr>
          <w:rFonts w:ascii="Nirmala UI" w:hAnsi="Nirmala UI" w:eastAsia="Nirmala UI" w:cs="Nirmala UI"/>
        </w:rPr>
        <w:t>में</w:t>
      </w:r>
      <w:r>
        <w:rPr>
          <w:rFonts w:ascii="Arial" w:hAnsi="Arial" w:eastAsia="Arial" w:cs="Arial"/>
        </w:rPr>
        <w:t xml:space="preserve"> </w:t>
      </w:r>
      <w:r>
        <w:rPr>
          <w:rFonts w:ascii="Nirmala UI" w:hAnsi="Nirmala UI" w:eastAsia="Nirmala UI" w:cs="Nirmala UI"/>
        </w:rPr>
        <w:t>डेमोक्रेटिक</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रिपब्लिकन</w:t>
      </w:r>
      <w:r>
        <w:rPr>
          <w:rFonts w:ascii="Arial" w:hAnsi="Arial" w:eastAsia="Arial" w:cs="Arial"/>
        </w:rPr>
        <w:t xml:space="preserve"> </w:t>
      </w:r>
      <w:r>
        <w:rPr>
          <w:rFonts w:ascii="Nirmala UI" w:hAnsi="Nirmala UI" w:eastAsia="Nirmala UI" w:cs="Nirmala UI"/>
        </w:rPr>
        <w:t>पार्टियों</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अंत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Me yksilöimme demokraattisen ja republikaanisen puolueen lopun maapetoon liittyvässä historiassa. Ilmestyskirjan kolmannentoista luvun maapeto jakautuu republikaaniseen ja demokraattiseen puolueeseen, jotka kamppailevat republikaanisen sarven profeetallisessa historiassa. Sarvet ovat valtojen vertauskuvia, ja kumpikin sarvi sisältää omassa profeetallisessa historiassaan mikrokosmoksia niiden profeetallisesta suhteesta. Republikaanisen sarven osalta tätä mikrokosmosta havainnollistavat kaksi ensisijaista poliittista puoluetta, jotka läpäisevät Yhdysvaltojen historian. Yhdysvallat on yksi harvoista profeetallisessa historiassa yksilöidyistä valtakunnista, jotka koostuvat kahdesta vallasta. Kaikki aiemmat Raamatun profetian kansakunnat, jotka esitetään kahtena valtana, ovat Yhdysvaltojen esikuvia. Meedo-Persian valtakunta, Ranska (Sodoma ja Egypti) sekä Israel pohjoisine ja eteläisine valtakuntineen kaikki osaltaan muodostavat Yhdysvaltojen profeetallisia ominaispiirteitä.</w:t>
      </w:r>
    </w:p>
    <w:p>
      <w:pPr>
        <w:pStyle w:val="ArticleBody"/>
        <w:jc w:val="left"/>
      </w:pPr>
      <w:r>
        <w:rPr>
          <w:rFonts w:ascii="Times New Roman" w:hAnsi="Times New Roman" w:eastAsia="Times New Roman" w:cs="Times New Roman"/>
        </w:rPr>
        <w:t>Danielin kahdeksannen luvun meedo-persialaisella valtakunnalla oli kaksi sarvea, ja jälkimmäinen sarvi (Persia) nousi korkeammaksi. Olemme tunnistaneet tämän piirteen siinä toteamuksessa, että demokraattinen puolue tuli historian näyttämölle ennen republikaanista puoluetta, joten republikaaninen puolue tulee lopulta olemaan näistä kahdesta puolueesta jälkimmäinen. Ensimmäinen republikaaninen presidentti tuli historian näyttämölle vastauksena demokraattisen puolueen orjuutta kannattavaan kantaan, ja ensimmäinen republikaaninen presidentti antoi vuonna 1863 vapautusjulistuksen, joka oli Yhdysvaltain sisällissodan keskivaihetta sekä Laodikean seitsemännen päivän adventtikirkon kapinan vuosi.</w:t>
      </w:r>
    </w:p>
    <w:p>
      <w:pPr>
        <w:pStyle w:val="ArticleBody"/>
        <w:jc w:val="left"/>
      </w:pPr>
      <w:r>
        <w:rPr>
          <w:rFonts w:ascii="Times New Roman" w:hAnsi="Times New Roman" w:eastAsia="Times New Roman" w:cs="Times New Roman"/>
        </w:rPr>
        <w:t>Viimeistä republikaanipresidenttiä esikuvallistaa ensimmäinen republikaanipresidentti, joten viimeinen presidentti tulee historian näyttämölle keskellä sisällissotaa demokraattisen orjuutta kannattavan puolueen ja hänen republikaanisen orjuudenvastaisen puolueensa välillä. Se orjuus, jota viimeisten päivien demokraattinen puolue edistää, on maailmanlaajuista orjuutta. Kuten ensimmäinen republikaanipresidentti, myös viimeinen republikaanipresidentti murhataan orjuutta kannattavan puolueen toimesta, samoin kuin Trump murhattiin poliittisesti varastetuissa vuoden 2020 vaaleissa. Kuudentena presidenttinä vuoden 1989 lopun ajan jälkeen Trump olisi rikkain presidentti, ja hän nostattaisi globalistit paitsi Yhdysvalloissa myös koko maailmassa. Niinpä hänen ilmoituksensa asettua ehdolle presidentiksi vuonna 2015 pani alulle poliittisen sisällissodan orjuutta kannattavien globalistien demokraattisen puolueen ja orjuudenvastaisen republikaanisen puolueen välillä.</w:t>
      </w:r>
    </w:p>
    <w:p>
      <w:pPr>
        <w:pStyle w:val="ArticleBody"/>
        <w:jc w:val="left"/>
      </w:pPr>
      <w:r>
        <w:rPr>
          <w:rFonts w:ascii="Times New Roman" w:hAnsi="Times New Roman" w:eastAsia="Times New Roman" w:cs="Times New Roman"/>
        </w:rPr>
        <w:t>Ilmestyskirjan yhdennentoista luvun täyttymyksenä Trump murhattiin poliittisesti varastetuissa vuoden 2020 vaaleissa, ja demokraattinen puolue alkoi riemuita kaduilla, kunnes kävi ilmeiseksi, että vuonna 2022 Trump aikoi jälleen asettua ehdolle presidentiksi. Silloin suuri pelko valtasi globalistit Ilmestyskirjan yhdennentoista luvun täyttymyksenä, ja heidän sodankäyntinsä kiihtyi. Meedo-persialaisten sarvien todistus osoittaa, että viimeinen esiin nouseva sarvi (Republikaaninen puolue) nousisi viimeisenä ja kohoaisi korkeammalle. Viimeinen republikaanipresidentti on voittava demokraattisesta puolueesta.</w:t>
      </w:r>
    </w:p>
    <w:p>
      <w:pPr>
        <w:pStyle w:val="ArticleBody"/>
        <w:jc w:val="left"/>
      </w:pPr>
      <w:r>
        <w:rPr>
          <w:rFonts w:ascii="Times New Roman" w:hAnsi="Times New Roman" w:eastAsia="Times New Roman" w:cs="Times New Roman"/>
        </w:rPr>
        <w:t>Vuoden 2024 vaalit merkitsevät demokraattisen puolueen loppua, sillä sillä ei enää koskaan ole toista tilaisuutta asettaa presidenttiehdokasta ennen kuin sunnuntailaki päättää maapetona kuvatun vallan profeetallisen historian. Sunnuntailain tullessa myös republikaaninen puolue lakkaa olemasta. Demokraattinen puolue päättyy vuoden 2024 vaaleihin, ja republikaaninen puolue päättyy sunnuntailakiin. Sunnuntailakia, joka on Raamatun profetian kuudennen valtakunnan loppu, havainnollisti maapeton alku vuonna 1798. Maapeton ensisijainen profeetallinen tunnusmerkki on sen ”puhuminen”. Vuonna 1798 Yhdysvallat sääti muukalais- ja kiihoituslait, jotka siten ovat sunnuntailain esikuva, jolloin Yhdysvallat puhuu lohikäärmeen tavoin.</w:t>
      </w:r>
    </w:p>
    <w:p>
      <w:pPr>
        <w:pStyle w:val="ArticleBody"/>
        <w:jc w:val="left"/>
      </w:pPr>
      <w:r>
        <w:rPr>
          <w:rFonts w:ascii="Times New Roman" w:hAnsi="Times New Roman" w:eastAsia="Times New Roman" w:cs="Times New Roman"/>
        </w:rPr>
        <w:t>Vuosina 1776–1798 Yhdysvallat, vaikkei se vielä ollutkaan raamatullisen profetian kuudes valtakunta, edustaa Yhdysvaltojen puhumisen kolmea tienviittaa. Tuo ajanjakso johti maasta nousevan pedon hallituskauden alkuun raamatullisen profetian kuudentena valtakuntana, ja sen vuoksi se edustaa myös ajanjaksoa, joka johtaa maasta nousevan pedon hallituskauden päättymiseen kuudentena valtakuntana. Itsenäisyysjulistus vuonna 1776, jota seurasi perustuslaki vuonna 1789 ja Alien and Sedition Acts vuonna 1798, edustavat kolmea tienviittaa siinä historiassa, joka johtaa maasta nousevan pedon päättymiseen kuudentena valtakuntana sunnuntailaissa. Näiden kolmen tienviitan täyttyminen esitetään eri tavoin sekä demokraattisen että republikaanisen puolueen historiassa.</w:t>
      </w:r>
    </w:p>
    <w:p>
      <w:pPr>
        <w:pStyle w:val="ArticleBody"/>
        <w:jc w:val="left"/>
      </w:pPr>
      <w:r>
        <w:rPr>
          <w:rFonts w:ascii="Times New Roman" w:hAnsi="Times New Roman" w:eastAsia="Times New Roman" w:cs="Times New Roman"/>
        </w:rPr>
        <w:t>Vuoden 2001 Patriot Act osoittaa Yhdysvaltain kansalaisten itsenäisyyden poistamisen alkua, ja sitä esikuvasi se julistus, jonka Amerikan historian aidot patriootit panivat toimeen Itsenäisyysjulistuksella. Patriot Actin tienviitta on ensimmäinen kolmesta tienviitasta sekä republikaaniselle että demokraattiselle puolueelle.</w:t>
      </w:r>
    </w:p>
    <w:p>
      <w:pPr>
        <w:pStyle w:val="ArticleBody"/>
        <w:jc w:val="left"/>
      </w:pPr>
      <w:r>
        <w:rPr>
          <w:rFonts w:ascii="Times New Roman" w:hAnsi="Times New Roman" w:eastAsia="Times New Roman" w:cs="Times New Roman"/>
        </w:rPr>
        <w:t>Demokraattinen puolue päättyy vuoden 2024 vaaleihin, mikä tuo mukanaan Trumpin toimeenpanomääräykset, joita ulkomaalais- ja kiihotuslait ennakollisesti esikuvittivat. Toimeenpanomääräykset, jotka Trump silloin antaa, eivät ole sunnuntailaki, mutta ne ovat eräs lohikäärmeen tavoin puhumisen esikuva, sillä Trump tulee käyttämään niitä täyttäessään sisar Whiten tunnistuksen siitä, että ”aktiivinen despotismi” tulee ilmenemään viimeisinä päivinä. Despotismi on sana, joka tarkoittaa diktatuuria, ja se toteutetaan niillä toimeenpanomääräyksillä, joita ulkomaalais- ja kiihotuslait esikuvallisesti edustavat. Kun Trump panee toimeen toimeenpanomääräyksensä, tapahtuu Pelosi-oikeudenkäyntien käänteinen vastine, sillä ne merkitsivät Bidenin epäonnistunutta presidenttikautta.</w:t>
      </w:r>
    </w:p>
    <w:p>
      <w:pPr>
        <w:pStyle w:val="ArticleBody"/>
        <w:jc w:val="left"/>
      </w:pPr>
      <w:r>
        <w:rPr>
          <w:rFonts w:ascii="Times New Roman" w:hAnsi="Times New Roman" w:eastAsia="Times New Roman" w:cs="Times New Roman"/>
        </w:rPr>
        <w:t>Ajanjaksossa, joka osoittaa demokraattisen ja republikaanisen puolueen lopun, on Alfa ja Omega -tunnusmerkki, sillä kummankin ajanjakson alku edustaa loppua. Tästä syystä demokraattisen puolueen ensimmäinen waymark on vuoden 2001 Patriot Act, ja toinen waymark on vuonna 2021 alkaneet Pelosi-oikeudenkäynnit. Nämä oikeudenkäynnit edustavat vuoden 1789 perustuslain täydellistä hylkäämistä. Pelosi-oikeudenkäynnit edustavat keskimmäistä waymarkia demokraattisen puolueen linjassa; tästä oli esikuva silloin, kun perustuslaki ratifioitiin kolmentoista siirtokunnan toimesta, kolmetoista vuotta vuoden 1776 jälkeen. Pelosi-oikeudenkäynnit edustavat kapinaa perustuslakia vastaan, ja niiden esikuvana oli vuosi 1789. Demokraattisen linjan kolmas waymark on se kohta, jossa ne päättyvät poliittisena puolueena.</w:t>
      </w:r>
    </w:p>
    <w:p>
      <w:pPr>
        <w:pStyle w:val="ArticleBody"/>
        <w:jc w:val="left"/>
      </w:pPr>
      <w:r>
        <w:rPr>
          <w:rFonts w:ascii="Times New Roman" w:hAnsi="Times New Roman" w:eastAsia="Times New Roman" w:cs="Times New Roman"/>
        </w:rPr>
        <w:t>Ne päättyvät vuoden 2024 vaaleihin, ja kun vuoden 2025 virkaanastujaiset on toimitettu, toinen Pelosi-koetusten sarja saatetaan voimaan toimeenpanomääräyksillä, joita Alien and Sedition Acts esikuvallisesti edustivat. Näin ollen demokraattisen puolueen kolmas waymark on vuoden 1798 Alien and Sedition Acts. Demokraattisen puolueen loppua edustava ajanjakso alkaa vaaleilla, virkaanastujaisilla ja saatanallisen poliittisen lawfaren käyttöönotolla, ja se päättyy vaaleihin, virkaanastujaisiin ja saatanallisen poliittisen lawfaren käyttöönottoon.</w:t>
      </w:r>
    </w:p>
    <w:p>
      <w:pPr>
        <w:pStyle w:val="ArticleBody"/>
        <w:jc w:val="left"/>
      </w:pPr>
      <w:r>
        <w:rPr>
          <w:rFonts w:ascii="Times New Roman" w:hAnsi="Times New Roman" w:eastAsia="Times New Roman" w:cs="Times New Roman"/>
        </w:rPr>
        <w:t>Republikaaniselle puolueelle ensimmäinen tienviitta on vuoden 2001 Patriot Act, jota esikuvallistaa vuoden 1776 itsenäisyysjulistus. Toinen tienviitta ei ole sama kuin demokraattisen puolueen toinen tienviitta. Toinen tienviitta, jota demokraateilla edusti vuoden 1789 perustuslaki, oli ensimmäinen Pelosin oikeudenkäynti, mutta republikaanien toinen tienviitta, jota edustaa vuoden 1789 perustuslaki, on Alien and Sedition Act, joka täyttyy, kun Trumpin toinen virkaanastuminen toteutuu vuonna 2025. Kuinka vuoden 1798 Alien and Sedition Acts voivat edustaa vuoden 1789 perustuslakia?</w:t>
      </w:r>
    </w:p>
    <w:p>
      <w:pPr>
        <w:pStyle w:val="ArticleBody"/>
        <w:jc w:val="left"/>
      </w:pPr>
      <w:r>
        <w:rPr>
          <w:rFonts w:ascii="Times New Roman" w:hAnsi="Times New Roman" w:eastAsia="Times New Roman" w:cs="Times New Roman"/>
        </w:rPr>
        <w:t>Trumpin toisissa virkaanastujaisissa hänen toimeenpanomääräyksensä, joita vuoden 1798 Alien and Sedition Acts esikuvallistaa, käynnistävät paitsi toisen Pelosi-oikeudenkäyntien sarjan, myös nämä säädökset käynnistävät pedon kuvan muodostamisen. Pedon kuvan muodostumisen ajanjakso alkaa ja päättyy lohikäärmeen tavoin puhumiseen. Puhuminen ajanjakson alussa merkitsee niiden kuninkaallisten valtojen perustamista, joita kuvataan diktatuurina tai, kuten sisar White sitä nimittää, ”despotismina”. Lohikäärmeen puhuminen pedon kuvan muodostumisen ajanjakson lopussa osoittaa uskonnollisten valtojen vallan tulevan vahvistetuksi poliittisten valtojen ylitse.</w:t>
      </w:r>
    </w:p>
    <w:p>
      <w:pPr>
        <w:pStyle w:val="ArticleBody"/>
        <w:jc w:val="left"/>
      </w:pPr>
      <w:r>
        <w:rPr>
          <w:rFonts w:ascii="Times New Roman" w:hAnsi="Times New Roman" w:eastAsia="Times New Roman" w:cs="Times New Roman"/>
        </w:rPr>
        <w:t>Itsenäisyysjulistus oli julistus sekä Euroopan kuninkaiden poliittisen vallan että Rooman kirkon uskonnollisen vallan tyranniaa vastaan. Pedon kuvan muodostumisen ajanjakso on se vaihe, jossa nämä kaksi turmeltunutta valtaa yhdistyvät, uskonnollisen vallan hallitessa tätä suhdetta. Näiden kahden vallan muodostumisessa eli yhdistymisessä uskonnollinen valta nousee esiin viimeisenä ja on korkeampi. Sen tähden tuon ajanjakson alku edustaa ajanjakson loppua. Vuoden 1798 muukalais- ja kiihoituslait edustavat demokraattisen puolueen loppua, ja ne ovat sen kolmas tienviitta, mutta samalla ne edustavat republikaanisen puolueen päättymisajanjakson toista tienviittaa. Republikaanisen puolueen kolmas tienviitta on sunnuntain pakollinen noudattaminen.</w:t>
      </w:r>
    </w:p>
    <w:p>
      <w:pPr>
        <w:pStyle w:val="ArticleBody"/>
        <w:jc w:val="left"/>
      </w:pPr>
      <w:r>
        <w:rPr>
          <w:rFonts w:ascii="Times New Roman" w:hAnsi="Times New Roman" w:eastAsia="Times New Roman" w:cs="Times New Roman"/>
        </w:rPr>
        <w:t>Demokraattiselle puolueelle kolme tienviittaa, joita 1776, 1789 ja 1798 edustavat, ovat esikuvina vuodelle 2001 (1776), vuoden 2021 ensimmäisille Pelosi-oikeudenkäynneille (1789) sekä vuoden 2025 toisille Pelosi-oikeudenkäynneille (1798).</w:t>
      </w:r>
    </w:p>
    <w:p>
      <w:pPr>
        <w:pStyle w:val="ArticleBody"/>
        <w:jc w:val="left"/>
      </w:pPr>
      <w:r>
        <w:rPr>
          <w:rFonts w:ascii="Times New Roman" w:hAnsi="Times New Roman" w:eastAsia="Times New Roman" w:cs="Times New Roman"/>
        </w:rPr>
        <w:t>Republikaanipuolueelle ne kolme tienviittaa, joita 1776, 1789 ja 1798 edustavat, esikuvaavat vuotta 2001 (1776), vuoden 2025 toisia Pelosi-oikeudenkäyntejä (1789) sekä sunnuntailakia (1798).</w:t>
      </w:r>
    </w:p>
    <w:p>
      <w:pPr>
        <w:pStyle w:val="ArticleBody"/>
        <w:jc w:val="left"/>
      </w:pPr>
      <w:r>
        <w:rPr>
          <w:rFonts w:ascii="Times New Roman" w:hAnsi="Times New Roman" w:eastAsia="Times New Roman" w:cs="Times New Roman"/>
        </w:rPr>
        <w:t>1776, 1789 ja 1798 edustavat kahtakymmentäkahta vuotta, ja kaksikymmentäkaksi on jumaluuden ja ihmisyyden yhdistymisen symboli. Nämä kolme tienviittaa kantavat ”Totuuden” todistusta, sillä ne osoittavat, että ensimmäinen ja viimeinen tienviitta yksilöivät saman totuuden. 1776 yksilöi itsenäisyyden perustamisen, ja 1798 yksilöi itsenäisyyden poistamisen. Ne edustavat sen vuoksi heprealaisen aakkoston ensimmäistä ja viimeistä kirjainta; aakkosto koostuu kahdestakymmenestäkahdesta kirjaimesta. Kolmastoista kirjain on kapinan symboli, ja yhdessä nämä kolme kirjainta — ensimmäinen, kolmastoista ja viimeinen — yhdistyvät muodostaen heprealaisen sanan ”Totuus”.</w:t>
      </w:r>
    </w:p>
    <w:p>
      <w:pPr>
        <w:pStyle w:val="ArticleBody"/>
        <w:jc w:val="left"/>
      </w:pPr>
      <w:r>
        <w:rPr>
          <w:rFonts w:ascii="Times New Roman" w:hAnsi="Times New Roman" w:eastAsia="Times New Roman" w:cs="Times New Roman"/>
        </w:rPr>
        <w:t>1776 edustaa syyskuun 11. päivää 2001 ja merkitsee sadan neljänkymmenenneljän tuhannen sinetöimisen ajan alkua. Se merkitsee myöhäissateen vihmomisen alkua, joka on se ajanjakso, jolloin lohikäärme annetaan pedolle palkkioksi tehdyistä palveluksista, sillä demokraattinen lohikäärmepuolue tullaan voittamaan republikaanisen petopuolueen toimesta.</w:t>
      </w:r>
    </w:p>
    <w:p>
      <w:pPr>
        <w:pStyle w:val="ArticleBody"/>
        <w:jc w:val="left"/>
      </w:pPr>
      <w:r>
        <w:rPr>
          <w:rFonts w:ascii="Times New Roman" w:hAnsi="Times New Roman" w:eastAsia="Times New Roman" w:cs="Times New Roman"/>
        </w:rPr>
        <w:t>Tuon historian aikana todellisen protestanttisen sarven sinetöiminen toteutetaan siinä ajanjaksossa, jolloin Herra ojentaa kätensä toistamiseen kootakseen kansan, joka tunnistetaan Israelin karkotetuiksi ja joka korotetaan lippumerkiksi sunnuntailain aikana.</w:t>
      </w:r>
    </w:p>
    <w:p>
      <w:pPr>
        <w:pStyle w:val="ArticleBody"/>
        <w:jc w:val="left"/>
      </w:pPr>
      <w:r>
        <w:rPr>
          <w:rFonts w:ascii="Times New Roman" w:hAnsi="Times New Roman" w:eastAsia="Times New Roman" w:cs="Times New Roman"/>
        </w:rPr>
        <w:t>18. heinäkuuta 2020 todellinen protestanttinen sarvi hajotettiin, ja kaksikymmentäkaksi vuotta vuoden 2001 jälkeen, heinäkuussa 2023, toisen kokoamisen työ käynnistettiin erämaassa huutavan äänen toimesta. Ensimmäinen kokoaminen tapahtui vuonna 2001, jolloin Ilmestyskirjan kahdeksannentoista luvun enkeli laskeutui alas samaan aikaan, kun New Yorkin kaupungin suuret rakennukset sortuivat. Tämän enkelin alaslaskeutuminen kuvasi sinetöimisen ajan alkua, ja ylienkeli Mikaelin alaslaskeutuminen 18. heinäkuuta 2020 kuvasi sinetöimisen ajan päättymistä. Jeesus, Alfa ja Omega, havainnollistaa aina lopun alun kautta, joten ensimmäisen kokoamisen, joka alkoi 11. syyskuuta 2001, profeetalliset osatekijät kuvaavat niitä profeetallisia osatekijöitä, jotka esiintyvät toisessa kokoamisessa.</w:t>
      </w:r>
    </w:p>
    <w:p>
      <w:pPr>
        <w:pStyle w:val="ArticleBody"/>
        <w:jc w:val="left"/>
      </w:pPr>
      <w:r>
        <w:rPr>
          <w:rFonts w:ascii="Times New Roman" w:hAnsi="Times New Roman" w:eastAsia="Times New Roman" w:cs="Times New Roman"/>
        </w:rPr>
        <w:t>Toisesta kokoamisesta on olemassa kolme selkeää esikuvaa, jotka kuvaavat sadan neljänkymmenenneljän tuhannen sinetöimisajan päättymishistoriaa: Kristuksen historia, ensimmäisen ja toisen enkelin sanoman historia 11. elokuuta 1840–22. lokakuuta 1844 sekä myös kolmannen enkelin historia 22. lokakuuta 1844:stä vuoden 1863 kapinaan asti. Nämä kolme todistajaa vahvistavat sadan neljänkymmenenneljän tuhannen toisen kokoamisen heinäkuusta 2023 lähtien aina pian tulevaan sunnuntailakiin saakka. Jos erotamme kustakin historiasta yhden erillisen osatekijän, löydämme todistusaineiston kolmannen voihuudon tehtävästä.</w:t>
      </w:r>
    </w:p>
    <w:p>
      <w:pPr>
        <w:pStyle w:val="ArticleBody"/>
        <w:jc w:val="left"/>
      </w:pPr>
      <w:r>
        <w:rPr>
          <w:rFonts w:ascii="Times New Roman" w:hAnsi="Times New Roman" w:eastAsia="Times New Roman" w:cs="Times New Roman"/>
        </w:rPr>
        <w:t>Exeterin leirikokouksen päättyessä 17. elokuuta 1844 julistettiin Keskiyön huudon sanoma. Tuo julistus edusti Keskiyön huudon sanoman julistusta sadan neljänkymmenenneljän tuhannen historiassa, sillä kumpikin historia oli ja on kymmenen neitsyen vertauksen täyttymys. Sisaret White osoittaa, että Kristuksen voittoisa saapuminen Jerusalemiin edusti Keskiyön huudon julistusta vuonna 1844. Ainoa kerta, jolloin Kristus koskaan ratsasti eläimellä, oli hänen saapuessaan Jerusalemiin, ja eläin, jolla hän ratsasti, oli aasi, joka on islamin vertauskuva. Toisen kokoamisen ajanjaksolla vuodesta 1844 vuoteen 1863 Sisaret White osoittaa vuonna 1848, että Euroopan kansat vihastutettiin, ja kansojen vihastuttaminen tuossa historiassa toteutui sen kautta, että islam toi Euroopan ylle jatkuvan sodankäynnin uhkan. Kussakin toisen kokoamisen kolmesta historiasta kolmannen voi-huudon islamin rooli tunnistetaan.</w:t>
      </w:r>
    </w:p>
    <w:p>
      <w:pPr>
        <w:pStyle w:val="ArticleBody"/>
        <w:jc w:val="left"/>
      </w:pPr>
      <w:r>
        <w:rPr>
          <w:rFonts w:ascii="Times New Roman" w:hAnsi="Times New Roman" w:eastAsia="Times New Roman" w:cs="Times New Roman"/>
        </w:rPr>
        <w:t>Sadan neljänkymmenenneljän tuhannen sinetöimisen aika alkoi 11. syyskuuta 2001, kun kolmannen voi-huudon islam hyökkäsi yllätyksellisesti Yhdysvaltojen nykyiseen ihanaan maahan. Kaksikymmentäkaksi vuotta myöhemmin, 7. lokakuuta 2023, kolmannen voi-huudon islam suoritti yllätyshyökkäyksen muinaista ihanaa maata vastaan. Pian tulevan sunnuntailain aikana, joka on Ilmestyskirjan yhdentoista luvun suuri maanjäristys, kolmas voi tulee jälleen äkisti, toteuttaessaan jälleen yllätyshyökkäyksen nykyistä ihanaa maata vastaan.</w:t>
      </w:r>
    </w:p>
    <w:p>
      <w:pPr>
        <w:pStyle w:val="ArticleBody"/>
        <w:jc w:val="left"/>
      </w:pPr>
      <w:r>
        <w:rPr>
          <w:rFonts w:ascii="Times New Roman" w:hAnsi="Times New Roman" w:eastAsia="Times New Roman" w:cs="Times New Roman"/>
        </w:rPr>
        <w:t>Kapina, jota kirjaimellinen Israel edustaa symbolina niistä, jotka ristiinnaulitsivat Messiaansa, sekä kolmannen vitsauksen islamin kolme yllätyshyökkäystä kantavat ”Totuuden” tunnusmerkkiä. Sanoma, joka sinetöi sataneljäkymmentäneljätuhatta, toteuttaa työn Jumalan viimeisten päivien kansan kokoamiseksi toisen kerran, tapahtuu ajanjaksona, jolloin kolmannen vitsauksen islamin toiminta on aktiivista.</w:t>
      </w:r>
    </w:p>
    <w:p>
      <w:pPr>
        <w:pStyle w:val="ArticleBody"/>
        <w:jc w:val="left"/>
      </w:pPr>
      <w:r>
        <w:rPr>
          <w:rFonts w:ascii="Times New Roman" w:hAnsi="Times New Roman" w:eastAsia="Times New Roman" w:cs="Times New Roman"/>
        </w:rPr>
        <w:t>Profetaallinen ajanjakso, jota kuvataan ”toiseksi kokoamiseksi”, osoittaa selvästi ne erityiset profeetalliset ajanjaksot, joista ”toisen kokoamisen” koko historia muodostuu. Kristuksen laskeutuminen alas ylösnousemuksensa jälkeen merkitsee Hänen työnsä alkua koota ne, jotka olivat hajaantuneet ristillä.</w:t>
      </w:r>
    </w:p>
    <w:p>
      <w:pPr>
        <w:pStyle w:val="ArticleScripture"/>
        <w:jc w:val="left"/>
      </w:pPr>
      <w:r>
        <w:rPr>
          <w:rFonts w:ascii="Times New Roman" w:hAnsi="Times New Roman" w:eastAsia="Times New Roman" w:cs="Times New Roman"/>
        </w:rPr>
        <w:t>Silloin Jeesus sanoi heille: Te kaikki loukkaannutte minuun tänä yönä; sillä kirjoitettu on: ’Minä lyön paimenta, ja lauman lampaat joutuvat hajalle.’ Matteus 26:31.</w:t>
      </w:r>
    </w:p>
    <w:p>
      <w:pPr>
        <w:pStyle w:val="ArticleBody"/>
        <w:jc w:val="left"/>
      </w:pPr>
      <w:r>
        <w:rPr>
          <w:rFonts w:ascii="Times New Roman" w:hAnsi="Times New Roman" w:eastAsia="Times New Roman" w:cs="Times New Roman"/>
        </w:rPr>
        <w:t>Kolmen haudassa vietetyn päivän jälkeen Kristus laskeutui opetuslasten luo, aloittaen neljänkymmenen päivän mittaisen henkilökohtaisen opetuksen kauden, jota seurasi kymmenen päivän yhdistymisen ja rukouksen kausi ennen Pyhän Hengen vuodattamista ilman määrää helluntaina.</w:t>
      </w:r>
    </w:p>
    <w:p>
      <w:pPr>
        <w:pStyle w:val="ArticleScripture"/>
        <w:jc w:val="left"/>
      </w:pPr>
      <w:r>
        <w:rPr>
          <w:rFonts w:ascii="Times New Roman" w:hAnsi="Times New Roman" w:eastAsia="Times New Roman" w:cs="Times New Roman"/>
        </w:rPr>
        <w:t>Edellisen kertomuksen minä tein, oi Teofilus, kaikesta siitä, mitä Jeesus alkoi tehdä ja opettaa aina siihen päivään asti, jona hänet otettiin ylös, sen jälkeen kun hän Pyhän Hengen kautta oli antanut käskyt apostoleille, jotka hän oli valinnut; joille hän myös kärsimyksensä jälkeen monin erehtymättömin todistein osoitti itsensä eläväksi, näyttäytyen heille neljänkymmenen päivän aikana ja puhuen Jumalan valtakuntaa koskevista asioista. Ja ollessaan koolla heidän kanssaan hän käski heitä olemaan poistumatta Jerusalemista, vaan odottamaan Isän lupausta, jonka, hän sanoi, te olette minulta kuulleet. Sillä Johannes kastoi totisesti vedellä, mutta teidät kastetaan Pyhällä Hengellä, ei kauan näiden päivien jälkeen. Kun he siis olivat kokoontuneet yhteen, he kysyivät häneltä sanoen: Herra, tälläkö ajalla sinä jälleen rakennat Israelille valtakunnan? Ja hän sanoi heille: Ei ole teidän asianne tietää aikoja tai hetkiä, jotka Isä on omassa vallassaan määrännyt. Mutta te saatte voiman, kun Pyhä Henki tulee teidän päällenne; ja te olette minun todistajani sekä Jerusalemissa että koko Juudeassa ja Samariassa ja aina maan ääriin asti. Ja kun hän oli tämän sanonut, hänet otettiin ylös heidän nähtensä, ja pilvi vei hänet pois heidän näkyvistään.... Ja kun helluntaipäivä oli tullut, he olivat kaikki yksimielisesti koolla samassa paikassa. Ja yhtäkkiä tuli taivaasta humaus, niin kuin olisi käynyt väkevä, raju tuulenpuuska, ja se täytti koko huoneen, jossa he istuivat. Apostolien teot 1:1–9, 2:1, 2.</w:t>
      </w:r>
    </w:p>
    <w:p>
      <w:pPr>
        <w:pStyle w:val="ArticleBody"/>
        <w:jc w:val="left"/>
      </w:pPr>
      <w:r>
        <w:rPr>
          <w:rFonts w:ascii="Times New Roman" w:hAnsi="Times New Roman" w:eastAsia="Times New Roman" w:cs="Times New Roman"/>
        </w:rPr>
        <w:t>Neljänkymmenen päivän ajan, joita seurasi ne kymmenen päivää, joiden ajan opetuslasten tuli “odottaa” Isän lupausta, Kristus kokosi opetuslapsensa toisen kerran. Jerusalemin odotusaika on vertauskuva viipymisen ajasta, sopusoinnussa Matteuksen kahdenkymmenennenviidennen luvun ja Habakukin toisen luvun viipymisen aikojen kanssa. Kristus osoittaa koko ajanjakson alkavan Elian työn kohdalla, silloin kun Johannes kastoi, ja koko ajanjakso päättyi Pyhän Hengen kasteeseen helluntaina. Kaste on kuoleman, hautaamisen ja ylösnousemuksen vertauskuva, joten koko ajanjakson keskimmäinen tienviitta oli risti, sillä koko ajanjakso kantaa “Totuuden” tunnusmerkkiä.</w:t>
      </w:r>
    </w:p>
    <w:p>
      <w:pPr>
        <w:pStyle w:val="ArticleBody"/>
        <w:jc w:val="left"/>
      </w:pPr>
      <w:r>
        <w:rPr>
          <w:rFonts w:ascii="Times New Roman" w:hAnsi="Times New Roman" w:eastAsia="Times New Roman" w:cs="Times New Roman"/>
        </w:rPr>
        <w:t>Koko ajanjakso alkaa Kristuksen kasteesta, jonka Johannes toimitti, jolloin Pyhä Henki laskeutui alas kyyhkysen muodossa. Silloin alkoi niiden opetuslasten kokoamisen työ, joista oli tuleva kristillisen temppelin perustus. Tämän ajanjakson lopussa Kristus kokoaa opetuslapsensa toisen kerran, ja toisen kokoamisen ajanjakso on ensimmäisen kokoamisen ajanjakson toisto, sillä Kristus havainnollistaa asian päättymisen sen alulla.</w:t>
      </w:r>
    </w:p>
    <w:p>
      <w:pPr>
        <w:pStyle w:val="ArticleBody"/>
        <w:jc w:val="left"/>
      </w:pPr>
      <w:r>
        <w:rPr>
          <w:rFonts w:ascii="Times New Roman" w:hAnsi="Times New Roman" w:eastAsia="Times New Roman" w:cs="Times New Roman"/>
        </w:rPr>
        <w:t>Risti oli saanut esikuvansa Kristuksen kasteessa, ja molemmat tapahtumat aloittivat opetuslasten kokoamisen työn. Tienviitta, joka osoittaa alun ja lopun, edustaa kuolemaa, hautaamista ja ylösnousemusta. Ylösnousemuksen jälkeen neljäkymmentä päivää kestänyt koetus erämaassa kuvasi neljääkymmentä päivää opetusta, joka seurasi Hänen laskeutumistaan opetuslasten luo. Nämä molemmat neljänkymmenen päivän jaksot edustavat ensisijaista totuutta, jonka Jeesus lausuu näin: ”Kirjoitettu on: ’Ei ihminen elä ainoastaan leivästä, vaan jokaisesta sanasta, joka lähtee Jumalan suusta.’”</w:t>
      </w:r>
    </w:p>
    <w:p>
      <w:pPr>
        <w:pStyle w:val="ArticleBody"/>
        <w:jc w:val="left"/>
      </w:pPr>
      <w:r>
        <w:rPr>
          <w:rFonts w:ascii="Times New Roman" w:hAnsi="Times New Roman" w:eastAsia="Times New Roman" w:cs="Times New Roman"/>
        </w:rPr>
        <w:t>Sinä aikana Jeesus avasi opetuslapsille kaiken sen, mitä profeetat olivat todistaneet Kristuksesta, osoittaen siten, että tuo ajanjakso oli Hänen profeetallisen Sanansa avautumista.</w:t>
      </w:r>
    </w:p>
    <w:p>
      <w:pPr>
        <w:pStyle w:val="ArticleScripture"/>
        <w:jc w:val="left"/>
      </w:pPr>
      <w:r>
        <w:rPr>
          <w:rFonts w:ascii="Times New Roman" w:hAnsi="Times New Roman" w:eastAsia="Times New Roman" w:cs="Times New Roman"/>
        </w:rPr>
        <w:t>Ja katso, kaksi heistä oli samana päivänä matkalla kylään, jonka nimi oli Emmaus ja joka oli noin kuudenkymmenen stadionin päässä Jerusalemista. Ja he keskustelivat keskenään kaikesta siitä, mitä oli tapahtunut. Ja tapahtui, heidän keskustellessaan ja pohtiessaan, että Jeesus itse lähestyi ja kulki heidän kanssaan. Mutta heidän silmänsä olivat pidätetyt, niin etteivät he tunteneet häntä.... Niin hän sanoi heille: Oi te ymmärtämättömät ja hitaat sydämeltä uskomaan kaikkea sitä, mitä profeetat ovat puhuneet! Eikö Kristuksen tullut kärsiä tämä kaikki ja sitten mennä kirkkauteensa? Ja alkaen Mooseksesta ja kaikista profeetoista hän selitti heille kaikissa kirjoituksissa sen, mikä koski häntä itseään. Ja he lähestyivät kylää, johon olivat menossa; ja hän oli aikovinaan kulkea edemmäksi. Mutta he vaativat häntä sanoen: Jää meidän luoksemme, sillä ilta joutuu, ja päivä on jo pitkälle kulunut. Ja hän meni sisälle viipyäkseen heidän luonaan. Ja tapahtui, kun hän aterioi heidän kanssaan, että hän otti leivän, siunasi sen, mursi ja antoi heille. Silloin heidän silmänsä aukenivat, ja he tunsivat hänet; ja hän katosi heidän näkyvistään. Luukas 24:13–16, 26–31.</w:t>
      </w:r>
    </w:p>
    <w:p>
      <w:pPr>
        <w:pStyle w:val="ArticleBody"/>
        <w:jc w:val="left"/>
      </w:pPr>
      <w:r>
        <w:rPr>
          <w:rFonts w:ascii="Times New Roman" w:hAnsi="Times New Roman" w:eastAsia="Times New Roman" w:cs="Times New Roman"/>
        </w:rPr>
        <w:t>Kristus viipyi niiden opetuslasten kanssa, jotka eivät tunnistaneet, kuka Hän oli, kunnes Hän avasi heidän silmänsä, ”ja alkaen Mooseksesta ja kaikista profeetoista hän selitti heille kaikissa kirjoituksissa sen, mikä koski häntä”. Heidän silmänsä avautuivat, kun heille annettiin syötäväksi ”leipää”. Neljänkymmenen päivän kuluttua Kristus astui ylös taivaaseen ja ”katosi heidän näkyvistään”, niin kuin Hän oli tehnyt Emmauksen opetuslasten kohdalla neljänkymmenen opetuspäivän alussa. Sen jälkeen he alkoivat kymmenen päivän valmistautumisen helluntaita varten, mikä esikuvaa pian tulevaa sunnuntailakia.</w:t>
      </w:r>
    </w:p>
    <w:p>
      <w:pPr>
        <w:pStyle w:val="ArticleBody"/>
        <w:jc w:val="left"/>
      </w:pPr>
      <w:r>
        <w:rPr>
          <w:rFonts w:ascii="Times New Roman" w:hAnsi="Times New Roman" w:eastAsia="Times New Roman" w:cs="Times New Roman"/>
        </w:rPr>
        <w:t>Suuressa maanjäristyksessä, joka on sunnuntailaki, islamin kolmas voi tulee nopeasti, ja islam on Jesajan ”raju” ”itätuuli”, toisin sanoen Hesekielin henkäys, joka tulee Johanneksen neljästä tuulesta, joita pidätellään sadan neljänkymmenenneljän tuhannen sinetöimisen aikana.</w:t>
      </w:r>
    </w:p>
    <w:p>
      <w:pPr>
        <w:pStyle w:val="ArticleBody"/>
        <w:jc w:val="left"/>
      </w:pPr>
      <w:r>
        <w:rPr>
          <w:rFonts w:ascii="Times New Roman" w:hAnsi="Times New Roman" w:eastAsia="Times New Roman" w:cs="Times New Roman"/>
        </w:rPr>
        <w:t>Kun sataneljäkymmentäneljätuhatta on sinetöity, päästetään neljä tuulta irti, ja ”yhtäkkiä tuli taivaasta humaus, niin kuin olisi käynyt raju tuulispää, ja se täytti koko huoneen.” Kolmannen voi-huudon islam iskee ”yhtäkkiä” ja odottamatta ja synnyttää sen ”äänen taivaasta”, joka on seitsemäs pasuuna, mikä osoittaa, milloin Jumalan salaisuus tulee päätökseen; ja Jumalan salaisuus tulee päätökseen sataneljäkymmentäneljälletuhannelle silloin, kun jumaluus (Pyhän Hengen vuodatus) yhdistyy pysyvästi ihmisyyteen, ja Herra tulee yhtäkkiä temppeliinsä (siihen huoneeseen, jossa opetuslapset olivat koolla) ja tekee liiton sataneljäkymmentäneljäntuhannen kanssa.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Herra tahtoo meidän nousevan vuorelle — suoremmin hänen läsnäoloonsa. Olemme tulossa kriisiin, joka enemmän kuin minään aikaisempana aikana maailman alusta lähtien vaatii jokaisen Kristuksen nimeä maininneen täydellistä pyhittäytymistä.</w:t>
      </w:r>
    </w:p>
    <w:p>
      <w:pPr>
        <w:pStyle w:val="ArticleScripture"/>
        <w:jc w:val="left"/>
      </w:pPr>
      <w:r>
        <w:rPr>
          <w:rFonts w:ascii="Times New Roman" w:hAnsi="Times New Roman" w:eastAsia="Times New Roman" w:cs="Times New Roman"/>
        </w:rPr>
        <w:t>Todellisen jumalisuuden herätys keskuudessamme on kaikista tarpeistamme suurin ja kiireellisin. Meidän on saatava Jumalalta pyhä voitelu, hänen Henkensä kaste; sillä tämä on ainoa tehokas välikappale pyhän totuuden julistamisessa. Jumalan Henki elävöittää sielun elottomat kyvyt käsittämään taivaalliset asiat ja vetää kiintymykset Jumalan ja totuuden puoleen.</w:t>
      </w:r>
    </w:p>
    <w:p>
      <w:pPr>
        <w:pStyle w:val="ArticleScripture"/>
        <w:jc w:val="left"/>
      </w:pPr>
      <w:r>
        <w:rPr>
          <w:rFonts w:ascii="Times New Roman" w:hAnsi="Times New Roman" w:eastAsia="Times New Roman" w:cs="Times New Roman"/>
        </w:rPr>
        <w:t>”Meillä on etuoikeus ottaa Jumala hänen sanastaan. Kun Jeesus oli lähtemäisillään opetuslastensa luota noustakseen taivaaseen, hän antoi heille tehtäväksi viedä evankeliumin sanoman kaikille kansoille, kielille ja kansanheimoille. Hän käski heidän viipyä Jerusalemissa, kunnes heidät puettaisiin voimalla korkeudesta. Tämä oli välttämätöntä heidän menestykselleen. Pyhän voitelun tuli tulla Jumalan palvelijoiden päälle. Kaikki ne, jotka olivat täysin tunnustautuneet Kristuksen opetuslapsiksi ja liittyneet apostoleihin evankelistoina, kokoontuivat Jerusalemiin. He panivat pois kaikki erimielisyydet. He pysyivät yksimielisesti rukouksessa ja anomisessa, jotta saisivat Pyhän Hengen lupauksen täyttymyksen; sillä heidän tuli saarnata evankeliumia Hengen osoituksessa ja Jumalan voimassa. Kristuksen seuraajille se oli suuren vaaran aikaa. He olivat kuin lampaat susien keskellä, ja kuitenkin he olivat rohkealla mielellä, koska Kristus oli noussut kuolleista ja ilmoittanut itsensä heille sekä luvannut heille erityisen siunauksen, joka tekisi heidät kelvollisiksi lähtemään saarnaamaan hänen evankeliumiaan maailmalle. He odottivat hänen lupauksensa täyttymistä ja rukoilivat erityisellä hartaudella.</w:t>
      </w:r>
    </w:p>
    <w:p>
      <w:pPr>
        <w:pStyle w:val="ArticleScripture"/>
        <w:jc w:val="left"/>
      </w:pPr>
      <w:r>
        <w:rPr>
          <w:rFonts w:ascii="Times New Roman" w:hAnsi="Times New Roman" w:eastAsia="Times New Roman" w:cs="Times New Roman"/>
        </w:rPr>
        <w:t>”Juuri tätä menettelytapaa tulee noudattaa niiden, joilla on osansa työssä julistaa Herran tulemista taivaan pilvissä; sillä kansa on valmistettava kestämään Jumalan suurena päivänä. Vaikka Kristus oli antanut opetuslapsilleen lupauksen, että he saisivat Pyhän Hengen, tämä ei poistanut rukouksen välttämättömyyttä. He rukoilivat sitäkin hartaammin; he pysyivät yksimielisesti rukouksessa. Niiden, jotka nyt ovat mukana siinä juhlallisessa työssä, jossa kansaa valmistetaan Herran tulemista varten, tulee samoin pysyä rukouksessa. Varhaiset opetuslapset olivat yksimielisiä. Heillä ei ollut mitään arvailuja, ei mitään uteliaita teorioita esitettävänä siitä, miten luvattu siunaus oli tuleva. He olivat yhtä uskossa ja hengessä. He olivat yksimieliset.”</w:t>
      </w:r>
    </w:p>
    <w:p>
      <w:pPr>
        <w:pStyle w:val="ArticleScripture"/>
        <w:jc w:val="left"/>
      </w:pPr>
      <w:r>
        <w:rPr>
          <w:rFonts w:ascii="Times New Roman" w:hAnsi="Times New Roman" w:eastAsia="Times New Roman" w:cs="Times New Roman"/>
        </w:rPr>
        <w:t>“Pankaa pois kaikki epäilys. Karkottakaa pelkonne, saavuttakaa se kokemus, joka Paavalilla oli hänen huudahtaessaan: ’Minut on Kristuksen kanssa ristiinnaulittu; ja minä elän, en enää minä, vaan Kristus elää minussa; ja minkä nyt elän lihassa, sen elän Jumalan Pojan uskossa, hänen, joka on rakastanut minua ja antanut itsensä minun edestäni.’ [Galatalaiskirje 2:20.] Antakaa kaikki Kristukselle ja antakaa elämänne olla kätkettynä Kristuksen kanssa Jumalassa. Silloin teistä tulee voima hyvään. Yksi ajaa takaa tuhatta, ja kaksi panee kymmenentuhatta pakosalle.”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yhdeksänkymmentäyhdeksän</dc:title>
  <dc:subject>राजनीतिक पतन और भविष्यवाणीपूर्ण नियति: बाइबिलीय भविष्यवाणी के संदर्भ में डेमोक्रेटिक और रिपब्लिकन पार्टियों का अंत</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