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Viideskymmeneskahdeksas</w:t>
      </w:r>
    </w:p>
    <w:p>
      <w:pPr>
        <w:pStyle w:val="ArticleSubtitle"/>
        <w:jc w:val="left"/>
      </w:pPr>
      <w:r>
        <w:rPr>
          <w:rFonts w:ascii="Arial" w:hAnsi="Arial" w:eastAsia="Arial" w:cs="Arial"/>
        </w:rPr>
        <w:t>Viisaus avattuna: kolmiyhteisen liiton ja luvun 666 arvoituksen tarkastelu profetiassa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On useiden todistajien perusteella vahvistettu, että historiassa ja profetiassa Rooma nousee aina esiin kahdeksantena ja on yksi niistä seitsemästä. Tämän symbolin profeetallinen arvoitus on osa sitä, minkä Juudan sukukunnan Leijona avaa sineteistä juuri ennen armonajan päättymistä. Kristus ei koskaan muutu, ja milleriläisen historian ensimmäisessä ja suuressa pettymyksessä Hän paljasti totuuden, joka selitti pettymyksen salaisuuden.</w:t>
      </w:r>
    </w:p>
    <w:p>
      <w:pPr>
        <w:pStyle w:val="ArticleBody"/>
        <w:jc w:val="left"/>
      </w:pPr>
      <w:r>
        <w:rPr>
          <w:rFonts w:ascii="Times New Roman" w:hAnsi="Times New Roman" w:eastAsia="Times New Roman" w:cs="Times New Roman"/>
        </w:rPr>
        <w:t>Milleriläisen historian ensimmäisen pettymyksen jälkeen Hän poisti kätensä virheestä eräissä niistä luvuista, jotka olivat esitettyinä vuoden 1843 taulukossa. Tämä virhe kuvasi sitä profeetallista väärinymmärrystä, joka johti pettymykseen. Milleriläiset johdatettiin lopulta ymmärrysten sarjaan, joka vankasti vahvisti kahdentuhannen kolmensadan päivän alkamisajankohdan. Kun alkamisajankohta oli lujasti vahvistettu, pääasiallisesti ristin päivämäärään perustuen, he näkivät silloin, että sama profeetallinen todistusaineisto, jota he olivat käyttäneet vuoden 1843 tunnistamiseen, osoitti todellisuudessa paitsi vuoden 1844 myös itse päivän 22. lokakuuta 1844.</w:t>
      </w:r>
    </w:p>
    <w:p>
      <w:pPr>
        <w:pStyle w:val="ArticleBody"/>
        <w:jc w:val="left"/>
      </w:pPr>
      <w:r>
        <w:rPr>
          <w:rFonts w:ascii="Times New Roman" w:hAnsi="Times New Roman" w:eastAsia="Times New Roman" w:cs="Times New Roman"/>
        </w:rPr>
        <w:t>Toisen ja suuren pettymyksen jälkeen Herra ilmaisi jälleen totuuden, joka vastasi kaikkiin niihin profeetallisiin pulmiin, jotka olivat syntyneet heidän virheellisestä julistuksestaan, että 22. lokakuuta 1844 oli Kristuksen toinen tulemus. Herra avasi pyhäkön aiheen ja siihen liittyvät totuudet, ja suuri pettymys sai selityksensä.</w:t>
      </w:r>
    </w:p>
    <w:p>
      <w:pPr>
        <w:pStyle w:val="ArticleScripture"/>
        <w:jc w:val="left"/>
      </w:pPr>
      <w:r>
        <w:rPr>
          <w:rFonts w:ascii="Times New Roman" w:hAnsi="Times New Roman" w:eastAsia="Times New Roman" w:cs="Times New Roman"/>
        </w:rPr>
        <w:t>”Kansana meidän tulisi olla vakavia profetian tutkijoita; meidän ei tulisi levätä, ennen kuin olemme tulleet ymmärtäväisiksi pyhäkköä koskevassa asiassa, joka tuodaan esiin Danielin ja Johanneksen näyissä. Tämä aihe valaisee suuresti nykyistä asemaamme ja työtämme ja antaa meille erehtymättömän todistuksen siitä, että Jumala on johtanut meitä menneessä kokemuksessamme. Se selittää pettymyksemme vuonna 1844 osoittaen meille, ettei puhdistettava pyhäkkö ollut maa, niin kuin olimme otaksuneet, vaan että Kristus silloin astui taivaallisen pyhäkön kaikkeinpyhimpään osastoon ja suorittaa siellä papillisen virkansa päättävää työtä täyttääkseen enkelin profeetta Danielille lausumat sanat: ’Kahteen tuhanteen ja kolmeensataan iltaan ja aamuun; sitten pyhäkkö puhdistetaan.’”</w:t>
      </w:r>
    </w:p>
    <w:p>
      <w:pPr>
        <w:pStyle w:val="ArticleScripture"/>
        <w:jc w:val="left"/>
      </w:pPr>
      <w:r>
        <w:rPr>
          <w:rFonts w:ascii="Times New Roman" w:hAnsi="Times New Roman" w:eastAsia="Times New Roman" w:cs="Times New Roman"/>
        </w:rPr>
        <w:t>”Meidän uskomme ensimmäisen, toisen ja kolmannen enkelin sanomien suhteen oli oikea. Suuret tienviitat, jotka olemme ohittaneet, ovat järkkymättömiä. Vaikka helvetin joukot saattavat yrittää repiä ne perustuksestaan ja riemuita ajatellessaan onnistuneensa, kuitenkaan he eivät onnistu. Nämä totuuden pylväät seisovat lujina kuin ikuiset kukkulat, liikkumattomina kaikista ihmisten ponnistuksista yhdessä Saatanan ja hänen joukkojensa ponnistusten kanssa huolimatta. Me voimme oppia paljon, ja meidän tulisi lakkaamatta tutkia Raamattua nähdäksemme, ovatko nämä asiat niin. Jumalan kansan tulee nyt pitää katseensa kiinnitettyinä taivaalliseen pyhäkköön, missä suuren Ylipappimme viimeinen palvelustehtävä tuomiotyössä on meneillään — missä hän rukoilee kansansa puolesta.” Review and Herald, 27. marraskuuta 1883.</w:t>
      </w:r>
    </w:p>
    <w:p>
      <w:pPr>
        <w:pStyle w:val="ArticleBody"/>
        <w:jc w:val="left"/>
      </w:pPr>
      <w:r>
        <w:rPr>
          <w:rFonts w:ascii="Times New Roman" w:hAnsi="Times New Roman" w:eastAsia="Times New Roman" w:cs="Times New Roman"/>
        </w:rPr>
        <w:t>Opetuslasten pettymys ristiinnaulitsemisen yhteydessä perustui virheelliseen käsitykseen siitä valtakunnasta, jonka Kristuksen oli määrä perustaa ristillä. Johannes Kastajan ja apostoli Paavalin palvelutyöhön sisältyi tehtävä osoittaa, että kirjaimellisen Israelin ja kirjaimellisen maallisen pyhäkön taloudenhoitokausi oli siirtynyt hengelliseen Israeliin ja hengelliseen taivaalliseen pyhäkköön. Juudan heimon Leijona selittää aina pettymyksen ”viisaille”. Selitys profeetalliseen arvoitukseen siitä, että Rooma on ”kahdeksas, mutta on niiden seitsemän joukosta”, on osa sitä työtä, jota Juudan Leijona tekee selittääkseen 18. heinäkuuta 2020 koetun pettymyksen.</w:t>
      </w:r>
    </w:p>
    <w:p>
      <w:pPr>
        <w:pStyle w:val="ArticleBody"/>
        <w:jc w:val="left"/>
      </w:pPr>
      <w:r>
        <w:rPr>
          <w:rFonts w:ascii="Times New Roman" w:hAnsi="Times New Roman" w:eastAsia="Times New Roman" w:cs="Times New Roman"/>
        </w:rPr>
        <w:t>Milleriläiset näkivät Rooman Raamatun profetian neljäntenä valtakuntana, ja he näkivät pakanallisuuden ja paaviuden välisen eron, mutta eivät voineet nähdä paavillista Roomaa Raamatun profetian viidentenä valtakuntana. Pian vuoden 1844 jälkeen pioneerit näkivät, että Yhdysvallat oli Raamatun profetian seuraava valtakunta.</w:t>
      </w:r>
    </w:p>
    <w:p>
      <w:pPr>
        <w:pStyle w:val="ArticleBody"/>
        <w:jc w:val="left"/>
      </w:pPr>
      <w:r>
        <w:rPr>
          <w:rFonts w:ascii="Times New Roman" w:hAnsi="Times New Roman" w:eastAsia="Times New Roman" w:cs="Times New Roman"/>
        </w:rPr>
        <w:t>Tuo tunnustus on esitetty vuoden 1850 pioneerikartassa, mutta heidän kykynsä tunnistaa se täydellinen havainnollistus Raamatun profetian valtakunnista, sellaisena kuin se esitetään Ilmestyskirjan seitsemännessätoista luvussa, ylitti heidän käsityskykynsä, sillä he alkoivat vaeltaa Laodikean erämaassa sen jälkeen, kun he vuonna 1863 hylkäsivät ”seitsemän aikaa”.</w:t>
      </w:r>
    </w:p>
    <w:p>
      <w:pPr>
        <w:pStyle w:val="ArticleScripture"/>
        <w:jc w:val="left"/>
      </w:pPr>
      <w:r>
        <w:rPr>
          <w:rFonts w:ascii="Times New Roman" w:hAnsi="Times New Roman" w:eastAsia="Times New Roman" w:cs="Times New Roman"/>
        </w:rPr>
        <w:t>Muinaisen Israelin historia on silmiinpistävä kuvaus adventtikansan menneestä kokemuksesta. Jumala johti kansaansa adventtiliikkeessä, niin kuin Hän johti Israelin lapsia Egyptistä. Suuressa pettymyksessä heidän uskonsa koeteltiin, niin kuin heprealaisten usko Punaisellamerellä. Jos he olisivat yhä luottaneet siihen johdattavaan käteen, joka oli ollut heidän kanssaan heidän aiemmassa kokemuksessaan, he olisivat nähneet Jumalan pelastuksen. Jos kaikki ne, jotka olivat yhdessä työskennelleet tässä työssä vuonna 1844, olisivat vastaanottaneet kolmannen enkelin sanoman ja julistaneet sitä Pyhän Hengen voimassa, Herra olisi vaikuttanut voimallisesti heidän ponnistelujensa kautta. Valovirta olisi vuodatettu maailman ylle. Vuosia sitten maan asukkaita olisi varoitettu, päätöstyö saatettu loppuun, ja Kristus olisi tullut lunastamaan kansansa.</w:t>
      </w:r>
    </w:p>
    <w:p>
      <w:pPr>
        <w:pStyle w:val="ArticleScripture"/>
        <w:jc w:val="left"/>
      </w:pPr>
      <w:r>
        <w:rPr>
          <w:rFonts w:ascii="Times New Roman" w:hAnsi="Times New Roman" w:eastAsia="Times New Roman" w:cs="Times New Roman"/>
        </w:rPr>
        <w:t>”Jumalan tahto ei ollut, että Israel vaeltaisi erämaassa neljäkymmentä vuotta; Hän halusi johdattaa heidät suoraan Kanaanin maahan ja asettaa heidät sinne pyhäksi, onnelliseksi kansaksi. Mutta ’he eivät voineet päästä sisälle epäuskonsa tähden.’ Hepr. 3:19. Luopumuksensa ja apostasiansa tähden he menehtyivät erämaassa, ja toiset herätettiin astumaan Luvattuun maahan. Samoin ei ollut Jumalan tahto, että Kristuksen tulo viivästyisi niin kauan ja että Hänen kansansa jäisi niin moniksi vuosiksi tähän synnin ja murheen maailmaan. Mutta epäusko erotti heidät Jumalasta. Koska he kieltäytyivät tekemästä sitä työtä, jonka Hän oli heille määrännyt, toisia herätettiin julistamaan sanomaa. Armossaan maailmaa kohtaan Jeesus viivyttää tuloaan, jotta syntisillä olisi tilaisuus kuulla varoitus ja löytää Hänessä turva ennen kuin Jumalan viha vuodatetaan.” Suuri taistelu, 458.</w:t>
      </w:r>
    </w:p>
    <w:p>
      <w:pPr>
        <w:pStyle w:val="ArticleBody"/>
        <w:jc w:val="left"/>
      </w:pPr>
      <w:r>
        <w:rPr>
          <w:rFonts w:ascii="Times New Roman" w:hAnsi="Times New Roman" w:eastAsia="Times New Roman" w:cs="Times New Roman"/>
        </w:rPr>
        <w:t>Jaakob ja Ellen White molemmat tunnistivat, että liike oli vuonna 1856 siirtynyt Laodikean liikkeeksi, ja edellisessä katkelmassa hän osoittaa, että ”jos kaikki, jotka olivat vuonna 1844 työskennelleet yksimielisesti tässä työssä, olisivat ottaneet vastaan kolmannen enkelin sanoman ja julistaneet sitä Pyhän Hengen voimassa, Herra olisi vaikuttanut heidän ponnistustensa kautta väkevästi.” Sitten hän sanoo: ”Samoin” se ”luopumus ja uskosta lankeemus”, jota muinainen Israel osoitti, sai muinaisen Israelin ”menehtymään erämaassa.” Katkelma osoittaa, että laodikealainen adventismi alkoi vaeltaa erämaassa sillä ajanjaksolla, jolloin ne, jotka olivat julistaneet keskiyön huudon sanomaa, olivat vielä elossa.</w:t>
      </w:r>
    </w:p>
    <w:p>
      <w:pPr>
        <w:pStyle w:val="ArticleBody"/>
        <w:jc w:val="left"/>
      </w:pPr>
      <w:r>
        <w:rPr>
          <w:rFonts w:ascii="Times New Roman" w:hAnsi="Times New Roman" w:eastAsia="Times New Roman" w:cs="Times New Roman"/>
        </w:rPr>
        <w:t>Nykyään teologit (oppineet) esittävät Ilmestyskirjan seitsemännelletoista luvulle erilaisia sovellutuksia, jotka joko johtuvat jesuiittojen keksimän futurismin metodologiasta tai luopioprotestantismin turmeltuneista teologisista käytännöistä. Ilmestyskirjan seitsemännentoista luvun vertauskuvat ovat hyvin yksinkertaisia. Olemme tunnistaneet tarvittavat vertauskuvat, joten palaamme siinä esitettyihin valtakuntiin ja sovitamme ne yhteen Danielin kirjan toisen luvun valtakuntien kanssa, sillä Jeesus havainnollistaa aina asian lopun sen alulla.</w:t>
      </w:r>
    </w:p>
    <w:p>
      <w:pPr>
        <w:pStyle w:val="ArticleScripture"/>
        <w:jc w:val="left"/>
      </w:pPr>
      <w:r>
        <w:rPr>
          <w:rFonts w:ascii="Times New Roman" w:hAnsi="Times New Roman" w:eastAsia="Times New Roman" w:cs="Times New Roman"/>
        </w:rPr>
        <w:t>Ja on seitsemän kuningasta: viisi on kaatunut, yksi on, ja toinen ei ole vielä tullut; ja kun hän tulee, hänen on pysyttävä vähän aikaa. Ja peto, joka oli eikä ole, on itse kahdeksas, ja on yksi niistä seitsemästä, ja menee kadotukseen. Ja ne kymmenen sarvea, jotka näit, ovat kymmenen kuningasta, jotka eivät ole vielä saaneet valtakuntaa; mutta saavat vallan kuninkaina yhdeksi hetkeksi pedon kanssa. Ilmestys 17:10–12.</w:t>
      </w:r>
    </w:p>
    <w:p>
      <w:pPr>
        <w:pStyle w:val="ArticleBody"/>
        <w:jc w:val="left"/>
      </w:pPr>
      <w:r>
        <w:rPr>
          <w:rFonts w:ascii="Times New Roman" w:hAnsi="Times New Roman" w:eastAsia="Times New Roman" w:cs="Times New Roman"/>
        </w:rPr>
        <w:t>Kolmannessa jakeessa Johannes siirrettiin hengellisesti vuoteen 1798. Tuosta historian näköalapaikasta hänelle kerrottiin, että oli viisi valtakuntaa, jotka olivat jo kukistuneet. Nuo valtakunnat olivat Babylon, Meedo-Persia, Kreikka, pakanallinen Rooma ja paavillinen Rooma. William Miller ei kyennyt avaamaan tätä seitsemännentoista luvun kohtaa, sillä hän ei voinut tunnistaa, että paavillinen Rooma oli pakanallisesta Roomasta erillinen valtakunta. Kuitenkin tämä järjestys esitetään Ilmestyskirjan luvuissa kaksitoista ja kolmetoista, sillä kahdennessatoista luvussa oleva lohikäärme edusti pakanallista Roomaa, kolmannessatoista luvussa merestä nouseva peto oli paavius ja maapeto on Yhdysvallat. Sisär White yksilöi nämä kaikki kolme petoa lohikäärmeeksi, pedoksi ja vääräksi profeetaksi. Antaessaan todistuksensa hän yksilöi valtakuntien järjestyksen, ja tämä järjestys on sopusoinnussa sen sovellutuksen kanssa, jonka me teemme Ilmestyskirjan seitsemännestätoista luvusta.</w:t>
      </w:r>
    </w:p>
    <w:p>
      <w:pPr>
        <w:pStyle w:val="ArticleScripture"/>
        <w:jc w:val="left"/>
      </w:pPr>
      <w:r>
        <w:rPr>
          <w:rFonts w:ascii="Times New Roman" w:hAnsi="Times New Roman" w:eastAsia="Times New Roman" w:cs="Times New Roman"/>
        </w:rPr>
        <w:t>Suuren tulipunaisen lohikäärmeen, pantterin kaltaisen pedon ja karitsan sarvia muistuttavat sarvet omaavan pedon vertauskuvien alla Johannekselle esitettiin ne maalliset hallitusvallat, jotka erityisesti ryhtyisivät polkemaan Jumalan lakia ja vainoamaan Hänen kansaansa. Sota jatkuu ajan loppuun asti. Jumalan kansa, jota pyhä nainen ja hänen lapsensa vertauskuvallisesti edustivat, kuvattiin olevan suuresti vähemmistönä. Viimeisinä päivinä oli olemassa enää vain jäännös. Näistä Johannes puhuu sanoen, että he ovat niitä, ”jotka pitävät Jumalan käskyt ja joilla on Jeesuksen Kristuksen todistus.”</w:t>
      </w:r>
    </w:p>
    <w:p>
      <w:pPr>
        <w:pStyle w:val="ArticleScripture"/>
        <w:jc w:val="left"/>
      </w:pPr>
      <w:r>
        <w:rPr>
          <w:rFonts w:ascii="Times New Roman" w:hAnsi="Times New Roman" w:eastAsia="Times New Roman" w:cs="Times New Roman"/>
        </w:rPr>
        <w:t>“Pakanallisuuden kautta ja sitten paaviuden kautta Saatana käytti valtaansa monien vuosisatojen ajan pyrkien pyyhkimään maan päältä Jumalan uskolliset todistajat. Pakanoita ja paavilaisia vaikutti sama lohikäärmeen henki. Ne erosivat toisistaan ainoastaan siinä, että paavius, teeskennellen palvelevansa Jumalaa, oli vaarallisempi ja julmempi vihollinen. Roomalaiskatolisuuden välityksellä Saatana otti maailman vangikseen. Jumalan nimikirkko tempautui tämän eksytyksen riveihin, ja yli tuhannen vuoden ajan Jumalan kansa kärsi lohikäärmeen vihan alla. Ja kun paavius, voimastaan riistettynä, pakotettiin lakkaamaan vainoamasta, Johannes näki uuden vallan nousevan toistamaan lohikäärmeen ääntä ja viemään eteenpäin samaa julmaa ja jumalanpilkkaavaa työtä. Tätä valtaa, viimeistä, joka on käyvä sotaa kirkkoa ja Jumalan lakia vastaan, kuvattiin pedolla, jolla oli karitsan kaltaiset sarvet.”</w:t>
      </w:r>
    </w:p>
    <w:p>
      <w:pPr>
        <w:pStyle w:val="ArticleScripture"/>
        <w:jc w:val="left"/>
      </w:pPr>
      <w:r>
        <w:rPr>
          <w:rFonts w:ascii="Times New Roman" w:hAnsi="Times New Roman" w:eastAsia="Times New Roman" w:cs="Times New Roman"/>
        </w:rPr>
        <w:t>”Mutta profeetallisen kynän ankara piirto paljastaa muutoksen tässä rauhallisessa näyssä. Peto, jolla on karitsan kaltaiset sarvet, puhuu lohikäärmeen äänellä ja ”käyttää kaikkea ensimmäisen pedon valtaa hänen edessään”. Profetia julistaa, että hän sanoo maan päällä asuville, että heidän tulee tehdä pedolle kuva, ja että ”hän saattaa kaikki, pienet ja suuret, rikkaat ja köyhät, vapaat ja orjat, ottamaan merkin oikeaan käteensä tai otsaansa; eikä kukaan voi ostaa tai myydä paitsi se, jolla on merkki tai pedon nimi tai hänen nimensä luku.” Näin protestantismi seuraa paavikunnan jälkiä.” Signs of the Times, 1. marraskuuta 1899.</w:t>
      </w:r>
    </w:p>
    <w:p>
      <w:pPr>
        <w:pStyle w:val="ArticleBody"/>
        <w:jc w:val="left"/>
      </w:pPr>
      <w:r>
        <w:rPr>
          <w:rFonts w:ascii="Times New Roman" w:hAnsi="Times New Roman" w:eastAsia="Times New Roman" w:cs="Times New Roman"/>
        </w:rPr>
        <w:t>Viimeisen katkelman ensimmäisessä kappaleessa sisar White yksilöi pakanallisen Rooman, paavillisen Rooman ja Yhdysvallat ”maallisiksi hallituksiksi”. Toisessa kappaleessa hän osoittaa, että nämä hallitukset seurasivat toisiaan ajallisesti, kun hän sanoo: ”pakanuuden kautta ja sitten paavikunnan kautta” sekä ”kun paavikunta, voimastaan riistettynä, pakotettiin luopumaan vainosta, Johannes näki uuden vallan nousevan toistamaan lohikäärmeen ääntä ja viemään eteenpäin samaa julmaa ja jumalanpilkkaavaa työtä.” Hän ei kuitenkaan pysähdy siihen, sillä kolmannessa kappaleessa hän osoittaa, että Yhdysvaltojen oli määrä pakottaa koko maailman ylle toinen valtakunta. Hän sanoo: ”Karitsan sarvia muistuttava peto puhuu lohikäärmeen äänellä ja ’käyttää kaikkea ensimmäisen pedon valtaa sen nähden’. Profetia julistaa, että se sanoo maan asukkaille, että heidän tulee tehdä pedon kuva.”</w:t>
      </w:r>
    </w:p>
    <w:p>
      <w:pPr>
        <w:pStyle w:val="ArticleBody"/>
        <w:jc w:val="left"/>
      </w:pPr>
      <w:r>
        <w:rPr>
          <w:rFonts w:ascii="Times New Roman" w:hAnsi="Times New Roman" w:eastAsia="Times New Roman" w:cs="Times New Roman"/>
        </w:rPr>
        <w:t>Ilmestyskirjan luvut kaksitoista ja kolmetoista yksilöivät pakanallisen Rooman, paavillisen Rooman, Yhdysvallat sekä Yhdysvaltojen pystyttämän pedon maailmanlaajuisen kuvan. ”Pedon kuvan” määritelmä on kirkon ja valtion yhdistelmä, ja jotta koko maailma pystyttäisi pedon kuvan, se määritelmän mukaan osoittaa, että viimeisinä päivinä koko maanpiirille pakotetaan yksi maailmanhallitus. Valtakunta tulee koostumaan valtiosta ja kirkosta, kirkon hallitessa tätä suhdetta. Ilmestyskirjan luvut kaksitoista ja kolmetoista yksilöivät neljä peräkkäistä valtakuntaa, ja samat valtakunnat esitetään luvussa seitsemäntoista sekä myös Danielin kirjan luvussa kaksi.</w:t>
      </w:r>
    </w:p>
    <w:p>
      <w:pPr>
        <w:pStyle w:val="ArticleBody"/>
        <w:jc w:val="left"/>
      </w:pPr>
      <w:r>
        <w:rPr>
          <w:rFonts w:ascii="Times New Roman" w:hAnsi="Times New Roman" w:eastAsia="Times New Roman" w:cs="Times New Roman"/>
        </w:rPr>
        <w:t>Vuonna 1798 Johannes näki, että Raamatun profetian viisi ensimmäistä valtakuntaa olivat jo kukistuneet ja että vuonna 1798 yksi valtakunta oli silloin olemassa. Raamatun profetian valtakunta, joka alkoi vuonna 1798, oli Ilmestyskirjan 13. luvun maapeto, joka alkoi karitsana mutta päätyy puhumaan lohikäärmeen tavoin. Yhdysvallat on Raamatun profetian kaksisarvinen kuudes valtakunta, joka seuraa viidettä hengellisen Babylonin valtakuntaa, joka oli saanut kuolinhaavan. Viides valtakunta oli hengellinen Babylon, jota oli esikuvannut ensimmäinen, kirjaimellinen Babylonin valtakunta. Kuudetta kaksisarvista valtakuntaa olivat esikuvanneet hopeiset kaksi käsivartta.</w:t>
      </w:r>
    </w:p>
    <w:p>
      <w:pPr>
        <w:pStyle w:val="ArticleBody"/>
        <w:jc w:val="left"/>
      </w:pPr>
      <w:r>
        <w:rPr>
          <w:rFonts w:ascii="Times New Roman" w:hAnsi="Times New Roman" w:eastAsia="Times New Roman" w:cs="Times New Roman"/>
        </w:rPr>
        <w:t>Vuonna 1798 oli oleva valtakunta, joka oli vielä tulevaisuudessa, sillä vuonna 1798 ”toinen ei ole vielä tullut”. Kun tuo seitsemäs valtakunta tuli historian näyttämölle, se ”pysyy vain vähän aikaa”. Viides valtakunta sai kuolinhaavan, kuudennella valtakunnalla oli kaksi sarvea, ja seitsemäs valtakunta kestää vain lyhyen ajanjakson. Jakson asiayhteys osoittaa, että seitsemättä valtakuntaa edustavat ”kymmenen kuningasta”, sillä kun ”kymmenestä kuninkaasta” tulee valtakunta, he hallitsevat vain ”yhden hetken”, ja yksi ”hetki” on lyhyt ”aika”. Kun ”kymmenen kuningasta” hallitsevat, he hallitsevat yhdessä tuon ”yhden hetken” pedon kanssa.</w:t>
      </w:r>
    </w:p>
    <w:p>
      <w:pPr>
        <w:pStyle w:val="ArticleScripture"/>
        <w:jc w:val="left"/>
      </w:pPr>
      <w:r>
        <w:rPr>
          <w:rFonts w:ascii="Times New Roman" w:hAnsi="Times New Roman" w:eastAsia="Times New Roman" w:cs="Times New Roman"/>
        </w:rPr>
        <w:t>Ja ne kymmenen sarvea, jotka näit, ovat kymmenen kuningasta, jotka eivät ole vielä saaneet valtakuntaa; mutta saavat vallan kuninkaina yhdeksi hetkeksi pedon kanssa. Ilmestys 17:12.</w:t>
      </w:r>
    </w:p>
    <w:p>
      <w:pPr>
        <w:pStyle w:val="ArticleBody"/>
        <w:jc w:val="left"/>
      </w:pPr>
      <w:r>
        <w:rPr>
          <w:rFonts w:ascii="Times New Roman" w:hAnsi="Times New Roman" w:eastAsia="Times New Roman" w:cs="Times New Roman"/>
        </w:rPr>
        <w:t>”Kymmenen sarvea” ovat seitsemäs valtakunta, mutta ne hallitsevat yhdessä pedon kanssa ”yhden hetken”. ”Yksi hetki” on sunnuntailakikriisin ajanjakso, joka alkaa pian tulevasta sunnuntailaista Yhdysvalloissa. Ne suostuvat hallitsemaan pedon kanssa, sillä ensisijainen kuningas, joka on Yhdysvallat, pakottaa ne siihen. Sisar White osoittaa juuri lainaamassamme kohdassa, että viimeinen valta, joka vainoaa Jumalan kansaa, on maapeto.</w:t>
      </w:r>
    </w:p>
    <w:p>
      <w:pPr>
        <w:pStyle w:val="ArticleScripture"/>
        <w:jc w:val="left"/>
      </w:pPr>
      <w:r>
        <w:rPr>
          <w:rFonts w:ascii="Times New Roman" w:hAnsi="Times New Roman" w:eastAsia="Times New Roman" w:cs="Times New Roman"/>
        </w:rPr>
        <w:t>”Johannes näki uuden vallan nousevan toistamaan lohikäärmeen ääntä ja jatkamaan samaa julmaa ja jumalanpilkkaavaa työtä. Tämä valta, viimeinen niistä, jotka käyvät sotaa seurakuntaa ja Jumalan lakia vastaan, kuvattiin pedolla, jolla oli karitsan kaltaiset sarvet.” Signs of the Times, 1. marraskuuta 1899.</w:t>
      </w:r>
    </w:p>
    <w:p>
      <w:pPr>
        <w:pStyle w:val="ArticleBody"/>
        <w:jc w:val="left"/>
      </w:pPr>
      <w:r>
        <w:rPr>
          <w:rFonts w:ascii="Times New Roman" w:hAnsi="Times New Roman" w:eastAsia="Times New Roman" w:cs="Times New Roman"/>
        </w:rPr>
        <w:t>Raamatun profetian viimeinen valtakunta saatetaan aikaan Yhdysvaltojen toteuttaman petoksen kautta, kun se toimii Vääränä profeettana. Valtakunta alkoi karitsana vuonna 1798, mutta viimeisinä päivinä se pakottaa maailman hyväksymään pedon maailmanlaajuisen kuvan, joka määritelmän mukaan on kirkon ja valtion yhdistelmä siten, että kirkko hallitsee tätä suhdetta. Tuo valtakunta tunnistetaan myös kolmiosaisena liittona.</w:t>
      </w:r>
    </w:p>
    <w:p>
      <w:pPr>
        <w:pStyle w:val="ArticleScripture"/>
        <w:jc w:val="left"/>
      </w:pPr>
      <w:r>
        <w:rPr>
          <w:rFonts w:ascii="Times New Roman" w:hAnsi="Times New Roman" w:eastAsia="Times New Roman" w:cs="Times New Roman"/>
        </w:rPr>
        <w:t>”Yhdysvaltojen protestantit ovat etunenässä ojentamassa kätensä kuilun yli tarttuakseen spiritismin käteen; he kurottautuvat syvyyden ylitse lyödäkseen kättä Rooman vallan kanssa; ja tämän kolminkertaisen liiton vaikutuksesta tämä maa seuraa Rooman askeleissa polkiessaan omantunnon oikeuksia.” Suuri taistelu, 588.</w:t>
      </w:r>
    </w:p>
    <w:p>
      <w:pPr>
        <w:pStyle w:val="ArticleBody"/>
        <w:jc w:val="left"/>
      </w:pPr>
      <w:r>
        <w:rPr>
          <w:rFonts w:ascii="Times New Roman" w:hAnsi="Times New Roman" w:eastAsia="Times New Roman" w:cs="Times New Roman"/>
        </w:rPr>
        <w:t>Kolminkertainen liitto on lohikäärmeen, pedon ja väärän profeetan liitto, jotka Ilmestyskirjan kuudennessatoista luvussa lähtevät maan kuninkaiden luo ja johtavat maailman Harmagedoniin.</w:t>
      </w:r>
    </w:p>
    <w:p>
      <w:pPr>
        <w:pStyle w:val="ArticleScripture"/>
        <w:jc w:val="left"/>
      </w:pPr>
      <w:r>
        <w:rPr>
          <w:rFonts w:ascii="Times New Roman" w:hAnsi="Times New Roman" w:eastAsia="Times New Roman" w:cs="Times New Roman"/>
        </w:rPr>
        <w:t>Ja minä näin kolme saastaista henkeä, sammakoiden kaltaista, lähtevän lohikäärmeen suusta ja pedon suusta ja väärän profeetan suusta. Sillä ne ovat riivaajahenkiä, jotka tekevät ihmeitä ja lähtevät maan kuninkaiden ja koko maanpiirin kuninkaiden luo kootakseen heidät Kaikkivaltiaan Jumalan suuren päivän sotaan. Ilmestys 16:13, 14.</w:t>
      </w:r>
    </w:p>
    <w:p>
      <w:pPr>
        <w:pStyle w:val="ArticleBody"/>
        <w:jc w:val="left"/>
      </w:pPr>
      <w:r>
        <w:rPr>
          <w:rFonts w:ascii="Times New Roman" w:hAnsi="Times New Roman" w:eastAsia="Times New Roman" w:cs="Times New Roman"/>
        </w:rPr>
        <w:t>”Roomalainen valta” on paavius, peto ja Raamatun profetian viides valtakunta, joka sai kuolinhaavan. ”Protestantit” edustavat Yhdysvaltoja, väärää profeettaa, Raamatun profetian kuudetta ja viimeistä valtakuntaa. ”Spiritismi” on Yhdistyneet kansakunnat, lohikäärme ja se valtakunta, joka suostuu hallitsemaan yhden hetken pedon kanssa. Kolminkertainen liitto toteutuu tuon ”yhden hetken” aikana, joka on Ilmestyskirjan yhdennentoista luvun ”suuren maanjäristyksen” ”hetki”, eli pian tuleva sunnuntailaki.</w:t>
      </w:r>
    </w:p>
    <w:p>
      <w:pPr>
        <w:pStyle w:val="ArticleScripture"/>
        <w:jc w:val="left"/>
      </w:pPr>
      <w:r>
        <w:rPr>
          <w:rFonts w:ascii="Times New Roman" w:hAnsi="Times New Roman" w:eastAsia="Times New Roman" w:cs="Times New Roman"/>
        </w:rPr>
        <w:t>”Asetuksella, joka panee täytäntöön paaviuden laitoksen vastoin Jumalan lakia, kansakuntamme irrottautuu täysin vanhurskaudesta. Kun protestanttisuus ojentaa kätensä kuilun yli tarttuakseen roomalaisen vallan käteen, kun se kurkottaa syvyyden ylitse lyödäkseen kättä spiritualismin kanssa, kun tämän kolminkertaisen liiton vaikutuksesta maamme hylkää jokaisen perustuslakinsa periaatteen protestanttisena ja tasavaltalaisena hallituksena ja ryhtyy edistämään paavillisten valheiden ja harhojen leviämistä, silloin voimme tietää, että on tullut aika saatanan ihmeelliselle toiminnalle ja että loppu on lähellä.” Testimonies, volume 5, 451.</w:t>
      </w:r>
    </w:p>
    <w:p>
      <w:pPr>
        <w:pStyle w:val="ArticleBody"/>
        <w:jc w:val="left"/>
      </w:pPr>
      <w:r>
        <w:rPr>
          <w:rFonts w:ascii="Times New Roman" w:hAnsi="Times New Roman" w:eastAsia="Times New Roman" w:cs="Times New Roman"/>
        </w:rPr>
        <w:t>Danielin toisen luvun Babylon, Raamatun profetian ensimmäinen valtakunta, jota kultainen pää edustaa, on hengellisen Babylonin, Raamatun profetian viidennen valtakunnan, esikuva. Meedialaisten ja persialaisten kaksiosainen valtakunta, hopeiset hartiat ja käsivarret, Danielin toisen luvun Raamatun profetian toinen valtakunta, edustaa kaksisarvista maapetoa, Yhdysvaltoja, Raamatun profetian kuudetta valtakuntaa. Danielin toisen luvun kuvapatsaan vaski, joka edustaa Kreikkaa, Raamatun profetian kolmatta valtakuntaa, edustaa Yhdistyneitä kansakuntia, seitsemättä päätä, joka pysyy “yhden hetken”, ja joka suostuu ottamaan paikkansa lohikäärmeen, pedon ja väärän profeetan kolmiliitossa.</w:t>
      </w:r>
    </w:p>
    <w:p>
      <w:pPr>
        <w:pStyle w:val="ArticleBody"/>
        <w:jc w:val="left"/>
      </w:pPr>
      <w:r>
        <w:rPr>
          <w:rFonts w:ascii="Times New Roman" w:hAnsi="Times New Roman" w:eastAsia="Times New Roman" w:cs="Times New Roman"/>
        </w:rPr>
        <w:t>Danielin kirjan toisen luvun rautainen valtakunta, Raamatun profetian neljäs valtakunta, edustaa kahdeksatta valtakuntaa, joka on niistä seitsemästä. Kirjaimellinen pakanallinen Rooma, neljäs valtakunta, edustaa nykyistä Roomaa, joka on valtakunta, jonka rakenne perustuu kirkon ja valtion yhdistelmään siten, että kirkko hallitsee tätä suhdetta. Tuo valtakunta on luonteeltaan kolmiosainen, sillä ”kymmenen kuninkaan” ensisijainen kuningas on kuudes valtakunta, joka on maapeto. Kuudes valtakunta on Ahab, joka oli naimisissa Iisebelin kanssa. Kuudes valtakunta, silloin kun sitä edustetaan kolmiosaisessa liitossaan, on nykyinen Rooma, jota edelsi viides valtakunta, paavillinen Rooma, jota puolestaan edelsi pakanallisen Rooman neljäs valtakunta.</w:t>
      </w:r>
    </w:p>
    <w:p>
      <w:pPr>
        <w:pStyle w:val="ArticleBody"/>
        <w:jc w:val="left"/>
      </w:pPr>
      <w:r>
        <w:rPr>
          <w:rFonts w:ascii="Times New Roman" w:hAnsi="Times New Roman" w:eastAsia="Times New Roman" w:cs="Times New Roman"/>
        </w:rPr>
        <w:t>Milleriläiset näkivät Rooman ainoastaan neljäntenä ja viimeisenä valtakuntana. He ymmärsivät sen olevan luonteeltaan kaksiosainen, mutta eivät voineet nähdä mitään muuta sitä seuraavaa maallista valtakuntaa. Neljäs valtakunta oli pakanallinen Rooma, jota edelsi paavillinen Rooma, viides valtakunta, ja jota seuraa moderni Rooma, kuudes valtakunta. Kuudes valtakunta on kolmas kolmesta roomalaisesta ilmenemismuodosta.</w:t>
      </w:r>
    </w:p>
    <w:p>
      <w:pPr>
        <w:pStyle w:val="ArticleBody"/>
        <w:jc w:val="left"/>
      </w:pPr>
      <w:r>
        <w:rPr>
          <w:rFonts w:ascii="Times New Roman" w:hAnsi="Times New Roman" w:eastAsia="Times New Roman" w:cs="Times New Roman"/>
        </w:rPr>
        <w:t>Lohikäärmeen, pedon ja väärän profeetan kolmiliitto on sekä nykyinen Rooma että myös Suuri Babylon, jonka kuolinhaava on parantunut. Yhdysvallat, Yhdistyneet Kansakunnat ja Tyyron portto edustavat kahdeksatta ja viimeistä valtakuntaa, mutta ne kaikki kolme ovat liittolaisia kuudennen valtakunnan kolmiliitossa, joka on viimeinen valta ”käydä sotaa seurakuntaa ja Jumalan lakia vastaan”.</w:t>
      </w:r>
    </w:p>
    <w:p>
      <w:pPr>
        <w:pStyle w:val="ArticleBody"/>
        <w:jc w:val="left"/>
      </w:pPr>
      <w:r>
        <w:rPr>
          <w:rFonts w:ascii="Times New Roman" w:hAnsi="Times New Roman" w:eastAsia="Times New Roman" w:cs="Times New Roman"/>
        </w:rPr>
        <w:t>Yhdysvallat on yksi kolmasosa kuudennesta valtakunnasta. Yhdistyneet Kansakunnat, osana kolmiliittoa, on niin ikään yksi kolmasosa kuudennesta valtakunnasta, ja paavius on myös yksi kolmasosa kuudennesta valtakunnasta. Tällä tasolla Yhdysvaltain luku on KUUSI, ja Yhdistyneiden Kansakuntien luku on KUUSI, ja paaviuden luku on KUUSI. Kolmiliitto edustaa ihmisen lukua, ”synnin ihmisen”, ja hänen lukunsa on KUUSI-KUUSI-KUUSI.</w:t>
      </w:r>
    </w:p>
    <w:p>
      <w:pPr>
        <w:pStyle w:val="ArticleScripture"/>
        <w:jc w:val="left"/>
      </w:pPr>
      <w:r>
        <w:rPr>
          <w:rFonts w:ascii="Times New Roman" w:hAnsi="Times New Roman" w:eastAsia="Times New Roman" w:cs="Times New Roman"/>
        </w:rPr>
        <w:t>Tässä on viisaus. Jolla on ymmärrystä, se laskekoon pedon luvun; sillä se on ihmisen luku; ja sen luku on kuusisataa kuusikymmentä kuusi. Ilmestys 13:18.</w:t>
      </w:r>
    </w:p>
    <w:p>
      <w:pPr>
        <w:pStyle w:val="ArticleBody"/>
        <w:jc w:val="left"/>
      </w:pPr>
      <w:r>
        <w:rPr>
          <w:rFonts w:ascii="Times New Roman" w:hAnsi="Times New Roman" w:eastAsia="Times New Roman" w:cs="Times New Roman"/>
        </w:rPr>
        <w:t>Kuudes ja viimeinen erillinen valtakunta on Yhdysvallat, mutta se eksyttää maailman, sillä se on Väärä Profeetta.</w:t>
      </w:r>
    </w:p>
    <w:p>
      <w:pPr>
        <w:pStyle w:val="ArticleScripture"/>
        <w:jc w:val="left"/>
      </w:pPr>
      <w:r>
        <w:rPr>
          <w:rFonts w:ascii="Times New Roman" w:hAnsi="Times New Roman" w:eastAsia="Times New Roman" w:cs="Times New Roman"/>
        </w:rPr>
        <w:t>Ja se käyttää kaikkea ensimmäisen pedon valtaa sen edessä ja saa maan ja siinä asuvat kumartamaan ensimmäistä petoa, sitä, jonka kuolinhaava parani. Ja se tekee suuria tunnustekoja, niin että saa tulenkin lankeamaan taivaasta maahan ihmisten nähden, ja eksyttää maan päällä asuvat niillä ihmeillä, joita sen sallittiin tehdä pedon edessä, sanoen maan päällä asuville, että heidän tulee tehdä kuva pedolle, jolla oli miekanhaava ja joka virkosi eloon. Ilmestys 13:12–14.</w:t>
      </w:r>
    </w:p>
    <w:p>
      <w:pPr>
        <w:pStyle w:val="ArticleBody"/>
        <w:jc w:val="left"/>
      </w:pPr>
      <w:r>
        <w:rPr>
          <w:rFonts w:ascii="Times New Roman" w:hAnsi="Times New Roman" w:eastAsia="Times New Roman" w:cs="Times New Roman"/>
        </w:rPr>
        <w:t>”Ensimmäisen pedon valta hänen edessään” merkitsee sitä valtaa, joka annettiin paaviudelle Euroopan kuninkailta, alkaen Kloviksesta vuonna 496. Yhdysvallat käyttää sotilaallista mahtiaan taloudellisen mahtinsa tukemana pettääkseen ja pakottaakseen maailmaa. Yhdysvallat pakottaa maailman kumartamaan paaviutta sunnuntainpalvonnan toimeenpanon kautta. Yhdysvallat tekee suuria ihmeitä saattamalla tulen, (sanoman vertauskuvan) tulemaan alas taivaasta; tämän on määrä tapahtua Information Super-Highwayn välityksellä, joka edustaa aivopesun ja propagandan täyttä kehittymistä, mikä on hypnoosin nykyaikainen ilmentymä. Islamin maan päälle tuoman kärjistyvän kriisin vuoksi, heidän täyttäessään tehtäväänsä kansojen vihastuttamisessa, maailma petetään hyväksymään kirkon ja valtion yhdistymisen maailmanlaajuinen järjestelmä, joka muodostuu lohikäärmeestä, pedosta ja väärästä profeetasta.</w:t>
      </w:r>
    </w:p>
    <w:p>
      <w:pPr>
        <w:pStyle w:val="ArticleBody"/>
        <w:jc w:val="left"/>
      </w:pPr>
      <w:r>
        <w:rPr>
          <w:rFonts w:ascii="Times New Roman" w:hAnsi="Times New Roman" w:eastAsia="Times New Roman" w:cs="Times New Roman"/>
        </w:rPr>
        <w:t>Kun Ilmestyskirjan kolmannentoista luvun kahdeksastoista jae sanoo: ”laske pedon luku”, tuo luku tarkoittaa niitä kolmea valtaa, jotka tulevat yhteen muodostaakseen kuudennen ja viimeisen valtakunnan. Kun tuo 666:n valtakunta pystytetään, se on sen profeetallisen arvoituksen täyttymys, että kahdeksas kuningas on yksi niistä seitsemästä. Tuo profeetallinen arvoitus on osa sitä totuutta, joka avataan, kun Juudan heimon Leijona avaa Jeesuksen Kristuksen ilmestyksen.</w:t>
      </w:r>
    </w:p>
    <w:p>
      <w:pPr>
        <w:pStyle w:val="ArticleBody"/>
        <w:jc w:val="left"/>
      </w:pPr>
      <w:r>
        <w:rPr>
          <w:rFonts w:ascii="Times New Roman" w:hAnsi="Times New Roman" w:eastAsia="Times New Roman" w:cs="Times New Roman"/>
        </w:rPr>
        <w:t>Tästä syystä viimeisen valtakunnan arvoitus — sen kolminkertaisen kuudennen valtakunnan, joka on myös hengellinen Babylon, joka unohdettiin seitsemäksikymmeneksi vertauskuvalliseksi vuodeksi ja joka on nykyajan Rooma, ja joka on myös pedon maailmanlaajuinen kuva, jota esikuvasi Babylonin ensimmäinen valtakunta ja pakanallisen Rooman neljäs valtakunta — vahvistetaan kaksinkertaisesti sillä tunnistamisella, että juuri ”viisaat” tulevat ymmärtämään tämän totuuden; sillä 666:n arvoitus perustuu siihen, että niillä, joilla on viisautta, on kyky käsittää se, samoin kuin arvoitus siitä, että kahdeksas kuningas on lähtöisin niistä seitsemästä.</w:t>
      </w:r>
    </w:p>
    <w:p>
      <w:pPr>
        <w:pStyle w:val="ArticleScripture"/>
        <w:jc w:val="left"/>
      </w:pPr>
      <w:r>
        <w:rPr>
          <w:rFonts w:ascii="Times New Roman" w:hAnsi="Times New Roman" w:eastAsia="Times New Roman" w:cs="Times New Roman"/>
        </w:rPr>
        <w:t>Tässä on viisaus. Jolla on ymmärrys, se laskekoon pedon luvun, sillä se on ihmisen luku; ja sen luku on kuusisataa kuusikymmentä kuusi. Ilmestys 13:18.</w:t>
      </w:r>
    </w:p>
    <w:p>
      <w:pPr>
        <w:pStyle w:val="ArticleScripture"/>
        <w:jc w:val="left"/>
      </w:pPr>
      <w:r>
        <w:rPr>
          <w:rFonts w:ascii="Times New Roman" w:hAnsi="Times New Roman" w:eastAsia="Times New Roman" w:cs="Times New Roman"/>
        </w:rPr>
        <w:t>Ja tässä on ymmärrys, jossa on viisaus. Ne seitsemän päätä ovat seitsemän vuorta, joiden päällä nainen istuu. Ilmestys 17:9.</w:t>
      </w:r>
    </w:p>
    <w:p>
      <w:pPr>
        <w:pStyle w:val="ArticleBody"/>
        <w:jc w:val="left"/>
      </w:pPr>
      <w:r>
        <w:rPr>
          <w:rFonts w:ascii="Times New Roman" w:hAnsi="Times New Roman" w:eastAsia="Times New Roman" w:cs="Times New Roman"/>
        </w:rPr>
        <w:t>Jeesuksen Kristuksen ilmestyksen sinettien avaaminen ymmärretään ”viisaiden” toimesta, ei jumalattomien. Molemmat viittaukset viisauteen Ilmestyskirjassa koskevat niitä, joilla on ”ymmärrys”, ja se, minkä ”viisaat” ymmärtävät, on ”tiedon lisääntyminen”. Se ”tiedon lisääntyminen”, joka on Jeesuksen Kristuksen ilmestys, on ilmoitus siitä, että kahdeksas valtakunta, joka on 666:n kolmiosainen valtakunta, on esitetty myös Danielin kirjan toisessa luvussa, sillä Millerin unen jalokivien tulee loistaa kymmenen kertaa kirkkaammin viimeisinä päivinä.</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”Ilmestyskirjassa esitetään Jumalan syvät asiat. Jo nimi, joka sen innoitetuille sivuille on annettu, ”Ilmestys”, kumoaa väitteen, että tämä on sinetöity kirja. Ilmestys on jotakin paljastettua. Herra itse ilmoitti palvelijalleen tähän kirjaan sisältyvät salaisuudet, ja hänen tarkoituksensa on, että ne ovat avoinna kaikkien tutkittaviksi. Sen totuudet on suunnattu niille, jotka elävät tämän maan historian viimeisinä päivinä, samoin kuin niille, jotka elivät Johanneksen aikana. Jotkin tässä profetiassa kuvatut näyt ovat jo menneisyydessä, jotkin tapahtuvat nyt; jotkin tuovat näkyviin pimeyden valtojen ja taivaan Ruhtinaan välisen suuren taistelun päätöksen, ja toiset ilmaisevat lunastettujen voitot ja ilot uudeksi tehdyssä maassa.</w:t>
      </w:r>
    </w:p>
    <w:p>
      <w:pPr>
        <w:pStyle w:val="ArticleScripture"/>
        <w:jc w:val="left"/>
      </w:pPr>
      <w:r>
        <w:rPr>
          <w:rFonts w:ascii="Times New Roman" w:hAnsi="Times New Roman" w:eastAsia="Times New Roman" w:cs="Times New Roman"/>
        </w:rPr>
        <w:t>Älköön kukaan ajatelko, että koska he eivät kykene selittämään jokaisen Ilmestyskirjassa olevan vertauskuvan merkitystä, heidän olisi hyödytöntä tutkia tätä kirjaa pyrkiessään tuntemaan sen sisältämän totuuden merkityksen. Hän, joka ilmaisi nämä salaisuudet Johannekselle, antaa totuuden uutteralle etsijälle esimakua taivaallisista asioista. Ne, joiden sydän on avoin totuuden vastaanottamiselle, saatetaan kykeneviksi ymmärtämään sen opetuksia, ja heille annetaan se siunaus, joka on luvattu niille, jotka ”kuulevat tämän profetian sanat ja ottavat vaarin siitä, mitä siihen on kirjoitettu.”</w:t>
      </w:r>
    </w:p>
    <w:p>
      <w:pPr>
        <w:pStyle w:val="ArticleScripture"/>
        <w:jc w:val="left"/>
      </w:pPr>
      <w:r>
        <w:rPr>
          <w:rFonts w:ascii="Times New Roman" w:hAnsi="Times New Roman" w:eastAsia="Times New Roman" w:cs="Times New Roman"/>
        </w:rPr>
        <w:t>”Ilmestyskirjassa kaikki Raamatun kirjat kohtaavat toisensa ja päättyvät. Tässä on Danielin kirjan täydennys. Toinen on profetia; toinen ilmestys. Sinetöity kirja ei ole Ilmestyskirja, vaan se osa Danielin profetiasta, joka liittyy viimeisiin päiviin. Enkeli käski: ’Mutta sinä, Daniel, sulje nämä sanat ja sinetöi tämä kirja lopun aikaan saakka.’ Daniel 12:4.” Apostolien teot,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Viideskymmeneskahdeksas</dc:title>
  <dc:subject>Viisaus avattuna: kolmiyhteisen liiton ja luvun 666 arvoituksen tarkastelu profetiassa</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