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Jaeen Neljäkymmentä Kätketty Historia - Numero Yksi</w:t>
      </w:r>
    </w:p>
    <w:p>
      <w:pPr>
        <w:pStyle w:val="ArticleSubtitle"/>
        <w:jc w:val="left"/>
      </w:pPr>
      <w:r>
        <w:rPr>
          <w:rFonts w:ascii="Arial" w:hAnsi="Arial" w:eastAsia="Arial" w:cs="Arial"/>
        </w:rPr>
        <w:t>Profetioiden sinettien avaaminen: viimeiset päivät, Juudan leijona ja Ilmestyskirjan viimeiset liikkeet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Ilmestyskirjan viidennessä luvussa Juudan heimon Leijona edustaa Kristuksen asemaa sinä, joka voitti sinetöidäkseen ja avatakseen Jumalan Sanan Hänen tahtonsa mukaan. Vuonna 1989, satakaksikymmentäkuusi vuotta vuoden 1863 kapinan jälkeen, Juudan heimon Leijona avasi Danielin kirjan yhdennentoista luvun kuusi viimeistä jaetta. Nämä jakeet alkavat paaviuden kuolettavasta haavasta vuonna 1798 ja esittävät todistuksen siitä, kuinka paavillinen haava on parannettava ja sen jälkeen edelleen paaviuden lopulliseen kuolettavaan haavaan saakka. Jakeet alkavat siitä, mihin ne päättyvät: paavillisen Rooman tuomiosta.</w:t>
      </w:r>
    </w:p>
    <w:p>
      <w:pPr>
        <w:pStyle w:val="ArticleBody"/>
        <w:jc w:val="left"/>
      </w:pPr>
      <w:r>
        <w:rPr>
          <w:rFonts w:ascii="Times New Roman" w:hAnsi="Times New Roman" w:eastAsia="Times New Roman" w:cs="Times New Roman"/>
        </w:rPr>
        <w:t>Nuo kuusi jaetta kuvaavat paaviuden kuolettavan haavan paranemista sekä sitä, kuinka lohikäärmeen, pedon ja väärän profeetan kolmiyhteinen liitto johtaa maailman Harmagedoniin, joka jakeessa neljäkymmentäviisi määritellään olevan ”merien välissä ja ihanan pyhän vuoren luona”.</w:t>
      </w:r>
    </w:p>
    <w:p>
      <w:pPr>
        <w:pStyle w:val="ArticleBody"/>
        <w:jc w:val="left"/>
      </w:pPr>
      <w:r>
        <w:rPr>
          <w:rFonts w:ascii="Times New Roman" w:hAnsi="Times New Roman" w:eastAsia="Times New Roman" w:cs="Times New Roman"/>
        </w:rPr>
        <w:t>Alfa ja Omega kuvaa Kristuksen luonnetta siinä, että hän havainnollistaa lopun aina alun kautta. Sadan neljänkymmenenneljän tuhannen uudistusliike on kolmannen enkelin liike, joka on päättävä liike ja jonka alkukuva oli sen alku, nimittäin ensimmäisen ja toisen enkelin milleriläinen liike. Milleriläinen liike alkoi lopun aikana vuonna 1798, josta Danielin yhdennentoista luvun viimeiset kuusi jaetta alkavat, ja liike päättyi tuomion alkaessa 22. lokakuuta 1844. Sadan neljänkymmenenneljän tuhannen liike päättyy sunnuntailakiin Yhdysvalloissa.</w:t>
      </w:r>
    </w:p>
    <w:p>
      <w:pPr>
        <w:pStyle w:val="ArticleBody"/>
        <w:jc w:val="left"/>
      </w:pPr>
      <w:r>
        <w:rPr>
          <w:rFonts w:ascii="Times New Roman" w:hAnsi="Times New Roman" w:eastAsia="Times New Roman" w:cs="Times New Roman"/>
        </w:rPr>
        <w:t>Lopunajan liikkeen alussa vuonna 1989 Juudan heimon Leijona avasi Danielin kirjan yhdestoista luvun kuusi viimeistä jaetta sinetit, ja liikkeen päättyessä, juuri ennen sunnuntailakia, Hän avaa Danielin kirjan yhdestoista luvun neljännenkymmenennen jakeen kätketyn historian. Sisaren Whiten selitys siitä, mikä osa Danielin kirjasta avataan, käsittelee vuonna 1989 tapahtunutta avaamista sekä myös sitä avaamista, joka alkoi heinäkuussa 2023.</w:t>
      </w:r>
    </w:p>
    <w:p>
      <w:pPr>
        <w:pStyle w:val="ArticleScripture"/>
        <w:jc w:val="left"/>
      </w:pPr>
      <w:r>
        <w:rPr>
          <w:rFonts w:ascii="Times New Roman" w:hAnsi="Times New Roman" w:eastAsia="Times New Roman" w:cs="Times New Roman"/>
        </w:rPr>
        <w:t>”Sinetöity kirja ei ollut Ilmestyskirja, vaan se Danielin profetian osa, joka koski viimeisiä päiviä. Raamattu sanoo: ’Mutta sinä, Daniel, sulje nämä sanat ja sinetöi tämä kirja lopun aikaan asti; monet sitä tutkivat, ja ymmärrys lisääntyy’ (Daniel 12:4). Kun kirja avattiin, julistettiin: ’Aikaa ei enää ole oleva.’ (Ks. Ilmestyskirja 10:6.) Danielin kirja on nyt avattu, ja Kristuksen Johannekselle antaman ilmestyksen on määrä tulla kaikkien maan asukkaiden tietoon. Tiedon lisääntymisen kautta on valmistettava kansa kestämään viimeisinä päivinä. . . .”</w:t>
      </w:r>
    </w:p>
    <w:p>
      <w:pPr>
        <w:pStyle w:val="ArticleScripture"/>
        <w:jc w:val="left"/>
      </w:pPr>
      <w:r>
        <w:rPr>
          <w:rFonts w:ascii="Times New Roman" w:hAnsi="Times New Roman" w:eastAsia="Times New Roman" w:cs="Times New Roman"/>
        </w:rPr>
        <w:t>”Ensimmäisen enkelin sanomassa ihmisiä kutsutaan palvomaan Jumalaa, meidän Luojaamme, joka on tehnyt maailman ja kaiken, mitä siinä on. He ovat osoittaneet kunnioitusta paavikunnan laitokselle tehden Jehovan lain vaikutuksettomaksi, mutta tämän asian tuntemus on lisääntyvä.” Selected Messages, kirja 2, 105, 106.</w:t>
      </w:r>
    </w:p>
    <w:p>
      <w:pPr>
        <w:pStyle w:val="ArticleBody"/>
        <w:jc w:val="left"/>
      </w:pPr>
      <w:r>
        <w:rPr>
          <w:rFonts w:ascii="Times New Roman" w:hAnsi="Times New Roman" w:eastAsia="Times New Roman" w:cs="Times New Roman"/>
        </w:rPr>
        <w:t>Se Danielin kirjasta, joka vuonna 1989 liittyi viimeisiin päiviin, oli yhdennentoista luvun kuusi viimeistä jaetta; ja kun sadan neljänkymmenenneljän tuhannen liike saavuttaa liikkeensä päätöksen, se osa Danielin kirjasta, joka avataan sinetistä, on neljännenkymmenennen jakeen kätketty historia, joka kuvaa ajanjaksoa vuodesta 1989 aina sunnuntailakiin asti Yhdysvalloissa. Neljännenkymmenennen jakeen kätketty historia on sadan neljänkymmenenneljän tuhannen historia. Jokainen profeetta todistaa tuosta ajanjaksosta.</w:t>
      </w:r>
    </w:p>
    <w:p>
      <w:pPr>
        <w:pStyle w:val="ArticleBody"/>
        <w:jc w:val="left"/>
      </w:pPr>
      <w:r>
        <w:rPr>
          <w:rFonts w:ascii="Times New Roman" w:hAnsi="Times New Roman" w:eastAsia="Times New Roman" w:cs="Times New Roman"/>
        </w:rPr>
        <w:t>Kyseisessä kohdassa tiedon lisääntyminen, jonka ”on määrä valmistaa kansa kestämään viimeisinä päivinä”, edustaa kuuden viimeisen jakeen avaamista sinetistä vuonna 1989, ja lisäksi se edustaa neljännenkymmenennen jakeen kätketyn historian avaamista sinetistä. Kummassakin historiassa innoitus osoittaa, että paavillisesta vallasta ja sunnuntailaista tulee tiedon lisääntyminen. Sekä sadanneljännenkymmenennen neljän tuhannen liikkeen alussa että lopussa tiedon lisääntyminen synnyttää kolmivaiheisen koetusprosessin, kuten Danielin kirjan kahdennessatoista luvussa esitetään.</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ja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Kuten kaikissa pyhissä uskonpuhdistusliikkeissä, ne kolme vaihetta, jotka Daniel esittää sanoilla ”puhdistetaan, valkaistaan ja koetellaan”, edustavat jumalallisen symbolin laskeutumisen tienviittaa, jota seuraa epäonnistuneen ennustuksen koetus, ja tämän jälkeen kolmas koetinkivi, joka ilmaisee niiden kahden luokan luonteen, jotka kehittyvät sen perusteella, hyväksyvätkö vai hylkäävätkö he sinetöimättömän tiedon lisääntymisen. Sadan neljänkymmenenneljän tuhannen liikkeen alussa nämä kolme vaihetta olivat 11. syyskuuta 2001, jota seurasi 18. heinäkuuta 2020, ja sitten sunnuntailaki. Juuri saman liikkeen lopussa nämä kolme vaihetta ovat heinäkuu 2023, Keskiyön huudon sanoman saapuminen ja sunnuntailaki.</w:t>
      </w:r>
    </w:p>
    <w:p>
      <w:pPr>
        <w:pStyle w:val="ArticleBody"/>
        <w:jc w:val="left"/>
      </w:pPr>
      <w:r>
        <w:rPr>
          <w:rFonts w:ascii="Times New Roman" w:hAnsi="Times New Roman" w:eastAsia="Times New Roman" w:cs="Times New Roman"/>
        </w:rPr>
        <w:t>Sanoma, joka valmistaa Jumalan kansan kestämään ja joka avattiin sinettien alta heinäkuussa 2023, sisältää useita profeetallisen totuuden linjoja, ja näihin linjoihin sisältyvät myös Hesekielin kuolleet kuivat luut luvussa kolmekymmentäseitsemän. Hesekiel esittää kaksi sanomaa. Ensimmäinen sanoma tuo luut jälleen yhteen, mutta vasta toinen sanoma sai Israelin nousemaan jaloilleen väkevänä sotajoukkona. Ilmestyskirjan yhdennentoista luvun kaksi todistajaa nousivat pystyyn, kun heidät täytettiin Pyhällä Hengellä.</w:t>
      </w:r>
    </w:p>
    <w:p>
      <w:pPr>
        <w:pStyle w:val="ArticleScripture"/>
        <w:jc w:val="left"/>
      </w:pPr>
      <w:r>
        <w:rPr>
          <w:rFonts w:ascii="Times New Roman" w:hAnsi="Times New Roman" w:eastAsia="Times New Roman" w:cs="Times New Roman"/>
        </w:rPr>
        <w:t>Ja kolmen ja puolen päivän kuluttua Jumalasta lähtevä elämän Henki meni heihin, ja he nousivat jaloilleen; ja suuri pelko valtasi ne, jotka näkivät heidät. Ilmestys 11:11.</w:t>
      </w:r>
    </w:p>
    <w:p>
      <w:pPr>
        <w:pStyle w:val="ArticleBody"/>
        <w:jc w:val="left"/>
      </w:pPr>
      <w:r>
        <w:rPr>
          <w:rFonts w:ascii="Times New Roman" w:hAnsi="Times New Roman" w:eastAsia="Times New Roman" w:cs="Times New Roman"/>
        </w:rPr>
        <w:t>Hesekiel opettaa saman totuuden.</w:t>
      </w:r>
    </w:p>
    <w:p>
      <w:pPr>
        <w:pStyle w:val="ArticleScripture"/>
        <w:jc w:val="left"/>
      </w:pPr>
      <w:r>
        <w:rPr>
          <w:rFonts w:ascii="Times New Roman" w:hAnsi="Times New Roman" w:eastAsia="Times New Roman" w:cs="Times New Roman"/>
        </w:rPr>
        <w:t>Ja hän sanoi minulle: Ihmislapsi, nouse jaloillesi, niin minä puhun sinulle. Ja henki tuli minuun, kun hän puhui minulle, ja asetti minut jaloilleni, niin että minä kuulin häntä, joka minulle puhui. Hesekiel 2:1, 2.</w:t>
      </w:r>
    </w:p>
    <w:p>
      <w:pPr>
        <w:pStyle w:val="ArticleBody"/>
        <w:jc w:val="left"/>
      </w:pPr>
      <w:r>
        <w:rPr>
          <w:rFonts w:ascii="Times New Roman" w:hAnsi="Times New Roman" w:eastAsia="Times New Roman" w:cs="Times New Roman"/>
        </w:rPr>
        <w:t>Kun sisar White sanoo, että ”tiedon lisääntymisen kautta kansa on valmistettava kestämään viimeisinä päivinä”, tiedon lisääntyminen yksilöidään ”öljyksi” kertomuksessa kymmenestä neitsyestä, ja ”öljy” edustaa ”Jumalan Hengen sanomia” sekä myös ”Pyhää Henkeä” samoin kuin ”luonnetta”.</w:t>
      </w:r>
    </w:p>
    <w:p>
      <w:pPr>
        <w:pStyle w:val="ArticleBody"/>
        <w:jc w:val="left"/>
      </w:pPr>
      <w:r>
        <w:rPr>
          <w:rFonts w:ascii="Times New Roman" w:hAnsi="Times New Roman" w:eastAsia="Times New Roman" w:cs="Times New Roman"/>
        </w:rPr>
        <w:t>Heinäkuun 2023 ja pian tulevan sunnuntailain välillä tapahtuu tiedon lisääntyminen, joka herättää Jumalan kansan eloon, ja he nousevat seisomaan. He nousevat seisomaan osoittaen, että heillä on sen sanoman ”öljy”, joka tuona aikana avattiin sinetistä. He nousevat seisomaan, kun heillä on Pyhä Henki astioissansa, ja he nousevat seisomaan, kun heidän luonteensa on valmistettu Jumalan sinettiä varten.</w:t>
      </w:r>
    </w:p>
    <w:p>
      <w:pPr>
        <w:pStyle w:val="ArticleBody"/>
        <w:jc w:val="left"/>
      </w:pPr>
      <w:r>
        <w:rPr>
          <w:rFonts w:ascii="Times New Roman" w:hAnsi="Times New Roman" w:eastAsia="Times New Roman" w:cs="Times New Roman"/>
        </w:rPr>
        <w:t>Ensimmäistä koetusvaihetta, joka alkoi heinäkuussa 2023, seurasi ajanjakso, joka antaa näille ehdokkaille mahdollisuuden ottaa öljy vastaan tai hylätä se. Ne, jotka ottavat sen vastaan, sinetöidään, ja heidät korotetaan sitten lipuksi pian tulevan sunnuntailain yhteydessä. Ne, jotka hylkäävät öljyn, saavat väkevän eksytyksen.</w:t>
      </w:r>
    </w:p>
    <w:p>
      <w:pPr>
        <w:pStyle w:val="ArticleBody"/>
        <w:jc w:val="left"/>
      </w:pPr>
      <w:r>
        <w:rPr>
          <w:rFonts w:ascii="Times New Roman" w:hAnsi="Times New Roman" w:eastAsia="Times New Roman" w:cs="Times New Roman"/>
        </w:rPr>
        <w:t>Nuo ehdokkaat herätettiin hengellisestä unesta heinäkuussa 2023, ja tämän jälkeen he joutuivat kohtaamaan lopullisen koetusprosessin ennen henkilökohtaisen armonaikansa päättymistä. Koetusprosessi asetettiin sellaiseen profeetallisen kokeen yhteyteen, joka liittyy pedon kuvan muodostamiseen, aikana jolloin juuri noiden ehdokkaiden tuli palata eloon ja muodostaa sisimpäänsä Kristuksen kuva. Se profeetallinen rakenne, jossa koe on toteutettava, on vuosien 1989 ja sunnuntailain välinen historia. Näiden ehdokkaiden kykenemättömyys herätä johti siihen, että Herra salli harhaoppien tulla sisään.</w:t>
      </w:r>
    </w:p>
    <w:p>
      <w:pPr>
        <w:pStyle w:val="ArticleScripture"/>
        <w:jc w:val="left"/>
      </w:pPr>
      <w:r>
        <w:rPr>
          <w:rFonts w:ascii="Times New Roman" w:hAnsi="Times New Roman" w:eastAsia="Times New Roman" w:cs="Times New Roman"/>
        </w:rPr>
        <w:t>”Jumala herättää kansansa; jos muut keinot epäonnistuvat, heidän joukkoonsa tulee harhaoppeja, jotka seulovat heitä erottaen akanat vehnästä. Herra kutsuu kaikkia, jotka uskovat Hänen sanaansa, heräämään unesta. Kallisarvoinen valo on tullut, juuri tähän aikaan sopiva. Se on Raamatun totuus, joka osoittaa aivan edessämme olevat vaarat. Tämän valon tulisi johtaa meidät ahkeraan Raamatun tutkimiseen ja mitä kriittisimpään niiden käsitysten tarkasteluun, joista pidämme kiinni. Jumala tahtoo, että kaikki totuuden puolet ja kannat tutkitaan perusteellisesti ja hellittämättömästi, rukouksen ja paaston kera.” Testimonies, osa 5, 708.</w:t>
      </w:r>
    </w:p>
    <w:p>
      <w:pPr>
        <w:pStyle w:val="ArticleBody"/>
        <w:jc w:val="left"/>
      </w:pPr>
      <w:r>
        <w:rPr>
          <w:rFonts w:ascii="Times New Roman" w:hAnsi="Times New Roman" w:eastAsia="Times New Roman" w:cs="Times New Roman"/>
        </w:rPr>
        <w:t>Kaikki profeetat käsittelevät viimeisiä päiviä, joten näinä viimeisinä päivinä, heinäkuussa 2023, Herra pyrki ”herättämään” kansansa, mutta Hänen ponnistuksensa epäonnistuivat, ja Hän salli ensimmäisen kiistan Adventin historian Rooman symbolista toistua varoituksena lopun läheisyydestä. Hän teki tämän, vaikka ”kallista valoa” oli ”tullut, tähän aikaan sopivaa”. Se valo, joka saapui heinäkuussa 2023, on ”Raamatun totuus, joka osoittaa vaarat, jotka ovat aivan edessämme”. Tämän valon olisi pitänyt johtaa ”meidät ahkeraan Raamatun tutkimiseen ja mitä kriittisimpään niiden käsitysten tarkasteluun, joita pidämme hallussamme”.</w:t>
      </w:r>
    </w:p>
    <w:p>
      <w:pPr>
        <w:pStyle w:val="ArticleBody"/>
        <w:jc w:val="left"/>
      </w:pPr>
      <w:r>
        <w:rPr>
          <w:rFonts w:ascii="Times New Roman" w:hAnsi="Times New Roman" w:eastAsia="Times New Roman" w:cs="Times New Roman"/>
        </w:rPr>
        <w:t>Neljännenkymmenennen jakeen kätketty historia esitetään Daniel 11:n jakeissa kymmenestä viiteentoista, sillä Alfa ja Omega havainnollisti Danielin viimeisen profetian lopun sen alun avulla. Heinäkuun 18. päivän 2020 pettymykseen saakka Saatana oli tuonut jakeisiin kymmenestä viiteentoista hämmennystä, sillä hän tiesi, että luvun alku oli avain luvun lopun esittämiseen. Sitten esiteltiin jakeen neljätoista alkuperäinen kiista.</w:t>
      </w:r>
    </w:p>
    <w:p>
      <w:pPr>
        <w:pStyle w:val="ArticleScripture"/>
        <w:jc w:val="left"/>
      </w:pPr>
      <w:r>
        <w:rPr>
          <w:rFonts w:ascii="Times New Roman" w:hAnsi="Times New Roman" w:eastAsia="Times New Roman" w:cs="Times New Roman"/>
        </w:rPr>
        <w:t>”Mikään ei herätä suuressa pettäjässä niin suurta pelkoa kuin se, että me tulemme tuntemaan hänen juonensa.” Suuri taistelu, s. 516.</w:t>
      </w:r>
    </w:p>
    <w:p>
      <w:pPr>
        <w:pStyle w:val="ArticleBody"/>
        <w:jc w:val="left"/>
      </w:pPr>
      <w:r>
        <w:rPr>
          <w:rFonts w:ascii="Times New Roman" w:hAnsi="Times New Roman" w:eastAsia="Times New Roman" w:cs="Times New Roman"/>
        </w:rPr>
        <w:t>Saatanallisista yrityksistä hämärtää noiden jakeiden merkitys ja tarkoitus on ilmeistä, että ne ovat tärkeä osa sitä koetusprosessia, joka parhaillaan seuloa ne ehdokkaat, joiden on määrä olla niiden sadan neljänkymmenenneljän tuhannen joukossa. Sister White korostaa, että Danielin yhdenteentoista lukuun sisältyvä, ennen lopun aikaa vuonna 1798 täyttynyt historia toistuu kuudessa viimeisessä jakeessa.</w:t>
      </w:r>
    </w:p>
    <w:p>
      <w:pPr>
        <w:pStyle w:val="ArticleScripture"/>
        <w:jc w:val="left"/>
      </w:pPr>
      <w:r>
        <w:rPr>
          <w:rFonts w:ascii="Times New Roman" w:hAnsi="Times New Roman" w:eastAsia="Times New Roman" w:cs="Times New Roman"/>
        </w:rPr>
        <w:t>”Meillä ei ole aikaa hukattavana. Vaikeat ajat ovat edessämme. Sodan henki kuohuttaa maailmaa. Pian toteutuvat ne ahdistuksen näyttämöt, joista profetioissa on puhuttu. Danielin kirjan yhdettätoista lukua koskeva profetia on lähes saavuttanut täydellisen täyttymyksensä. Suuri osa siitä historiasta, joka on tapahtunut tämän profetian täyttymykseksi, tulee toistumaan.” Manuscript Releases, no. 13, 394.</w:t>
      </w:r>
    </w:p>
    <w:p>
      <w:pPr>
        <w:pStyle w:val="ArticleBody"/>
        <w:jc w:val="left"/>
      </w:pPr>
      <w:r>
        <w:rPr>
          <w:rFonts w:ascii="Times New Roman" w:hAnsi="Times New Roman" w:eastAsia="Times New Roman" w:cs="Times New Roman"/>
        </w:rPr>
        <w:t>Väitän, että koko se historia, joka esitetään jakeissa yhdestä kolmekymmeneenyhdeksään, toistuu luvun kuudessa viimeisessä jakeessa. Väitän myös, että viimeisten päivien historia, joka on 22. lokakuuta 1844 alkaneen tuomion päätösvaiheen historiaa, esitetään kahden ensisijaisen profeetallisen ajanjakson kautta. Ensimmäinen ajanjakso kuvaa tuomiota, joka pannaan täytäntöön Jumalan huoneelle, ja sitä seuraa sitten ajanjakso, jolloin tuomio pannaan täytäntöön niille, jotka ovat Jumalan huoneen ulkopuolella. Ensimmäinen ajanjakso alkoi vuonna 1989 ja päättyy Yhdysvalloissa annettavaan sunnuntailakiin, joka puolestaan merkitsee toisen ajanjakson alkua; tämä toinen ajanjakso päättyy, kun Miikael nousee ja ihmisten koetusaika sulkeutuu. Jakeen neljäkymmentä kätketty historia alkaa niin ikään vuonna 1989 ja päättyy jakeessa neljäkymmentäyksi, joka on Yhdysvalloissa annettava sunnuntailaki.</w:t>
      </w:r>
    </w:p>
    <w:p>
      <w:pPr>
        <w:pStyle w:val="ArticleBody"/>
        <w:jc w:val="left"/>
      </w:pPr>
      <w:r>
        <w:rPr>
          <w:rFonts w:ascii="Times New Roman" w:hAnsi="Times New Roman" w:eastAsia="Times New Roman" w:cs="Times New Roman"/>
        </w:rPr>
        <w:t>Se on sama historia kuin saman luvun jakeissa kymmenestä viiteentoista. Tuo historia kulkee rinnakkain milleriittien historian kanssa lopun ajasta vuonna 1798 siihen asti, kun tuomio alkoi 22. lokakuuta 1844. Nuo kaksi historiaa kulkevat rinnakkain sen profeetallisen historian kanssa, joka alkoi Kristuksen syntymästä ja päättyi ristillä.</w:t>
      </w:r>
    </w:p>
    <w:p>
      <w:pPr>
        <w:pStyle w:val="ArticleBody"/>
        <w:jc w:val="left"/>
      </w:pPr>
      <w:r>
        <w:rPr>
          <w:rFonts w:ascii="Times New Roman" w:hAnsi="Times New Roman" w:eastAsia="Times New Roman" w:cs="Times New Roman"/>
        </w:rPr>
        <w:t>Vuonna 1989 alkava historia sisältää koetusajan, joka alkoi 11. syyskuuta 2001, kuten sitä esikuvallistaa 11. elokuuta 1840 alkanut koetusaika sekä Kristuksen kasteessa alkanut koetusaika. Pedon kuvan muodostumista on esikuvallistettu useilla profeetallisen historian linjoilla. Yksi näistä saman ajanjakson esityksistä on sadan neljänkymmenenneljän tuhannen sinetöimisen aika, joka alkoi 11. syyskuuta 2001 ja päättyy pian tulevan sunnuntailain yhteydessä. Jae neljänkymmenen kätketty historia voidaan myös asettaa rinnakkain 22. lokakuuta 1844 alkavan linjan kanssa aina vuoden 1863 kapinaan saakka.</w:t>
      </w:r>
    </w:p>
    <w:p>
      <w:pPr>
        <w:pStyle w:val="ArticleBody"/>
        <w:jc w:val="left"/>
      </w:pPr>
      <w:r>
        <w:rPr>
          <w:rFonts w:ascii="Times New Roman" w:hAnsi="Times New Roman" w:eastAsia="Times New Roman" w:cs="Times New Roman"/>
        </w:rPr>
        <w:t>22. lokakuuta 1844 merkitsi kolmannen enkelin saapumista. Kuten minkä tahansa profeetallisen enkelin saapuessa, hänellä oli sanoma, joka oli syötäväksi, mutta niin ei tapahtunut; ja filadelfialainen milleriläisyys muuttui laodikealaiseksi milleriläisyydeksi ennen vuotta 1863, jolloin he virallisesti omaksuivat nimen Seitsemännen päivän adventisti ja alkoivat vaeltaa kapinan erämaassa aina tähän päivään asti. Vuosien 1844 ja 1863 välinen historia edustaa niitä, jotka hylkäävät kutsun olla sadan neljänkymmenenneljän tuhannen joukossa. He ovat Danielin luvun kaksitoista jumalattomat, Jeremian pilkkaajien seurakunta, Johanneksen saatanan synagoga ja Matteuksen tyhmät neitsyet.</w:t>
      </w:r>
    </w:p>
    <w:p>
      <w:pPr>
        <w:pStyle w:val="ArticleBody"/>
        <w:jc w:val="left"/>
      </w:pPr>
      <w:r>
        <w:rPr>
          <w:rFonts w:ascii="Times New Roman" w:hAnsi="Times New Roman" w:eastAsia="Times New Roman" w:cs="Times New Roman"/>
        </w:rPr>
        <w:t>Kristuksen ”hävityksen kauhistuksena, josta on puhuttu profeetta Danielin kautta” esittämä varoitussanoma merkitsee kehotusta paeta ennakolta sitä hävitystä ja hajotusta, jotka ovat seuraavat. Vuonna 66 jKr. roomalainen kenraali Cestius täytti tuon varoituksen pakanallisen Rooman aikakauden kristityille. Ensimmäisellä vuosisadalla apostoli Paavali tallensi saman varoituksen niille kristityille, jotka kärsisivät paavillisen Rooman aikakauden aikana. Varoitus sapatinpitäjille muuttaa pois kaupungeista ja asua maaseudulla annettiin vuonna 1888, samana vuonna kuin Blairin lakiesitys, ensimmäinen yritys vahvistaa sunnuntai kansalliseksi lepopäiväksi. Blairin lakiesitys oli varoitus paeta Kristuksen viittauksen Danielin hävityksen kauhistukseen täyttymykseksi.</w:t>
      </w:r>
    </w:p>
    <w:p>
      <w:pPr>
        <w:pStyle w:val="ArticleBody"/>
        <w:jc w:val="left"/>
      </w:pPr>
      <w:r>
        <w:rPr>
          <w:rFonts w:ascii="Times New Roman" w:hAnsi="Times New Roman" w:eastAsia="Times New Roman" w:cs="Times New Roman"/>
        </w:rPr>
        <w:t>Niin kuin Cestiuksen kohdalla vuonna 66 jKr., myös Blairin lakiesitys vedettiin kaitselmuksellisesti pois. Vuosi 1888 esikuvallistaa syyskuun 11. päivää 2001, sillä sisar White osoittaa Ilmestyskirjan kahdeksannentoista luvun enkelin laskeutumisen kummassakin historiassa. Varoitus paeta kaupungeista viimeisinä päivinä tuli voimaan syyskuun 11. päivänä 2001. Sen tähden vuoden 1888 Blairin lakiesitys esikuvallisti vuoden 2001 Patriot Actia. Enkeli, joka laskeutui syyskuun 11. päivänä 2001, julistaa lopullisen varoitussanoman Ilmestyskirjan kahdeksannentoista luvun kolmessa ensimmäisessä jakeessa, ja lopullinen varoitussanoma on myös kolmannen enkelin sanoma, vaikka neljännessätoista luvussa kolmannen enkelin edustama sanoma ei ole samoja totuuden ilmauksia kuin kahdeksannessatoista luvussa. Rivi rivin päälle asetettuna ne ovat sama varoitussanoma.</w:t>
      </w:r>
    </w:p>
    <w:p>
      <w:pPr>
        <w:pStyle w:val="ArticleBody"/>
        <w:jc w:val="left"/>
      </w:pPr>
      <w:r>
        <w:rPr>
          <w:rFonts w:ascii="Times New Roman" w:hAnsi="Times New Roman" w:eastAsia="Times New Roman" w:cs="Times New Roman"/>
        </w:rPr>
        <w:t>Hävityksen kauhistus, josta profeetta Daniel puhui, oli Kristuksen antama merkki, joka osoitti, milloin Hänen kansansa tuli paeta suojakseen. Se on varoitussanoma, ja siksi sen täytyy olla viimeinen varoitussanoma, vaikka se ilmaistaan eri sanoin kuin Ilmestyskirjan neljässätoista luvussa sekä kahdeksannessatoista luvussa esitetty sanoma. Se historia, joka alkaa Jeremian viidennentoista luvun kuudennessatoista jakeessa, on sama varoittavan koettelevan sanoman profeetallinen ajanjakso. Se alkaa, kun Jeremia syö Jumalan Sanan, ja se tapahtuu, kun enkeli laskeutuu alas, niin kuin hän teki silloin, kun New Yorkin suuret rakennukset sortuivat.</w:t>
      </w:r>
    </w:p>
    <w:p>
      <w:pPr>
        <w:pStyle w:val="ArticleBody"/>
        <w:jc w:val="left"/>
      </w:pPr>
      <w:r>
        <w:rPr>
          <w:rFonts w:ascii="Times New Roman" w:hAnsi="Times New Roman" w:eastAsia="Times New Roman" w:cs="Times New Roman"/>
        </w:rPr>
        <w:t>Kun Jeremia julistaa: ”Sinun sanasi tulivat löydetyiksi, ja minä söin ne; ja sinun sanasi olivat minulle sydämeni ilo ja riemu”, hän edustaa Danielin ensimmäistä koetusta ravinnon suhteen ensimmäisessä luvussa sekä Johannesta, joka Ilmestyskirjan kymmenennessä luvussa ottaa kirjan enkelin kädestä ja syö sen. Sanoman syöminen alkaa, kun enkeli saapuu, ja kun enkeli saapuu, avataan koettelevaa aikaa koskeva profetia, joka oli ollut sinetöitynä. Kun enkeli saapuu, ensimmäinen koetusaika alkaa, ja se päättyy, kun toinen koetusaika alkaa; ja kun Miikael nousee, toinen koetusaika päättyy.</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बरसने</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”Myöhäissade on vuodatettava Jumalan kansan ylle. Väkevä enkeli on tuleva alas taivaasta, ja koko maa on valaistava hänen kirkkaudellaan.” Review and Herald, 21. huhtikuuta 1891.</w:t>
      </w:r>
    </w:p>
    <w:p>
      <w:pPr>
        <w:pStyle w:val="ArticleBody"/>
        <w:jc w:val="left"/>
      </w:pPr>
      <w:r>
        <w:rPr>
          <w:rFonts w:ascii="Times New Roman" w:hAnsi="Times New Roman" w:eastAsia="Times New Roman" w:cs="Times New Roman"/>
        </w:rPr>
        <w:t>Myöhäissade annetaan niille, jotka vaeltavat Jeremian muinaisilla poluilla.</w:t>
      </w:r>
    </w:p>
    <w:p>
      <w:pPr>
        <w:pStyle w:val="ArticleScripture"/>
        <w:jc w:val="left"/>
      </w:pPr>
      <w:r>
        <w:rPr>
          <w:rFonts w:ascii="Times New Roman" w:hAnsi="Times New Roman" w:eastAsia="Times New Roman" w:cs="Times New Roman"/>
        </w:rPr>
        <w:t>Näin sanoo Herra: Asettukaa teille eteenne avautuville teille ja katsokaa, ja kysykää muinaisia polkuja, missä on hyvä tie, ja vaeltakaa sitä, niin te löydätte levon sieluillenne. Mutta he sanoivat: Emme vaella sitä. Minä asetin myös teidän ylitsenne vartijoita, jotka sanoivat: Kuulkaa pasuunan ääntä. Mutta he sanoivat: Emme kuule. Jeremian kirja 6:16, 17.</w:t>
      </w:r>
    </w:p>
    <w:p>
      <w:pPr>
        <w:pStyle w:val="ArticleBody"/>
        <w:jc w:val="left"/>
      </w:pPr>
      <w:r>
        <w:rPr>
          <w:rFonts w:ascii="Times New Roman" w:hAnsi="Times New Roman" w:eastAsia="Times New Roman" w:cs="Times New Roman"/>
        </w:rPr>
        <w:t>“Pasuuna”, jota “vartijat” puhaltavat, on Laodikean sanoma, jonka Jones ja Waggoner esittivät vuonna 1888.</w:t>
      </w:r>
    </w:p>
    <w:p>
      <w:pPr>
        <w:pStyle w:val="ArticleScripture"/>
        <w:jc w:val="left"/>
      </w:pPr>
      <w:r>
        <w:rPr>
          <w:rFonts w:ascii="Times New Roman" w:hAnsi="Times New Roman" w:eastAsia="Times New Roman" w:cs="Times New Roman"/>
        </w:rPr>
        <w:t>Huuda kurkku suorana, älä säästä, korota äänesi kuin pasuuna ja osoita minun kansalleni heidän rikkomuksensa, Jaakobin huoneelle heidän syntinsä. Jesaja 58:1.</w:t>
      </w:r>
    </w:p>
    <w:p>
      <w:pPr>
        <w:pStyle w:val="ArticleBody"/>
        <w:jc w:val="left"/>
      </w:pPr>
      <w:r>
        <w:rPr>
          <w:rFonts w:ascii="Times New Roman" w:hAnsi="Times New Roman" w:eastAsia="Times New Roman" w:cs="Times New Roman"/>
        </w:rPr>
        <w:t>Syyskuun 11. päivänä 2001 sadan neljänkymmenenneljän tuhannen sinetöiminen alkoi. Varoituksen sanoma Laodikealle julistettiin.</w:t>
      </w:r>
    </w:p>
    <w:p>
      <w:pPr>
        <w:pStyle w:val="ArticleScripture"/>
        <w:jc w:val="left"/>
      </w:pPr>
      <w:r>
        <w:rPr>
          <w:rFonts w:ascii="Times New Roman" w:hAnsi="Times New Roman" w:eastAsia="Times New Roman" w:cs="Times New Roman"/>
        </w:rPr>
        <w:t>”Sanoma, jonka A. T. Jones ja E. J. Waggoner ovat meille antaneet, on Jumalan sanoma Laodikean seurakunnalle, ja voi sitä, joka tunnustaa uskovansa totuuden ja kuitenkin ei heijasta toisille näitä Jumalan antamia säteitä.” The 1888 Materials, 1053.</w:t>
      </w:r>
    </w:p>
    <w:p>
      <w:pPr>
        <w:pStyle w:val="ArticleBody"/>
        <w:jc w:val="left"/>
      </w:pPr>
      <w:r>
        <w:rPr>
          <w:rFonts w:ascii="Times New Roman" w:hAnsi="Times New Roman" w:eastAsia="Times New Roman" w:cs="Times New Roman"/>
        </w:rPr>
        <w:t>Varoitus Laodikealle on Jeremian vartijain pasuunan ääni, jota laodikealainen seitsemännen päivän adventistikirkko kieltäytyy kuulemasta. Se on varoitus paeta kaupungeista maaseutuomaisuudelle ennen pian tulevaa sunnuntailakia.</w:t>
      </w:r>
    </w:p>
    <w:p>
      <w:pPr>
        <w:pStyle w:val="ArticleBody"/>
        <w:jc w:val="left"/>
      </w:pPr>
      <w:r>
        <w:rPr>
          <w:rFonts w:ascii="Times New Roman" w:hAnsi="Times New Roman" w:eastAsia="Times New Roman" w:cs="Times New Roman"/>
        </w:rPr>
        <w:t>Se, mitä juuri esitin näistä eri profeetallisista linjoista, oli yritys herättää arvostelukykynne, jotta rohkaistuisitte todella koettelemaan sen, mitä olen kirjoittamaisillani. Kenties pedon kuvan ja pedolle tehdyn kuvan tärkein ominaispiirre on se, että viimeisinä päivinä muodostuu kaksi pedon kuvan ja pedolle tehdyn kuvan ilmentymää. Ensimmäinen Yhdysvalloissa ja sen jälkeen maailman kansakunnissa.</w:t>
      </w:r>
    </w:p>
    <w:p>
      <w:pPr>
        <w:pStyle w:val="ArticleBody"/>
        <w:jc w:val="left"/>
      </w:pPr>
      <w:r>
        <w:rPr>
          <w:rFonts w:ascii="Times New Roman" w:hAnsi="Times New Roman" w:eastAsia="Times New Roman" w:cs="Times New Roman"/>
        </w:rPr>
        <w:t>Pedon kuvan kanssa ja pedolle kuuluvan kuvan kanssa liittyy tiettyjä profeetallisia ominaispiirteitä, jotka on välttämätöntä soveltaa oikein, jos aiomme kulkea tämän Rooman kuvan profeetallisen koetusprosessin läpi. Toinen tärkeä seikka pedon kuvan koetusajassa (joka voidaan osoittaa useiden todistajien perusteella) on se, että sadan neljänkymmenenneljän tuhannen sinetöimisen aika tapahtuu pedon kuvan koetuksen aikana Yhdysvalloissa, ja että pedon kuvan koetuksen ajanjakso maailman kansakunnissa on se aika, jolloin Jumalan muut lapset, jotka tuon sunnuntailain aikaan ovat vielä Babylonissa (321:n kuvaamina), kootaan laumaan.</w:t>
      </w:r>
    </w:p>
    <w:p>
      <w:pPr>
        <w:pStyle w:val="ArticleBody"/>
        <w:jc w:val="left"/>
      </w:pPr>
      <w:r>
        <w:rPr>
          <w:rFonts w:ascii="Times New Roman" w:hAnsi="Times New Roman" w:eastAsia="Times New Roman" w:cs="Times New Roman"/>
        </w:rPr>
        <w:t>Pedon kuva edustaa kahta erityistä toisiinsa liittyvää koetuksen aikaa, ja nämä kaksi koetuksen aikaa edustavat myös Ilmestyskirjan seitsemännen luvun sadan neljänkymmenenneljän tuhannen lopullista kokoamista, jota seuraa saman luvun suuri joukko.</w:t>
      </w:r>
    </w:p>
    <w:p>
      <w:pPr>
        <w:pStyle w:val="ArticleBody"/>
        <w:jc w:val="left"/>
      </w:pPr>
      <w:r>
        <w:rPr>
          <w:rFonts w:ascii="Times New Roman" w:hAnsi="Times New Roman" w:eastAsia="Times New Roman" w:cs="Times New Roman"/>
        </w:rPr>
        <w:t>Yhdysvallat puhuu sunnuntailain kohdalla lohikäärmeen tavoin Ilmestyskirjan kolmannentoista luvun jakeessa yksitoista. Se lähtee silloin pettämään kaikkia maailman kansoja sanoen niille kansoille, että niidenkin tulisi tehdä maailmanlaajuinen kuva pedolle, niin kuin Yhdysvallat juuri teki. Ajanjakso, joka alkaa sunnuntailaista ja jota edustaa Konstantinuksen sunnuntailaki vuodelta 321, päättyy, kun viimeinen kansakunta polvistuu paavillisen Rooman edessä, missä vuoden 538 sunnuntailaki on edustettuna, sillä kolmannessatoista luvussa Yhdysvalloilla on valta antaa pedon kuvalle elämä ja saada se puhumaan. Ajanjakso alkaa vuoden 321 sunnuntailaista ja päättyy vuoden 538 sunnuntailakiin.</w:t>
      </w:r>
    </w:p>
    <w:p>
      <w:pPr>
        <w:pStyle w:val="ArticleBody"/>
        <w:jc w:val="left"/>
      </w:pPr>
      <w:r>
        <w:rPr>
          <w:rFonts w:ascii="Times New Roman" w:hAnsi="Times New Roman" w:eastAsia="Times New Roman" w:cs="Times New Roman"/>
        </w:rPr>
        <w:t>Vuonna 2001 Yhdysvaltain hallitus ”puhui” Patriot Actin laiksi.</w:t>
      </w:r>
    </w:p>
    <w:p>
      <w:pPr>
        <w:pStyle w:val="ArticleBody"/>
        <w:jc w:val="left"/>
      </w:pPr>
      <w:r>
        <w:rPr>
          <w:rFonts w:ascii="Times New Roman" w:hAnsi="Times New Roman" w:eastAsia="Times New Roman" w:cs="Times New Roman"/>
        </w:rPr>
        <w:t>Jatkamme tätä tutkimusta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Jaeen Neljäkymmentä Kätketty Historia - Numero Yksi</dc:title>
  <dc:subject>Profetioiden sinettien avaaminen: viimeiset päivät, Juudan leijona ja Ilmestyskirjan viimeiset liikkeet</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