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Neljännenkymmenennen jakeen kätketty historia - numero kolme</w:t>
      </w:r>
    </w:p>
    <w:p>
      <w:pPr>
        <w:pStyle w:val="ArticleSubtitle"/>
        <w:jc w:val="left"/>
      </w:pPr>
      <w:r>
        <w:rPr>
          <w:rFonts w:ascii="Arial" w:hAnsi="Arial" w:eastAsia="Arial" w:cs="Arial"/>
        </w:rPr>
        <w:t>Sunnuntailaki ja profeetallinen matka: Patriot Actista viimeiseen koetukseen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“Asetuksella, joka panee täytäntöön paaviuden laitoksen vastoin Jumalan lakia, kansakuntamme katkaisee täydellisesti yhteytensä vanhurskauteen. Kun protestantismi ojentaa kätensä kuilun yli tarttuakseen Rooman vallan käteen, kun se kurottautuu syvyyden yli lyödäkseen kättä spiritismin kanssa, kun tämän kolminkertaisen liiton vaikutuksesta maamme hylkää jokaisen perustuslakinsa periaatteen protestanttisena ja tasavaltalaisena hallituksena ja ryhtyy toimenpiteisiin paavillisten valheiden ja harhojen levittämiseksi, silloin voimme tietää, että on tullut aika Saatanan ihmeelliselle toiminnalle ja että loppu on lähellä.”</w:t>
      </w:r>
    </w:p>
    <w:p>
      <w:pPr>
        <w:pStyle w:val="ArticleScripture"/>
        <w:jc w:val="left"/>
      </w:pPr>
      <w:r>
        <w:rPr>
          <w:rFonts w:ascii="Times New Roman" w:hAnsi="Times New Roman" w:eastAsia="Times New Roman" w:cs="Times New Roman"/>
        </w:rPr>
        <w:t>“Niin kuin roomalaisten sotajoukkojen lähestyminen oli opetuslapsille merkki Jerusalemin lähestyvästä hävityksestä, samoin tämä luopumus voi olla meille merkkinä siitä, että Jumalan pitkämielisyyden raja on saavutettu, että kansamme vääryyden mitta on täyttynyt ja että armon enkeli on aikeissa lähteä lentoon palatakseen enää koskaan. Jumalan kansa joutuu silloin niihin ahdingon ja hädän vaiheisiin, joita profeetat ovat kuvanneet Jaakobin ahdistuksen aikana. Uskollisten, vainottujen huudot kohoavat taivaaseen. Ja niin kuin Aabelin veri huusi maasta, samoin kuuluu ääniä, jotka huutavat Jumalan puoleen myös marttyyrien haudoista, meren syvyyksien hautapaikoista, vuorten luolista, luostarien holveista: ‘Kuinka kauan, Herra, sinä pyhä ja totinen, viivyt tuomitsemasta ja kostamasta meidän vertamme niille, jotka maan päällä asuvat?’”</w:t>
      </w:r>
    </w:p>
    <w:p>
      <w:pPr>
        <w:pStyle w:val="ArticleScripture"/>
        <w:jc w:val="left"/>
      </w:pPr>
      <w:r>
        <w:rPr>
          <w:rFonts w:ascii="Times New Roman" w:hAnsi="Times New Roman" w:eastAsia="Times New Roman" w:cs="Times New Roman"/>
        </w:rPr>
        <w:t>”Herra tekee työtään. Koko taivas on liikkeellä. Koko maan Tuomari on pian nouseva ja saattava oikeuteensa loukatun valtansa. Vapautuksen merkki pannaan niiden miesten päälle, jotka pitävät Jumalan käskyt, jotka kunnioittavat Hänen lakiaan ja jotka kieltäytyvät pedon tai sen kuvan merkistä.</w:t>
      </w:r>
    </w:p>
    <w:p>
      <w:pPr>
        <w:pStyle w:val="ArticleScripture"/>
        <w:jc w:val="left"/>
      </w:pPr>
      <w:r>
        <w:rPr>
          <w:rFonts w:ascii="Times New Roman" w:hAnsi="Times New Roman" w:eastAsia="Times New Roman" w:cs="Times New Roman"/>
        </w:rPr>
        <w:t>“Jumala on ilmoittanut, mitä on tapahtuva viimeisinä päivinä, jotta Hänen kansansa olisi valmistautunut kestämään vastustuksen ja vihan myrskyn. Niiden, joita on varoitettu heidän edessään olevista tapahtumista, ei tule istua tyynessä odotuksessa tulevaa myrskyä odottaen ja lohduttautua sillä, että Herra suojelee uskollisiaan ahdingon päivänä. Meidän tulee olla Herramme odottavien ihmisten kaltaisia, ei toimettomassa odotuksessa, vaan vakavassa työssä, horjumattomassa uskossa. Nyt ei ole aika sallia mielemme kiintyä vähäpätöisiin asioihin. Kun ihmiset nukkuvat, Saatana järjestää aktiivisesti asioita niin, ettei Herran kansa saisi osakseen armoa eikä oikeutta. Sunnuntailiike etenee nyt pimeydessä. Johtajat salaavat todellisen kysymyksen, eivätkä monet siihen liittyvistä itse näe, mihin pohjavirta on kulkemassa. Sen tunnustukset ovat lempeitä ja näennäisesti kristillisiä, mutta kun se alkaa puhua, se ilmaisee lohikäärmeen hengen. Velvollisuutemme on tehdä kaikki vallassamme oleva uhkaavan vaaran torjumiseksi. Meidän tulee pyrkiä riisumaan ennakkoluulo aseista asettumalla kansan eteen oikeassa valossa. Meidän tulee tuoda heidän eteensä todellinen kiistakysymys ja siten esittää tehokkain mahdollinen vastalause omantunnonvapautta rajoittavia toimenpiteitä vastaan. Meidän tulee tutkia Kirjoituksia ja kyetä antamaan peruste uskollemme. Profeetta sanoo: ‘Jumalattomat tekevät jumalattomasti, eikä yksikään jumalattomista ymmärrä; mutta viisaat ymmärtävät.’ Testimonies, osa 5, 451, 452.”</w:t>
      </w:r>
    </w:p>
    <w:p>
      <w:pPr>
        <w:pStyle w:val="ArticleBody"/>
        <w:jc w:val="left"/>
      </w:pPr>
      <w:r>
        <w:rPr>
          <w:rFonts w:ascii="Times New Roman" w:hAnsi="Times New Roman" w:eastAsia="Times New Roman" w:cs="Times New Roman"/>
        </w:rPr>
        <w:t>Kun ”sunnuntailiike” ”puhuu, se paljastaa lohikäärmeen hengen”. Nuo neljä kappaletta osoittavat, että sunnuntailain kohdalla Yhdysvallat ”irtautuu täydellisesti vanhurskaudesta”. Sunnuntailain kohdalla ”on tullut aika Saatanan ihmeelliselle toiminnalle”. Sunnuntailain kohdalla kolminkertainen liitto toteutuu. Sunnuntailain kohdalla Yhdysvallat ”hylkää jokaisen perustuslakinsa periaatteen protestanttisena tasavaltalaisena hallituksena”, ja ne myös ”ryhtyvät toimiin paavillisten valheiden ja harhojen levittämiseksi”. Tuo sunnuntailaki on meille ”merkki siitä, että Jumalan pitkämielisyyden raja on saavutettu, että kansakuntamme pahuuden mitta on täysi ja että laupeuden enkeli on aikeissa lähteä lentoon eikä koskaan palata”. Tämän merkin esikuvana oli se varoitus, jonka Jeesus antoi osoittaessaan profeetta Danielin mainitsemaan hävityksen kauhistukseen. Juuri siinä täyttyy viidennen sinetin marttyyrien esittämä rukous: ”Kuinka kauaksi aikaa sinä, Herra, pyhä ja totinen, siirrät tuomiosi etkä kosta vertamme niille, jotka maan päällä asuvat?” Myös juuri tuolla tienviitalla tyhmät ja viisaat neitsyet ilmaisevat luonteensa.</w:t>
      </w:r>
    </w:p>
    <w:p>
      <w:pPr>
        <w:pStyle w:val="ArticleBody"/>
        <w:jc w:val="left"/>
      </w:pPr>
      <w:r>
        <w:rPr>
          <w:rFonts w:ascii="Times New Roman" w:hAnsi="Times New Roman" w:eastAsia="Times New Roman" w:cs="Times New Roman"/>
        </w:rPr>
        <w:t>Sunnuntailaissa Yhdysvallat ”hylkää jokaisen perustuslakinsa periaatteen”. Ajanjakso, jolloin tämä työ saatettiin päätökseen, alkoi Patriot Act -laista vuonna 2001. Vuodesta 2001 sunnuntailakiin ulottuva ajanjakso edustaa asteittaista perustuslain hylkäämisen työtä. Tämä asteittainen työ vastaa sitä profetian linjaa, jossa pedon kuvan muodostaminen saatetaan päätökseen. Pedon kuvan linja saattaa vaikuttaa hieman monimutkaisemmalta, mutta tuo monimutkaisuus on ymmärtämisen arvoinen. Pedon kuvan linjaa monimutkaistaa se, että se edustaa kahta linjaa.</w:t>
      </w:r>
    </w:p>
    <w:p>
      <w:pPr>
        <w:pStyle w:val="ArticleBody"/>
        <w:jc w:val="left"/>
      </w:pPr>
      <w:r>
        <w:rPr>
          <w:rFonts w:ascii="Times New Roman" w:hAnsi="Times New Roman" w:eastAsia="Times New Roman" w:cs="Times New Roman"/>
        </w:rPr>
        <w:t>Maapetoa varten nuo kaksi linjaa ovat tasavaltalaisuuden ja protestantismin sarvet. Nuo kaksi sarvea liittyvät yhteen kirkon ja valtion suhteeksi ja täyttävät näin pedon kuvan muodostumisen. Pedon kuvan muodostumisen linjassa on sen vuoksi kaksi linjaa yhden linjan sisällä, sillä tasavaltalainen ja protestanttinen sarvi kulkevat historian läpi rinnakkain toistensa kanssa, mutta niiden kummankin omilla linjoilla on myös oma profeetallinen todistuksensa kannettavanaan. Yksi profeetallinen linja, jolla on kaksi rinnakkaista aihetta, on monimutkaisempi kuin pelkästään niiden tienviittojen merkitseminen, jotka koskevat niitä poliittisia toimia, jotka edustavat perustuslakiin liittyvää puhumista.</w:t>
      </w:r>
    </w:p>
    <w:p>
      <w:pPr>
        <w:pStyle w:val="ArticleBody"/>
        <w:jc w:val="left"/>
      </w:pPr>
      <w:r>
        <w:rPr>
          <w:rFonts w:ascii="Times New Roman" w:hAnsi="Times New Roman" w:eastAsia="Times New Roman" w:cs="Times New Roman"/>
        </w:rPr>
        <w:t>Tasavaltalaisten ja protestanttisten sarvien kaksi linjaa mutkistuu entisestään sen profeetallisen tosiasian vuoksi, että tasavaltalaisen sarven sisällä on orjuutta kannattaneiden demokraattien ja orjuuden vastaisten tasavaltalaisten välisen kamppailun historia; ja lisäksi sen vuoksi, että protestanttisen sarven sisällä on jatkuva koettelemisen prosessi, joka seuraa viisaita ja tyhmiä neitsyitä protestanttisen sarven historian kuluessa. Siitä huolimatta on erittäin tärkeää asettua lujasti näihin totuuksiin.</w:t>
      </w:r>
    </w:p>
    <w:p>
      <w:pPr>
        <w:pStyle w:val="ArticleBody"/>
        <w:jc w:val="left"/>
      </w:pPr>
      <w:r>
        <w:rPr>
          <w:rFonts w:ascii="Times New Roman" w:hAnsi="Times New Roman" w:eastAsia="Times New Roman" w:cs="Times New Roman"/>
        </w:rPr>
        <w:t>Maan pedon kahden sarven edustaman linjan sisällä on rinnakkainen havainnollistus joko Kristuksen luonteen tai Saatanan luonteen muodostumisesta, mikä vastaa joko Kristuksen kuvan tai pedon kuvan muodostumista, sillä tässä yhteydessä ”peto” edustaa luotua olentoa vastakohtana Luojalle. Näiden ominaisuuksien muodostuminen tapahtuu sisäisesti kaikkien ihmisten keskuudessa, sillä kun koetusaika päättyy, on olemassa vain kaksi ryhmää. Muodostuminen tapahtuu myös ulkoisesti paavillisen vallan ja Yhdistyneiden kansakuntien välisen liiton kautta.</w:t>
      </w:r>
    </w:p>
    <w:p>
      <w:pPr>
        <w:pStyle w:val="ArticleBody"/>
        <w:jc w:val="left"/>
      </w:pPr>
      <w:r>
        <w:rPr>
          <w:rFonts w:ascii="Times New Roman" w:hAnsi="Times New Roman" w:eastAsia="Times New Roman" w:cs="Times New Roman"/>
        </w:rPr>
        <w:t>Niinpä pedon kuvan muodostumista koskeva koetusaika alkoi vuonna 2001, ja se päättyy sunnuntailakiin Yhdysvalloissa. Tuona ajanjaksona maasta nousevan pedon kahden sarven profeetallinen historia havainnollistaa kunkin sarven sisäistä ja ulkoista kiistaa, olipa se uskonnollinen tai poliittinen, sekä myös taistelua näiden kahden sarven välillä.</w:t>
      </w:r>
    </w:p>
    <w:p>
      <w:pPr>
        <w:pStyle w:val="ArticleBody"/>
        <w:jc w:val="left"/>
      </w:pPr>
      <w:r>
        <w:rPr>
          <w:rFonts w:ascii="Times New Roman" w:hAnsi="Times New Roman" w:eastAsia="Times New Roman" w:cs="Times New Roman"/>
        </w:rPr>
        <w:t>Yhdysvalloissa annettava sunnuntailaki edustaa sitä varoitusta paeta, jonka Jeesus yksilöi ”hävityksen kauhistukseksi”. Yhdysvalloissa annettava sunnuntailaki on vuonna 2001 alkaneen ajanjakson päätös. Patriot Act oli ”Danielin kautta puhuttu hävityksen kauhistus”, jonka Jeesus osoitti merkiksi paeta tulevaa hävitystä.</w:t>
      </w:r>
    </w:p>
    <w:p>
      <w:pPr>
        <w:pStyle w:val="ArticleBody"/>
        <w:jc w:val="left"/>
      </w:pPr>
      <w:r>
        <w:rPr>
          <w:rFonts w:ascii="Times New Roman" w:hAnsi="Times New Roman" w:eastAsia="Times New Roman" w:cs="Times New Roman"/>
        </w:rPr>
        <w:t>Patriot-laki sisältää vuoden 1888 profeetallisen valon sekä Blairin lakiesityksen. Patriot-laki sisältää siis myös profeetallisesti sunnuntailain esikuvallisuuden, joten vuodesta 2001 alkava ajanjakso alkaa sunnuntailailla, josta olivat esikuvina vuosi 1888 — Blairin lakiesitys, vuosi 2001 — Patriot-laki, ja se päättyy sunnuntailakiin.</w:t>
      </w:r>
    </w:p>
    <w:p>
      <w:pPr>
        <w:pStyle w:val="ArticleBody"/>
        <w:jc w:val="left"/>
      </w:pPr>
      <w:r>
        <w:rPr>
          <w:rFonts w:ascii="Times New Roman" w:hAnsi="Times New Roman" w:eastAsia="Times New Roman" w:cs="Times New Roman"/>
        </w:rPr>
        <w:t>Varoitus paeta kaupungeista vuonna 2001 on esikuva varoituksesta paeta Babylonista sunnuntailain aikana. Tuomio, joka sunnuntailain aikana kohtaa Yhdysvaltoja, on esikuva siitä tuomiosta, joka kohtaa koko maailmaa, kun Miikael nousee ja ihmisten armonaika päättyy. Kristuksen tunnusmerkki Alfana ja Omegana esitetään toistuvasti niissä totuuksissa, joita Blair Bill vuonna 1888 edustaa, sekä kaikessa siinä, mitä vuosi 1888 edustaa, ja jotka toistuvat vuonna 2001.</w:t>
      </w:r>
    </w:p>
    <w:p>
      <w:pPr>
        <w:pStyle w:val="ArticleBody"/>
        <w:jc w:val="left"/>
      </w:pPr>
      <w:r>
        <w:rPr>
          <w:rFonts w:ascii="Times New Roman" w:hAnsi="Times New Roman" w:eastAsia="Times New Roman" w:cs="Times New Roman"/>
        </w:rPr>
        <w:t>Vuosi 2001, jota vuosi 1888 esikuvasi, ei edusta ainoastaan pakenemisen merkkiä, sellaisena kuin sitä kuvasi hävityksen kauhistus, vaan sitä kuvasi myös vuosi 66 jKr. ja Cestiuksen piiritys. Tituksen piiritys vuonna 70 jKr. edustaa sunnuntailakia Yhdysvalloissa. Yhdysvaltain sunnuntailakia edustavat vuosi 321 ja Konstantinuksen ensimmäinen sunnuntailaki, ja vuosi 538 edustaa sitä hetkeä, jolloin viimeinen kansakunta maan päällä alistuu pedon merkkiin.</w:t>
      </w:r>
    </w:p>
    <w:p>
      <w:pPr>
        <w:pStyle w:val="ArticleBody"/>
        <w:jc w:val="left"/>
      </w:pPr>
      <w:r>
        <w:rPr>
          <w:rFonts w:ascii="Times New Roman" w:hAnsi="Times New Roman" w:eastAsia="Times New Roman" w:cs="Times New Roman"/>
        </w:rPr>
        <w:t>Vuosi 2001 on 1888, Cestius ja vuosi 66 jKr. Sunnuntailaki on Titus sekä vuodet 70 ja 321. Vuosi 2001 on myös Jeesuksen kaste ja Hänen laskeutumisensa Ilmestyskirjan kymmenennessä luvussa 11. elokuuta 1840. Kaikki nämä symbolit vaikuttavat Perustuslain linjaan.</w:t>
      </w:r>
    </w:p>
    <w:p>
      <w:pPr>
        <w:pStyle w:val="ArticleBody"/>
        <w:jc w:val="left"/>
      </w:pPr>
      <w:r>
        <w:rPr>
          <w:rFonts w:ascii="Times New Roman" w:hAnsi="Times New Roman" w:eastAsia="Times New Roman" w:cs="Times New Roman"/>
        </w:rPr>
        <w:t>Yhdysvaltojen profeetallinen historia kulkee rinnakkain adventismin historian kanssa. Vuonna 1798 paavius sai kuolinhaavansa, ja vuosi 1798 oli lopun aika, jolloin se osa Danielin profetioista, joka liittyi Ilmestyskirjan neljännentoista luvun ensimmäisen ja toisen enkelin historiaan, avattiin sineteistään. Siellä, vuonna 1798, merkitään adventismin profeetallinen alku, ja vuonna 1798 karitsan sarvia muistuttava maapeto tuli Raamatun profetian kuudenneksi valtakunnaksi.</w:t>
      </w:r>
    </w:p>
    <w:p>
      <w:pPr>
        <w:pStyle w:val="ArticleBody"/>
        <w:jc w:val="left"/>
      </w:pPr>
      <w:r>
        <w:rPr>
          <w:rFonts w:ascii="Times New Roman" w:hAnsi="Times New Roman" w:eastAsia="Times New Roman" w:cs="Times New Roman"/>
        </w:rPr>
        <w:t>Vuotta 1798 edelsi kolme profeetallista merkkipaalua, jotka liittyivät maapetoon ja siten Yhdysvaltojen puhumiseen sekä Yhdysvaltojen perustuslakiin. Nämä kolme merkkipaalua olivat itsenäisyysjulistus, joka lausuttiin vuonna 1776, sitten perustuslaki vuonna 1789, ja sitten vuoden 1798 ulkomaalais- ja kiihotuslait.</w:t>
      </w:r>
    </w:p>
    <w:p>
      <w:pPr>
        <w:pStyle w:val="ArticleBody"/>
        <w:jc w:val="left"/>
      </w:pPr>
      <w:r>
        <w:rPr>
          <w:rFonts w:ascii="Times New Roman" w:hAnsi="Times New Roman" w:eastAsia="Times New Roman" w:cs="Times New Roman"/>
        </w:rPr>
        <w:t>Nuo kolme tienviittaa koskevat perustuslain profeetallista linjaa ja merkitsevät Raamatun profetian kuudennen valtakunnan alkua. Sunnuntailaki on Raamatun profetian kuudennen valtakunnan hallituskauden loppu, ja sen vuoksi on profeetallisen välttämättömyyden mukaisesti oltava kolme tienviittaa, jotka edeltävät loppua, kuten esikuvallisesti kolme tienviittaa edelsi alkua.</w:t>
      </w:r>
    </w:p>
    <w:p>
      <w:pPr>
        <w:pStyle w:val="ArticleBody"/>
        <w:jc w:val="left"/>
      </w:pPr>
      <w:r>
        <w:rPr>
          <w:rFonts w:ascii="Times New Roman" w:hAnsi="Times New Roman" w:eastAsia="Times New Roman" w:cs="Times New Roman"/>
        </w:rPr>
        <w:t>Vuonna 2001, tornien lankeemuksen yhteydessä, Patriot Act esikuvallistuu vuoden 1888 Blair Billissä sekä adventismin johdon ilmeisessä kapinassa Minneapolisin yleiskonferenssissa. Tämä kapina, jonka enkeli kertoi sisar Whiten mukaan esikuvallistuneen Koorahin, Datanin ja Abiramin kapinassa Moosesta vastaan, esikuvallistuu myös Kristuksen kasteessa vuonna 27 jKr., islamin hillitsemisessä 11. elokuuta 1840 sekä Itsenäisyysjulistuksessa vuonna 1776, samoin kuin ”hävityksen kauhistuksessa, josta on puhunut profeetta Daniel” merkkinä paeta tulevaa vihaa, Cestiuksen ja vuoden 66 jKr. edustamana.</w:t>
      </w:r>
    </w:p>
    <w:p>
      <w:pPr>
        <w:pStyle w:val="ArticleBody"/>
        <w:jc w:val="left"/>
      </w:pPr>
      <w:r>
        <w:rPr>
          <w:rFonts w:ascii="Times New Roman" w:hAnsi="Times New Roman" w:eastAsia="Times New Roman" w:cs="Times New Roman"/>
        </w:rPr>
        <w:t>Jos vielä voit muistaa, että se profetian linja, jota nyt tarkastelemme, on Yhdysvaltain perustuslain linja, niin kaikki edellä mainitut profeetalliset linjat myötävaikuttavat siihen ja vahvistavat sitä profeetallista teemaa, jota perustuslain linja edustaa. Kuitenkin se linja, joka näyttää olevan kaikkein kiinteimmin yhteydessä muihin, on pedon kuvan muodostumisen linja. Pedon kuva on kuva paavillisesta pedosta, joka esitetään petona, jonka yllä nainen hallitsee; tämä tarkoittaa kirkon ja valtion yhdistelmää, jossa kirkko hallitsee tätä suhdetta. Jotta Yhdysvallat voisi muodostaa pedolle kuvan, luopioituneen protestantismin on hallittava hallitusta siinä määrin, että hallitus säätää ja panee täytäntöön uskonnollisia säädöksiä ja lopulta sunnuntailain.</w:t>
      </w:r>
    </w:p>
    <w:p>
      <w:pPr>
        <w:pStyle w:val="ArticleBody"/>
        <w:jc w:val="left"/>
      </w:pPr>
      <w:r>
        <w:rPr>
          <w:rFonts w:ascii="Times New Roman" w:hAnsi="Times New Roman" w:eastAsia="Times New Roman" w:cs="Times New Roman"/>
        </w:rPr>
        <w:t>Kun pedon kuvan muodostamisen prosessi saatetaan päätökseen, perustuslaki, joka laadittiin sille ensisijaiselle periaatteelle, jonka Thomas Jefferson muotoili sanoilla ”kirkon ja valtion ero”, tullaan kumoamaan. Kun protestanttisella sarvella on valta ohjata tasavaltalaista sarvea panemaan täytäntöön uskonnollisia määräyksiä, perustuslain varsinainen ydin revitään rikki; näin ollen sinulla on profeetallinen suhde perustuslain linjan ja pedon kuvan linjan välillä.</w:t>
      </w:r>
    </w:p>
    <w:p>
      <w:pPr>
        <w:pStyle w:val="ArticleBody"/>
        <w:jc w:val="left"/>
      </w:pPr>
      <w:r>
        <w:rPr>
          <w:rFonts w:ascii="Times New Roman" w:hAnsi="Times New Roman" w:eastAsia="Times New Roman" w:cs="Times New Roman"/>
        </w:rPr>
        <w:t>Ajanjakso, jonka aikana pedon kuva muodostetaan, alkoi vuonna 2001 Patriot Actin myötä, ja se päättyy sunnuntailakiin, jolloin pedon merkki pannaan täytäntöön. Tänä ajanjaksona vihmotaan myöhäissade, sillä myöhäissade alkaa langeta silloin, kun Ilmestyskirjan kahdeksannentoista luvun väkevä enkeli laskeutuu alas ja valaisee maan kirkkaudellaan, mikä Sisaren Whiten mukaan tapahtuisi silloin, kun New Yorkin kaupungin suuret rakennukset kaadettaisiin Herran kosketuksella.</w:t>
      </w:r>
    </w:p>
    <w:p>
      <w:pPr>
        <w:pStyle w:val="ArticleScripture"/>
        <w:jc w:val="left"/>
      </w:pPr>
      <w:r>
        <w:rPr>
          <w:rFonts w:ascii="Times New Roman" w:hAnsi="Times New Roman" w:eastAsia="Times New Roman" w:cs="Times New Roman"/>
        </w:rPr>
        <w:t>”Myöhäissateen tulee langeta Jumalan kansan päälle. Väkevän enkelin on määrä astua alas taivaasta, ja koko maanpiirin tulee valaistuksi hänen kirkkaudestaan.” Review and Herald, 21. huhtikuuta 1891.</w:t>
      </w:r>
    </w:p>
    <w:p>
      <w:pPr>
        <w:pStyle w:val="ArticleBody"/>
        <w:jc w:val="left"/>
      </w:pPr>
      <w:r>
        <w:rPr>
          <w:rFonts w:ascii="Times New Roman" w:hAnsi="Times New Roman" w:eastAsia="Times New Roman" w:cs="Times New Roman"/>
        </w:rPr>
        <w:t>Myöhäissateen pirskottamisen ajanjakso edustaa aikaa, jolloin adventismin viimeisen sukupolven vehnä ja rikkavilja seulotaan ja puhdistetaan. Tämä seulominen ja puhdistaminen päättyy sunnuntailain kohdalla, ja ne viisaat neitsyet, joilla on öljy hallussaan sunnuntailain kriisin saapuessa, sinetöidään, ja sitten Pyhä Henki vuodatetaan ilman määrää siihen asti, kunnes Miikael nousee ja ihmisen koetusaika päättyy.</w:t>
      </w:r>
    </w:p>
    <w:p>
      <w:pPr>
        <w:pStyle w:val="ArticleBody"/>
        <w:jc w:val="left"/>
      </w:pPr>
      <w:r>
        <w:rPr>
          <w:rFonts w:ascii="Times New Roman" w:hAnsi="Times New Roman" w:eastAsia="Times New Roman" w:cs="Times New Roman"/>
        </w:rPr>
        <w:t>Petoeläimen kuvan muodostumisen aikana Yhdysvalloissa myöhäissade tulee tihkumaan, ja petoeläimen kuvan muodostumisen aikana maailmassa myöhäissade vuodatetaan ilman määrää.</w:t>
      </w:r>
    </w:p>
    <w:p>
      <w:pPr>
        <w:pStyle w:val="ArticleBody"/>
        <w:jc w:val="left"/>
      </w:pPr>
      <w:r>
        <w:rPr>
          <w:rFonts w:ascii="Times New Roman" w:hAnsi="Times New Roman" w:eastAsia="Times New Roman" w:cs="Times New Roman"/>
        </w:rPr>
        <w:t>Vuonna 2001 Laodikean seitsemännen päivän adventtikirkon koetus alkoi, kuten sitä esikuvallisesti ennakoivat protestantit 11. elokuuta 1840 sekä muinainen Israel silloin, kun Kristus kastettiin.</w:t>
      </w:r>
    </w:p>
    <w:p>
      <w:pPr>
        <w:pStyle w:val="ArticleScripture"/>
        <w:jc w:val="left"/>
      </w:pPr>
      <w:r>
        <w:rPr>
          <w:rFonts w:ascii="Times New Roman" w:hAnsi="Times New Roman" w:eastAsia="Times New Roman" w:cs="Times New Roman"/>
        </w:rPr>
        <w:t>”Koetuksen aika on aivan edessämme, sillä kolmannen enkelin voimallinen huuto on jo alkanut Kristuksen vanhurskauden, synnit anteeksiantavan Lunastajan, ilmoituksessa. Tämä on sen enkelin valon alku, jonka kirkkaus on täyttävä koko maan.” Selected Messages, kirja 1, 362.</w:t>
      </w:r>
    </w:p>
    <w:p>
      <w:pPr>
        <w:pStyle w:val="ArticleBody"/>
        <w:jc w:val="left"/>
      </w:pPr>
      <w:r>
        <w:rPr>
          <w:rFonts w:ascii="Times New Roman" w:hAnsi="Times New Roman" w:eastAsia="Times New Roman" w:cs="Times New Roman"/>
        </w:rPr>
        <w:t>Entisen liiton kansan lopullinen koetuksen aika alkaa silloin, kun Ilmestyskirjan kahdeksannentoista luvun enkelin valo alkaa esittää hänen sanomaansa. Hänen sanomansa on esitetty myös Ilmestyskirjan kahdeksannentoista luvun kolmessa ensimmäisessä jakeessa, ja sisar Whiten mukaan nuo kolme jaetta täyttyivät silloin, kun New Yorkin suurkaupungin suuret rakennukset sortuivat.</w:t>
      </w:r>
    </w:p>
    <w:p>
      <w:pPr>
        <w:pStyle w:val="ArticleBody"/>
        <w:jc w:val="left"/>
      </w:pPr>
      <w:r>
        <w:rPr>
          <w:rFonts w:ascii="Times New Roman" w:hAnsi="Times New Roman" w:eastAsia="Times New Roman" w:cs="Times New Roman"/>
        </w:rPr>
        <w:t>Sitten alkoi koetusprosessi, josta Johannes kuvaannollisesti puhuu Ilmestyskirjan kymmenennessä luvussa. Koetuksen sisältönä oli, ottaisitko enkelin kädessä olevan pienen kirjan ja sitten söisit sen. Tämän koetusajan kuluessa, samalla kun myöhäissadetta vihmotaan, se lankeaa ainoastaan niiden päälle, jotka valitsevat ottaa pienen kirjan ja syödä sen.</w:t>
      </w:r>
    </w:p>
    <w:p>
      <w:pPr>
        <w:pStyle w:val="ArticleScripture"/>
        <w:jc w:val="left"/>
      </w:pPr>
      <w:r>
        <w:rPr>
          <w:rFonts w:ascii="Times New Roman" w:hAnsi="Times New Roman" w:eastAsia="Times New Roman" w:cs="Times New Roman"/>
        </w:rPr>
        <w:t>”Monet ovat suuressa määrin laiminlyöneet ottaa vastaan varhaissateen. He eivät ole saaneet kaikkia niitä siunauksia, jotka Jumala on siten heille varannut. He odottavat, että puute korvataan myöhäissateella. Kun armon rikkain runsaus vuodatetaan, he aikovat avata sydämensä vastaanottamaan sen. He tekevät hirvittävän erehdyksen. Työn, jonka Jumala on alkanut ihmissydämessä antaessaan sille valonsa ja tietonsa, täytyy jatkuvasti edistyä. Jokaisen yksilön täytyy tiedostaa oma tarpeensa. Sydän on tyhjennettävä kaikesta saastaisuudesta ja puhdistettava Hengen asumista varten. Synnin tunnustamisen ja hylkäämisen kautta, hartaalla rukouksella ja antautumalla Jumalalle varhaiset opetuslapset valmistautuivat Pyhän Hengen vuodatukseen helluntaipäivänä. Sama työ, vain suuremmassa määrin, täytyy tehdä nyt. Silloin inhimillisen välikappaleen tarvitsi vain pyytää siunausta ja odottaa, että Herra saattaisi hänen kohdallaan työn täydelliseksi. Jumala on se, joka aloitti työn, ja Hän saattaa työnsä päätökseen tehden ihmisen täydelliseksi Jeesuksessa Kristuksessa. Mutta varhaissateen kuvaamaa armoa ei saa millään tavoin laiminlyödä. Vain ne, jotka elävät saamansa valon mukaisesti, saavat suurempaa valoa. Ellemme me päivä päivältä edisty toimivien kristillisten hyveiden ilmentämisessä, emme tule tunnistamaan Pyhän Hengen vaikutuksia myöhäissateessa. Se saattaa langeta sydämiin kaikkialla ympärillämme, mutta me emme sitä havaitse emmekä ota vastaan.” Testimonies to Ministers, 506, 507.</w:t>
      </w:r>
    </w:p>
    <w:p>
      <w:pPr>
        <w:pStyle w:val="ArticleBody"/>
        <w:jc w:val="left"/>
      </w:pPr>
      <w:r>
        <w:rPr>
          <w:rFonts w:ascii="Times New Roman" w:hAnsi="Times New Roman" w:eastAsia="Times New Roman" w:cs="Times New Roman"/>
        </w:rPr>
        <w:t>Ne, jotka söivät vuoden 2001 sanoman, ottivat vastaan tuohon ajanjaksoon sopivan sanoman, mutta heidän tuli joutua koeteltaviksi, jotta kävisi ilmi, olivatko he todella sisäistäneet sanoman kokemukseksi, joka oli valmistettu Jumalan sinettiä varten. Tuona ajanjaksona myöhäissade esitetään sen vuoksi vihmontana, sillä vehnä ja luste ovat yhä yhdessä. Sen tähden sisar White sanoo: ”Se saattaa langeta sydämille kaikkialla ympärillämme, mutta me emme sitä havaitse emmekä ota vastaan.” Kun viisaat erotetaan tyhmistä, myöhäissade vuodatetaan silloin ilman määrää, niin kuin helluntaina, mikä on sunnuntailain esikuva.</w:t>
      </w:r>
    </w:p>
    <w:p>
      <w:pPr>
        <w:pStyle w:val="ArticleScripture"/>
        <w:jc w:val="left"/>
      </w:pPr>
      <w:r>
        <w:rPr>
          <w:rFonts w:ascii="Times New Roman" w:hAnsi="Times New Roman" w:eastAsia="Times New Roman" w:cs="Times New Roman"/>
        </w:rPr>
        <w:t>”Edelleen nämä vertaukset opettavat, ettei tuomion jälkeen ole koetusaikaa. Kun evankeliumin työ on saatettu päätökseen, seuraa välittömästi erotus hyvien ja pahojen välillä, ja kummankin ryhmän kohtalo on iäksi määrätty.” Kristuksen vertaukset, 123.</w:t>
      </w:r>
    </w:p>
    <w:p>
      <w:pPr>
        <w:pStyle w:val="ArticleBody"/>
        <w:jc w:val="left"/>
      </w:pPr>
      <w:r>
        <w:rPr>
          <w:rFonts w:ascii="Times New Roman" w:hAnsi="Times New Roman" w:eastAsia="Times New Roman" w:cs="Times New Roman"/>
        </w:rPr>
        <w:t>Myöhäissateen vihmontakausi, jota seuraa ajanjakso, jolloin myöhäissade vuodatetaan ilman määrää, esitetään myös kahtena ajanjaksona, joiden aikana tuomio pannaan täytäntöön Jumalan kansan ylle. Ensimmäinen Jumalan kansaan kohdistuvan tuomion ajanjakso alkoi Jumalan huoneesta 11. syyskuuta 2001, ja sunnuntailain tuomiossa tuomio pannaan sitten täytäntöön Jumalan muun lauman osalta, niiden kohdalla, jotka vastaavat tai hylkäävät kolmannen enkelin suuren huudon, joka alkaa sunnuntailain myötä Yhdysvalloissa ja päättyy, kun Miikael nousee ja ihmisen koetusaika sulkeutuu.</w:t>
      </w:r>
    </w:p>
    <w:p>
      <w:pPr>
        <w:pStyle w:val="ArticleBody"/>
        <w:jc w:val="left"/>
      </w:pPr>
      <w:r>
        <w:rPr>
          <w:rFonts w:ascii="Times New Roman" w:hAnsi="Times New Roman" w:eastAsia="Times New Roman" w:cs="Times New Roman"/>
        </w:rPr>
        <w:t>Myöhäissateen kaksi ajanjaksoa, jotka ovat myös ne kaksi tuomion ajanjaksoa, joista ensimmäinen alkaa Jumalan huoneesta ja siirtyy sitten Jumalan toisen lauman luo, ovat myös pedon kuvan muodostumisen kaksi ajanjaksoa.</w:t>
      </w:r>
    </w:p>
    <w:p>
      <w:pPr>
        <w:pStyle w:val="ArticleBody"/>
        <w:jc w:val="left"/>
      </w:pPr>
      <w:r>
        <w:rPr>
          <w:rFonts w:ascii="Times New Roman" w:hAnsi="Times New Roman" w:eastAsia="Times New Roman" w:cs="Times New Roman"/>
        </w:rPr>
        <w:t>Ensimmäisen noista kahdesta profeetallisesta ajanjaksosta sisällä, jolloin tuomio kohtaa Jumalan seurakunnan ja myös Yhdysvallat, on juuri sama historia, jossa sekä republikaaninen sarvi että protestanttinen sarvi tuomitaan. Juuri siinä kohdassa, jossa laodikealainen adventismi syljetään ulos Herran suusta, Yhdysvallat täyttää koetusaikansa maljan, ja kansallinen hävitys kohtaa kansakuntaa, ja Saatana ilmestyy ja alkaa silloin ihmeellisen työnsä. Sata neljäkymmentäneljä tuhatta sinetöidään ja korotetaan lipuksi sunnuntailain aikana.</w:t>
      </w:r>
    </w:p>
    <w:p>
      <w:pPr>
        <w:pStyle w:val="ArticleBody"/>
        <w:jc w:val="left"/>
      </w:pPr>
      <w:r>
        <w:rPr>
          <w:rFonts w:ascii="Times New Roman" w:hAnsi="Times New Roman" w:eastAsia="Times New Roman" w:cs="Times New Roman"/>
        </w:rPr>
        <w:t>Meille ilmoitetaan, että on mahdotonta antaa minkäänlaista käsitystä ”Jumalan kansan kokemuksesta, niiden, jotka ovat elossa maan päällä silloin, kun taivaallinen kirkkaus ja menneisyyden vainojen toistuminen yhdistyvät”.</w:t>
      </w:r>
    </w:p>
    <w:p>
      <w:pPr>
        <w:pStyle w:val="ArticleScripture"/>
        <w:jc w:val="left"/>
      </w:pPr>
      <w:r>
        <w:rPr>
          <w:rFonts w:ascii="Times New Roman" w:hAnsi="Times New Roman" w:eastAsia="Times New Roman" w:cs="Times New Roman"/>
        </w:rPr>
        <w:t>”Saatana on ahkera Raamatun tutkija. Hän tietää, että hänen aikansa on lyhyt, ja hän pyrkii jokaisessa kohdassa tekemään tyhjäksi Herran työn tällä maan päällä. On mahdotonta antaa minkäänlaista käsitystä siitä kokemuksesta, jonka Jumalan kansa kohtaa eläessään maan päällä aikana, jolloin taivaallinen kirkkaus ja menneiden aikojen vainojen toistuminen liittyvät yhteen. He vaeltavat valossa, joka lähtee Jumalan valtaistuimelta. Enkelien välityksellä taivaan ja maan välillä vallitsee lakkaamaton yhteys. Ja Saatana, pahoista enkeleistä ympäröitynä ja väittäen olevansa Jumala, tekee kaikenlaisia ihmeitä pettääkseen, jos mahdollista, valitutkin. Jumalan kansa ei löydä turvaansa ihmeiden tekemisestä, sillä Saatana jäljittelee ne ihmeet, joita tehdään. Jumalan koeteltu ja tutkittu kansa löytää voimansa siitä merkistä, josta puhutaan 2. Moos. 31:12–18. Heidän tulee asettua elävän sanan varaan: ’Kirjoitettu on.’ Tämä on ainoa perustus, jolla he voivat seistä turvallisesti. Ne, jotka ovat rikkoneet liittonsa Jumalan kanssa, ovat sinä päivänä ilman Jumalaa ja ilman toivoa.” Testimonies, osa 9, s. 16.</w:t>
      </w:r>
    </w:p>
    <w:p>
      <w:pPr>
        <w:pStyle w:val="ArticleBody"/>
        <w:jc w:val="left"/>
      </w:pPr>
      <w:r>
        <w:rPr>
          <w:rFonts w:ascii="Times New Roman" w:hAnsi="Times New Roman" w:eastAsia="Times New Roman" w:cs="Times New Roman"/>
        </w:rPr>
        <w:t>Menneisyyden vainojen toistuminen alkaa Yhdysvalloissa annettavan sunnuntailain myötä, sillä Saatana aloittaa tuolloin ihmeellisen työnsä, ja viisaat neitsyet, jotka ovat jo olleet ”koeteltuja ja testattuja”, tulevat silloin ”vaeltamaan valossa, joka lähtee Jumalan valtaistuimelta”. Tämä toteutuu enkelien työn kautta, sillä ”enkelien välityksellä on oleva jatkuva yhteys taivaan ja maan välillä.”</w:t>
      </w:r>
    </w:p>
    <w:p>
      <w:pPr>
        <w:pStyle w:val="ArticleScripture"/>
        <w:jc w:val="left"/>
      </w:pPr>
      <w:r>
        <w:rPr>
          <w:rFonts w:ascii="Times New Roman" w:hAnsi="Times New Roman" w:eastAsia="Times New Roman" w:cs="Times New Roman"/>
        </w:rPr>
        <w:t>”Voidellut, jotka seisovat kaiken maan Herran edessä, ovat siinä asemassa, joka kerran annettiin Saatanalle peittävänä kerubina. Hänen valtaistuintaan ympäröivien pyhien olentojen kautta Herra ylläpitää jatkuvaa yhteyttä maan asukkaisiin. Kultainen öljy edustaa sitä armoa, jolla Jumala pitää uskovien lamput varustettuina, etteivät ne lepata ja sammu. Ellei tätä pyhää öljyä vuodatettaisi taivaasta Jumalan Hengen sanomissa, pahan voimat hallitsisivat ihmisiä kokonaan.</w:t>
      </w:r>
    </w:p>
    <w:p>
      <w:pPr>
        <w:pStyle w:val="ArticleScripture"/>
        <w:jc w:val="left"/>
      </w:pPr>
      <w:r>
        <w:rPr>
          <w:rFonts w:ascii="Times New Roman" w:hAnsi="Times New Roman" w:eastAsia="Times New Roman" w:cs="Times New Roman"/>
        </w:rPr>
        <w:t>“Jumalaa häväistään, kun emme ota vastaan niitä ilmoituksia, jotka hän meille lähettää. Siten torjumme sen kultaisen öljyn, jonka hän tahtoisi vuodattaa sieluihimme välitettäväksi niille, jotka ovat pimeydessä. Kun kuuluu huuto: ‘Katso, ylkä tulee; menkää häntä vastaan,’ ne, jotka eivät ole vastaanottaneet pyhää öljyä, jotka eivät ole vaalineet Kristuksen armoa sydämissään, huomaavat tyhmien neitsyiden tavoin, etteivät he ole valmiit kohtaamaan Herraansa. Heillä ei itsessään ole voimaa hankkia öljyä, ja heidän elämänsä joutuu perikatoon. Mutta jos pyydämme Jumalan Pyhää Henkeä, jos anomme Mooseksen tavoin: ‘Anna minun nähdä kirkkautesi,’ Jumalan rakkaus vuodatetaan sydämiimme. Kultaisten putkien kautta kultainen öljy välitetään meille. ‘Ei väellä eikä voimalla, vaan minun Hengelläni, sanoo Herra Sebaot.’ Ottaessaan vastaan Vanhurskauden Auringon kirkkaat säteet Jumalan lapset loistavat valoina maailmassa.” Review and Herald, 20. heinäkuuta 1897.</w:t>
      </w:r>
    </w:p>
    <w:p>
      <w:pPr>
        <w:pStyle w:val="ArticleBody"/>
        <w:jc w:val="left"/>
      </w:pPr>
      <w:r>
        <w:rPr>
          <w:rFonts w:ascii="Times New Roman" w:hAnsi="Times New Roman" w:eastAsia="Times New Roman" w:cs="Times New Roman"/>
        </w:rPr>
        <w:t>Viisaat ovat ne, jotka on sinetöity Ilmestyskirjan seitsemännessä luvussa ja Hesekielin yhdeksännessä luvussa ja jotka asetetaan vastakohdaksi tyhmille, jotka häpäisevät Herraa kieltäytymällä vastaanottamasta ”hänen lähettämiään tiedonantoja”. Tyhmät ovat niitä, ”jotka ovat rikkoneet liittonsa Jumalan kanssa ja jotka sinä päivänä ovat ilman Jumalaa ja ilman toivoa”. Nuo kaksi luokkaa koeteltiin ja saatettiin siihen pisteeseen, jossa ne ilmaisivat luonteensa sen perusteella, hyväksyivätkö vai hylkäsivätkö ne hetken sanoman. Hetken sanoma 11. syyskuuta 2001 lähtien on ollut myöhäissateen sanoma.</w:t>
      </w:r>
    </w:p>
    <w:p>
      <w:pPr>
        <w:pStyle w:val="ArticleBody"/>
        <w:jc w:val="left"/>
      </w:pPr>
      <w:r>
        <w:rPr>
          <w:rFonts w:ascii="Times New Roman" w:hAnsi="Times New Roman" w:eastAsia="Times New Roman" w:cs="Times New Roman"/>
        </w:rPr>
        <w:t>Myöhäissateen sanoma tunnistetaan käsky käskyn päälle, läksy läksyn päälle -menetelmän avulla, sellaisena kuin se esitetään Jesajan kahdennessakymmenennessäkahdeksannessa luvussa. Käsky käskyn päälle, läksy läksyn päälle -menetelmä on Jumalan asettama raamatuntutkimisen menetelmä, ja sen tähden tämän menetelmän hylkääminen ei merkitse ainoastaan sen sanoman hylkäämistä, joka tuodaan esiin soveltamalla periaatetta käsky käskyn päälle, vähän täältä, vähän tuolta, vaan se merkitsee myös itse tämän menetelmän Antajan hylkäämistä.</w:t>
      </w:r>
    </w:p>
    <w:p>
      <w:pPr>
        <w:pStyle w:val="ArticleBody"/>
        <w:jc w:val="left"/>
      </w:pPr>
      <w:r>
        <w:rPr>
          <w:rFonts w:ascii="Times New Roman" w:hAnsi="Times New Roman" w:eastAsia="Times New Roman" w:cs="Times New Roman"/>
        </w:rPr>
        <w:t>Koska niiden innoitettujen rajojen perusteella, jotka on ilmoitettu siinä koettelemisprosessissa, joka johtaa sadan neljänkymmenenneljän tuhannen sinetöimiseen, on ilmeistä, että ainoa tapa, jolla Jumalan lapsi voi kulkea sen historian halki, jossa ”taivaallinen kirkkaus ja menneisyyden vainojen toistuminen liittyvät yhteen”, on olla sellaisessa kokemuksessa, jossa Jumalan valtaistuimelta tuleva valo voidaan tunnistaa. Se täytyy tunnistaa, muutoin se on hyödytön, ja me olemme kadotetut.</w:t>
      </w:r>
    </w:p>
    <w:p>
      <w:pPr>
        <w:pStyle w:val="ArticleScripture"/>
        <w:jc w:val="left"/>
      </w:pPr>
      <w:r>
        <w:rPr>
          <w:rFonts w:ascii="Times New Roman" w:hAnsi="Times New Roman" w:eastAsia="Times New Roman" w:cs="Times New Roman"/>
        </w:rPr>
        <w:t>”Meidän ei tule odottaa myöhäissadetta. Se tulee kaikkien niiden osaksi, jotka tunnistavat ja omaksuvat armon kasteen ja sadekuurot, jotka lankeavat meidän päällemme. Kun kokoamme valon sirpaleet, kun arvostamme Jumalan varmoja laupeuksia, hänen, joka mielellään näkee meidän luottavan Häneen, silloin jokainen lupaus täyttyy. [Jesaja 61:11 siteerattu.] Koko maa on täyttyvä Jumalan kirkkaudesta.” The Seventh-day Adventist Bible Commentary, osa 7, s. 984.</w:t>
      </w:r>
    </w:p>
    <w:p>
      <w:pPr>
        <w:pStyle w:val="ArticleBody"/>
        <w:jc w:val="left"/>
      </w:pPr>
      <w:r>
        <w:rPr>
          <w:rFonts w:ascii="Times New Roman" w:hAnsi="Times New Roman" w:eastAsia="Times New Roman" w:cs="Times New Roman"/>
        </w:rPr>
        <w:t>Ajanjaksolla, joka alkoi, kun Ilmestyskirjan kahdeksantoista luvun enkeli täyttää koko maan kirkkaudellaan, alkaen 11. syyskuuta 2001, myöhäissade on tullut vain niiden ”päälle”, ”jotka” ovat ”tunnistaneet ja omaksuneet sen armon kasteen ja kuurot, joka” ”lankeaa päällemme”. Se ”suuri erehdys”, jonka sisar White aiemmin osoitti, oli siinä, että tyhmät neitsyet luulivat voivansa odottaa siihen saakka, kunnes myöhäissade vuodatettaisiin ilman mittaa, sillä silloin he ajattelivat voivansa saavuttaa menetetyn ajan takaisin. Ei niin; ainoastaan ne, jotka kasvavat ymmärryksessään Jumalan profeetallisesta Sanasta, saavat enemmän valoa.</w:t>
      </w:r>
    </w:p>
    <w:p>
      <w:pPr>
        <w:pStyle w:val="ArticleBody"/>
        <w:jc w:val="left"/>
      </w:pPr>
      <w:r>
        <w:rPr>
          <w:rFonts w:ascii="Times New Roman" w:hAnsi="Times New Roman" w:eastAsia="Times New Roman" w:cs="Times New Roman"/>
        </w:rPr>
        <w:t>Päättäessämme tämän artikkelin se asia, jonka tahdon tuoda esiin, liittyy siihen tarkoitukseen, joka nykyisellä koetuksen ajalla on. Jos meidän on määrä “vaeltaa valossa, joka lähtee Jumalan valtaistuimelta” aikana, jolloin menneisyyden vainot toistuvat, meidän on hallittava profeetallinen Sana ennen kriisin puhkeamista.</w:t>
      </w:r>
    </w:p>
    <w:p>
      <w:pPr>
        <w:pStyle w:val="ArticleBody"/>
        <w:jc w:val="left"/>
      </w:pPr>
      <w:r>
        <w:rPr>
          <w:rFonts w:ascii="Times New Roman" w:hAnsi="Times New Roman" w:eastAsia="Times New Roman" w:cs="Times New Roman"/>
        </w:rPr>
        <w:t>Ensimmäisessä luvussa Daniel ja kolme urhoa olivat jo saattaneet koulutuksensa täydellisyyteen, ennen kuin he menivät Nebukadnessarin koeteltaviksi. Neljänkymmenen päivän ajan Kristus avasi opetuslasten ymmärrykselle profeetallisen Sanan etukäteen ennen niitä kymmentä päivää, joiden aikana opetuslapset saattoivat yhteytensä täydellisyyteen. Sitten tuli helluntai, joka on sunnuntailain esikuva.</w:t>
      </w:r>
    </w:p>
    <w:p>
      <w:pPr>
        <w:pStyle w:val="ArticleBody"/>
        <w:jc w:val="left"/>
      </w:pPr>
      <w:r>
        <w:rPr>
          <w:rFonts w:ascii="Times New Roman" w:hAnsi="Times New Roman" w:eastAsia="Times New Roman" w:cs="Times New Roman"/>
        </w:rPr>
        <w:t>Danielin kolmannessa luvussa Sadrak, Meesak ja Abed-Nego ilmoittivat Nebukadnessarille, etteivät he tarvinneet lisäaikaa, sillä he olivat jo ratkaisseet, mitä heidän tuli tehdä sunnuntailain koetuksen aikana. Heidän uskollisuutensa tuli korotetuksi, kun he vaelsivat pätsissä Kristuksen kanssa, ja sanoma, johon he olivat jo asettuneet ennen koetusta, vietiin koko silloin tunnettuun maailmaan kaikkien niiden vierailevien arvomiesten välityksellä, jotka näkivät ihmeen pätsissä.</w:t>
      </w:r>
    </w:p>
    <w:p>
      <w:pPr>
        <w:pStyle w:val="ArticleBody"/>
        <w:jc w:val="left"/>
      </w:pPr>
      <w:r>
        <w:rPr>
          <w:rFonts w:ascii="Times New Roman" w:hAnsi="Times New Roman" w:eastAsia="Times New Roman" w:cs="Times New Roman"/>
        </w:rPr>
        <w:t>Jatkamme näiden ajatusten käsittelyä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Neljännenkymmenennen jakeen kätketty historia - numero kolme</dc:title>
  <dc:subject>Sunnuntailaki ja profeetallinen matka: Patriot Actista viimeiseen koetukseen</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