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Neljakümnenda salmi varjatud ajalugu – number viis</w:t>
      </w:r>
    </w:p>
    <w:p>
      <w:pPr>
        <w:pStyle w:val="ArticleSubtitle"/>
        <w:jc w:val="left"/>
      </w:pPr>
      <w:r>
        <w:rPr>
          <w:rFonts w:ascii="Arial" w:hAnsi="Arial" w:eastAsia="Arial" w:cs="Arial"/>
        </w:rPr>
        <w:t>Ensimmäisten neljän artiklan virkistäminen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Palatessamme tunnistamaan neljännenkymmenennen jakeen kätketyn historian näyttää viisaalta ensin kerrata tämän sarjan neljän ensimmäisen artikkelin perusteet. Tämän sarjan ensimmäinen neljästä artikkelista esitti profeetallisen tulkinnan, jossa Kristus kuvataan Juudan heimon Leijonana (sekä Alfana ja Omegana), joka ratkaisevina hetkinä avaa Danielin kirjan yhdenteentoista lukuun sinetöityjä osuuksia ohjatakseen 144 000:n lopullista uskonpuhdistusliikettä. Siinä osoitetaan, että ensimmäisen ja toisen enkelin historia yhtyy kolmannen enkelin sanoman historiaan, ja siten tunnistetaan, että vuonna 1989 (126 vuotta vuoden 1863 adventistisen kapinan jälkeen) Leijona avasi Daniel 11:40–45:n. Nuo avatuksi tulleet jakeet jäljittävät paavikunnan vuonna 1798 saaman kuolinhaavan, sen paranemisen lohikäärmeen, pedon ja väärän profeetan kolmiliiton kautta, joka johtaa edelleen Harmagedoniin neljännenkymmenennenviidennen jakeen ”ihanalla pyhällä vuorella”. Kun sadan neljänkymmenenneljän tuhannen liike lähestyy pian tulevaa sunnuntailakia Yhdysvalloissa, neljännenkymmenennen jakeen kätketty historia (ulottuen vuodesta 1989 tuohon sunnuntailakiin) alkoi avautua heinäkuussa 2023.</w:t>
      </w:r>
    </w:p>
    <w:p>
      <w:pPr>
        <w:pStyle w:val="ArticleBody"/>
        <w:jc w:val="left"/>
      </w:pPr>
      <w:r>
        <w:rPr>
          <w:rFonts w:ascii="Times New Roman" w:hAnsi="Times New Roman" w:eastAsia="Times New Roman" w:cs="Times New Roman"/>
        </w:rPr>
        <w:t>Perustuen Ellen White’n selitykseen, jonka mukaan sinetöimättömän Danielin kirjan se osa, joka liittyy viimeisiin päiviin, tuottaa ”tiedon lisääntymisen”, joka valmistaa kansan kestämään, ”öljy” tunnistetaan Pyhäksi Hengeksi, jumalallisiksi sanomiksi ja luonteeksi kymmenen neitsyen vertauksessa. Sinetin avaaminen käynnisti Daniel 12:10:n kolmivaiheisen koettelemisprosessin, jossa monet ”puhdistetaan, valkaistaan ja koetellaan”. Tämä historia edustaa useita profeetallisia ajankohtia, jolloin profetia avattiin, alkaen vuodesta 1989, syyskuun 11. päivästä 2001 ja heinäkuusta 2023. Nämä eri sinetin avaamiset edustavat ajanjaksoa vuodesta 1989 syyskuun 11. päivään, ajanjaksoa syyskuun 11. päivästä pian tulevaan sunnuntailakiin sekä viivytyksen ajan ajanjaksoa 18. heinäkuuta 2020:sta 31. joulukuuta 2023:een, jolloin Keskiyön huudon sanoma vähitellen avataan sunnuntailakiin asti.</w:t>
      </w:r>
    </w:p>
    <w:p>
      <w:pPr>
        <w:pStyle w:val="ArticleBody"/>
        <w:jc w:val="left"/>
      </w:pPr>
      <w:r>
        <w:rPr>
          <w:rFonts w:ascii="Times New Roman" w:hAnsi="Times New Roman" w:eastAsia="Times New Roman" w:cs="Times New Roman"/>
        </w:rPr>
        <w:t>Niiden ehdokkaiden herättäminen, joiden on määrä kuulua sadan neljänkymmenenneljän tuhannen joukkoon ja joita edustavat Hesekiel 37:n kuivat luut sekä Ilmestyskirjan luvun yksitoista kaksi todistajaa, jotka nousevat seisomaan täyttyessään Hengellä, toteutuu sinettien avaamisen kautta. Jos Jumalan kansa ei herää tähän ”kallisarvoiseen valoon”, joka osoittaa paavillisen vallan ja sunnuntailain kaltaisia vaaroja, harhaopit seulovat heitä (erottaen akanat vehnästä). Aikaisemmat profeetalliset tienviitat, kuten vuoden 1888 Blairin lakiesitys ja Patriot Act, tunnistetaan profeetallisiksi varoituksiksi. Kirjoituksessa todetaan, että kaikki aiemmat Danielin luvussa yksitoista esitetyt profeetallisen historian linjat toistuvat jakeissa 40–45. Kirjoituksessa todetaan, että pedon kuva muodostetaan ensin Yhdysvalloissa ja sitten maailmassa, kuten 321 ja ensimmäinen sunnuntailaki esikuvallisesti osoittavat, minkä jälkeen seuraa maailmanlaajuinen pedon kuva, jota 538 esikuvallisesti kuvaa, kun Miikael nousee ja koetusaika päättyy.</w:t>
      </w:r>
    </w:p>
    <w:p>
      <w:pPr>
        <w:pStyle w:val="ArticleBody"/>
        <w:jc w:val="left"/>
      </w:pPr>
      <w:r>
        <w:rPr>
          <w:rFonts w:ascii="Times New Roman" w:hAnsi="Times New Roman" w:eastAsia="Times New Roman" w:cs="Times New Roman"/>
        </w:rPr>
        <w:t>Neljästä artikkelista toinen jatkaa profeetallista viitekehystä tunnistamalla vuoden 2001 Patriot Actin Yhdysvaltojen ”puhumiseksi” Ilmestyskirjan 13:11 täyttymyksenä. Patriot Act oli ensimmäinen kolmesta perustuslaillisesta hylkäämisestä, jotka ovat rinnakkaisia Raamatun profetian kuudennen valtakunnan alussa olevien kolmen tienviitan kanssa: vuoden 1776 itsenäisyysjulistus, vuoden 1789 perustuslaki ja vuoden 1798 muukalais- ja kapinalait. Vuoden 1888 epäonnistunut Blair Bill, yritys säätää kansallinen sunnuntailaki, peruutettiin Cestiuksen vuoden 66 piirityksen kaltaisesti; molemmat esikuvallistaen vuotta 2001, jolloin Patriot Act käynnisti pedon kuvan koetusajan Yhdysvalloissa. Patriot Act vastaa vuotta 1776 ja korvasi englantilaisen ”syytön, kunnes syyllisyys näytetään toteen” -common lawn roomalaisella ”syyllinen, kunnes syyttömyys näytetään toteen” -siviilioikeudella. Keskimmäinen tienviitta, jota edustaa vuosi 1789 — tammikuussa 2022 alkaneet Pelosi-oikeudenkäynnit — polki menettelyllistä ja aineellista asianmukaista oikeudenkäyntiä poliittisen oikeussodankäynnin, false flag -operaatioiden ja virastokorruption kautta kieltäen avoimesti perustavanlaatuiset oikeudet. Nämä kolme puhumisen tienviittaa — vuoden 2001 Patriot Act, vuoden 2022 Pelosi-oikeudenkäynnit ja tuleva sunnuntailaki — hylkäävät asteittain jokaisen Yhdysvaltain perustuslain periaatteen.</w:t>
      </w:r>
    </w:p>
    <w:p>
      <w:pPr>
        <w:pStyle w:val="ArticleBody"/>
        <w:jc w:val="left"/>
      </w:pPr>
      <w:r>
        <w:rPr>
          <w:rFonts w:ascii="Times New Roman" w:hAnsi="Times New Roman" w:eastAsia="Times New Roman" w:cs="Times New Roman"/>
        </w:rPr>
        <w:t>Silloin protestanttisuus lyöttäytyy yhteen paaviuden ja spiritualismin kanssa tässä kolminkertaisessa liitossa, jolloin Yhdysvallat puhuu lohikäärmeen tavoin, muodostaa täysin pedon kuvan, täyttää koetuksensa maljan ja lakkaa olemasta kuudes valtakunta. Kansallista luopumusta seuraa silloin kansallinen perikato. Puhuminen sunnuntailain kohdalla on esikuvallisesti kuvattu Konstantinuksen vuonna 321 antaman ensimmäisen sunnuntailain alkamisessa, ja sitten sen päättyminen sekä viimeinen sunnuntailaki esitetään vuodella 538.</w:t>
      </w:r>
    </w:p>
    <w:p>
      <w:pPr>
        <w:pStyle w:val="ArticleBody"/>
        <w:jc w:val="left"/>
      </w:pPr>
      <w:r>
        <w:rPr>
          <w:rFonts w:ascii="Times New Roman" w:hAnsi="Times New Roman" w:eastAsia="Times New Roman" w:cs="Times New Roman"/>
        </w:rPr>
        <w:t>Kaikki nämä tapahtumat ovat kätkettyinä Daniel 11:40:n profeetalliseen historiaan, joka kulkee rinnakkain milleriittisen linjan sekä Kristuksesta ristille ulottuvan linjan kanssa. Ilmestyskirja 12:15–16 esittää perustuslain ”maana”, joka kerran nieli lohikäärmeen vainon tulvan, mutta joka lopulta puhuu kuin lohikäärme pian tulevan sunnuntailain yhteydessä. Ellen Whiten varoitus teoksessa Testimonies, osa 5 (sivut 711 ja 451, 452), että mikä tahansa paavikunnalle myönnytyksiä tekevä uskonnollinen lainsäädäntö, sekä se, että sunnuntailaki paljastaa lohikäärmeen hengen, vahvistaa, että vuosien 1776, 1789 ja 1798 kolme askelta ovat tienviittoja, jotka esikuvallistavat lopullisen kolmivaiheisen koetuksen prosessin, joka päättyy viimeiseen koetukseen, ja koetuksen prosessi on se, mikä valmistaa Jumalan kansan kestämään.</w:t>
      </w:r>
    </w:p>
    <w:p>
      <w:pPr>
        <w:pStyle w:val="ArticleBody"/>
        <w:jc w:val="left"/>
      </w:pPr>
      <w:r>
        <w:rPr>
          <w:rFonts w:ascii="Times New Roman" w:hAnsi="Times New Roman" w:eastAsia="Times New Roman" w:cs="Times New Roman"/>
        </w:rPr>
        <w:t>Kolmas artikkeli syventää edelleen Ellen Whiten varoituksia teoksessa Testimonies, osa 5, sivut 451, 452, ja esittää, että pian Yhdysvalloissa tuleva sunnuntailaki merkitsee ratkaisevaa hetkeä, jolloin kansakunta irtautuu täydellisesti vanhurskaudesta, toteuttaa kolminkertaisen liiton (protestantismin tarttuessa roomalaisuuteen ja spiritismiin). Yhdysvallat hylkää silloin jokaisen perustuslaillisen periaatteen protestanttisena ja tasavaltalaisena hallituksena sekä levittää paavillisia harhoja. Tämä on merkki siitä, että Jumalan pitkämielisyyden raja on saavutettu, ja näin kansakunnan synnin malja täyttyy, mikä saa laupeuden enkelin poistumaan ja käynnistää kansallisen perikadon. Silloin saapuu vastaus niiden marttyyrien huutoon viidennessä sinetissä: ”Kuinka kauan?”, kun toinen joukko paavillisia marttyyreja tulee täyteen. Lohikäärmeen henki paljastuu, kun ”sunnuntailiike” puhuu — toimien nykyajan ”hävityksen kauhistuksena” (josta Daniel puhui ja johon Kristus viittasi) merkkinä paeta kaupungeista ennen hävitystä. Sunnuntailaki on sen perustuslain asteittaisen hylkäämisen päätös, joka alkoi vuonna 2001 Patriot Act -lailla (esikuvinaan vuoden 1888 Blairin lakiesitykset, Cestiuksen piiritys vuonna 66 jKr., Kristuksen kaste, 11. elokuuta 1840 ja The Declaration of Independence).</w:t>
      </w:r>
    </w:p>
    <w:p>
      <w:pPr>
        <w:pStyle w:val="ArticleBody"/>
        <w:jc w:val="left"/>
      </w:pPr>
      <w:r>
        <w:rPr>
          <w:rFonts w:ascii="Times New Roman" w:hAnsi="Times New Roman" w:eastAsia="Times New Roman" w:cs="Times New Roman"/>
        </w:rPr>
        <w:t>Pedon kuvan muodostumisen ajanjakso Yhdysvalloissa sisältää monisyisen kaksinkertaisen kehityslinjan, johon kuuluvat rinnakkaiset republikaaniset (poliittiset) ja protestanttiset (uskonnolliset) ”sarvet”, jotka lopulta yhtyvät kirkon ja valtion yhteiseen sunnuntailakien toimeenpanoon. Tämä suhde heijastaa paavillisen pedon vaimon valtaa pedon yli, ja se ilmenee täydellisesti kumottaessa perustuslain ydinsääntö, kirkon ja valtion erottamisen periaate.</w:t>
      </w:r>
    </w:p>
    <w:p>
      <w:pPr>
        <w:pStyle w:val="ArticleBody"/>
        <w:jc w:val="left"/>
      </w:pPr>
      <w:r>
        <w:rPr>
          <w:rFonts w:ascii="Times New Roman" w:hAnsi="Times New Roman" w:eastAsia="Times New Roman" w:cs="Times New Roman"/>
        </w:rPr>
        <w:t>Sisäisesti pedon kuvan koetusaika koettelee luonteen muodostumista (Kristuksen kuva vastaan Saatanan pedon kuva) kaikkien ihmisten keskuudessa erottaen viisaat ja tyhmät neitsyet, samalla kun se ulkoisesti osoittaa viimeisten päivien poliittiset kamppailut, liittoumat ja rikotut sopimukset. Vuosien 2001 ja sunnuntailain välisenä aikana alkaa myöhäissateen vihmonta (alkaen siitä, kun Ilmestyskirjan 18. luvun enkeli laskeutui 11. syyskuuta 2001 valaisten maan New Yorkin suurten rakennusten lankeemuksen kautta). 11.9. käynnistää Laodikean seitsemännen päivän adventismin seulonnan sen kautta, hyväksytäänkö vai hylätäänkö se ”pienen kirjan” sanoma, joka Ilmestyskirjan 10. luvun mukaisesti tulee syödä. Vehnä ja luste pysyvät yhdessä niiden erottamiseen asti sunnuntailaissa, jolloin sata neljäkymmentäneljä tuhatta korotetaan lipuksi ja myöhäissateen täyden vuodatuksen saapuminen tapahtuu maailmanlaajuisen pedon kuvan muodostamisen aikana, jonka esikuvana ovat vuodet 321–538. Sitten alkaa suuren joukon kokoaminen Babylonista, kunnes Miikael nousee ja koetusaika päättyy. Tämä on sopusoinnussa sen kanssa, että tuomio alkaa ensin Jumalan huoneesta 11.9.:stä lähtien ja siirtyy sitten yhdennentoista hetken työntekijöihin sunnuntailain jälkeen.</w:t>
      </w:r>
    </w:p>
    <w:p>
      <w:pPr>
        <w:pStyle w:val="ArticleBody"/>
        <w:jc w:val="left"/>
      </w:pPr>
      <w:r>
        <w:rPr>
          <w:rFonts w:ascii="Times New Roman" w:hAnsi="Times New Roman" w:eastAsia="Times New Roman" w:cs="Times New Roman"/>
        </w:rPr>
        <w:t>Kolmas artikla korostaa, että selviytyminen siitä ajanjaksosta, jolloin taivaallinen kirkkaus ja menneet vainot sulautuvat yhteen ja toistuvat, edellyttää ennalta saavutettua profetian hallintaa Jesajan 28:n rivi rivin päälle -metodin kautta. Tätä metodologiaa havainnollistavat Danielin arvolliset, Kristuksen opetuslapset ennen helluntaita sekä Sadrak, Meesak ja Abednego pätsissä, jotka ovat esikuvia niistä, jotka on valmistettu seisomaan lujasti sanan ”Kirjoitettu on” varassa saatanan ihmeellisten vaikutusten ja väärennösten keskellä.</w:t>
      </w:r>
    </w:p>
    <w:p>
      <w:pPr>
        <w:pStyle w:val="ArticleBody"/>
        <w:jc w:val="left"/>
      </w:pPr>
      <w:r>
        <w:rPr>
          <w:rFonts w:ascii="Times New Roman" w:hAnsi="Times New Roman" w:eastAsia="Times New Roman" w:cs="Times New Roman"/>
        </w:rPr>
        <w:t>Neljäs artikkeli selittää, että pedon kuvan muodostumiseen Yhdysvalloissa liittyvä profeetallinen koetusprosessi kulkee rinnakkain kolmen perustuslaillisen tienviitan kanssa ja kietoutuu niihin yhteen (Patriot Act vuonna 2001 alkuperäisenä ”puhumisena”, Pelosi-oikeudenkäynnit vuonna 2022 keskivaiheena ja sunnuntailaki lopullisena). Koetusprosessi valmistaa viisaat neitsyet (144 000) kestämään vainon kruunaavan koetuksen, joka alkaa sunnuntailaista, jolloin kansallinen luopumus johtaa tuhoon. Tämän jälkeen Saatana päästää valloilleen ihmeellisiä väärennöksiä (väittäen olevansa Jumala ihmeiden kautta), ja taivaallinen kirkkaus sekoittuu menneiden vainojen toistumiseen, sallien Jumalan kansan vaeltaa horjumatta siinä valossa, joka lähtee Jumalan valtaistuimelta. Tämä valmistus heijastaa Kristuksen toimintatapaa Johanneksen evankeliumin kuudennessa luvussa (kuten The Desire of Ages, 394 kommentoi), jossa Hän salli ankaran koetuksen kitkeäkseen pois itsekkäitä etuja tavoittelevat seuraajat varhain ja vahvistaakseen todellisia opetuslapsia heidän lopullista koetustaan varten (Getsemane, kavallus, ristiinnaulitseminen) läsnäolollaan. Samoin pedon kuvan koe — käsittäen sekä sisäisen luonteenmuodostuksen (Kristuksen kuva vastaan Saatanan pedon kuva) että ulkoisen kirkon ja valtion liiton, joka kumoaa kirkon ja valtion eron — seuloa Laodikean adventismin. Koetus puhdistaa viisaat siten, että he ottavat vastaan sinetöimättömän sanoman jakeittain-jakeille -metodologian kautta, Isaiah 28.</w:t>
      </w:r>
    </w:p>
    <w:p>
      <w:pPr>
        <w:pStyle w:val="ArticleBody"/>
        <w:jc w:val="left"/>
      </w:pPr>
      <w:r>
        <w:rPr>
          <w:rFonts w:ascii="Times New Roman" w:hAnsi="Times New Roman" w:eastAsia="Times New Roman" w:cs="Times New Roman"/>
        </w:rPr>
        <w:t>Sinetöimätön valo on seitsemännen sinetin valo (Ilmestys 8:1–5), joka ilmenee maan päälle heitettynä tulena vastauksena pyhien rukouksiin, niin kuin sitä esikuvallisesti kuvastivat helluntain vuodattamisessa ilmenneet tuliset kielet. Sinetöimätöntä valoa edusti myös milleriittien keskiyön huuto (joka valmisti uskon kautta tapahtuvaa sisäänkäyntiä kaikkeinpyhimpään), ja joka täyttyy nykyajan keskiyön huudossa, joka avattiin heinäkuussa 2023 Daniel 11:40:n kätketyssä historiassa.</w:t>
      </w:r>
    </w:p>
    <w:p>
      <w:pPr>
        <w:pStyle w:val="ArticleBody"/>
        <w:jc w:val="left"/>
      </w:pPr>
      <w:r>
        <w:rPr>
          <w:rFonts w:ascii="Times New Roman" w:hAnsi="Times New Roman" w:eastAsia="Times New Roman" w:cs="Times New Roman"/>
        </w:rPr>
        <w:t>Syksyisen sateen vihmonnan sanoma 11. syyskuuta lähtien, yhdessä paaviutta ja sunnuntailakia koskevan tiedon lisääntymisen kanssa, sekä seitsemän ukkosenjylinän sinettien avaaminen ja neljännenkymmenennen jakeen kätketty historia, sisältyvät kaikki Jeesuksen Kristuksen ilmestyksen sinettien avaamiseen. Pedon kuvan muodostumista koskeva yksityiskohtainen profeetallinen valaistus — mukaan lukien sekä republikaanisen että protestanttisen sarven kamppailut, poliittiset puolueet, laodikealainen adventismi, 144 000:n esiin nouseminen, islamin kolmas voi-huuto, Venäjä, YK, paavillinen valta ja hasmonealaiset rinnakkaisuudet — varustaa viisaat tunnistamaan ja omaksumaan Jumalan johdatuksen unohtamatta mennyttä johdatusta (Testimonies to Ministers, 31).</w:t>
      </w:r>
    </w:p>
    <w:p>
      <w:pPr>
        <w:pStyle w:val="ArticleBody"/>
        <w:jc w:val="left"/>
      </w:pPr>
      <w:r>
        <w:rPr>
          <w:rFonts w:ascii="Times New Roman" w:hAnsi="Times New Roman" w:eastAsia="Times New Roman" w:cs="Times New Roman"/>
        </w:rPr>
        <w:t>Syömällä ”pienen kirjan” (Ilmestyskirja 10), sisäistäen historian ennalta berealaisen tutkimisen kautta, sataneljäkymmentäneljätuhatta saavat erottelukyvyn seistä lujina sanoissa: ”Kirjoitettu on”, saatanan petosten keskellä. Heidän valmistautumisensa sallii heidän välttää vetäytymästä pois kadotukseen (Heprealaiskirje 10:37–39; Habakuk 2:4), ja sen jälkeen heidät ilmaistaan koeteltuina ja koetuksen kestäneinä voittajina, jotka pitävät Jumalan käskyt (erityisesti neljännen) ja Jeesuksen uskon. He ovat niitä, jotka kulkevat viimeisen kriisin läpi, jossa vanhurskas elää uskosta, enkelien suojelemina, samalla kun tyhmät (jotka hylkäävät metodologian ja sanoman) kohtaavat väkevän eksytyksen ja ovat vailla toivoa. Tämä on sopusoinnussa Testimonies-teoksen 9. osan luvun For the Coming of the King kanssa (alkaen sivulta 11) sen 9/11-symboliikkoineen ja osoittaa siten ajanjakson 9/11:stä sunnuntailakiin sinetöimisen aikana, jolloin viisaat ymmärtävät Daniel 11:n täyttymyksen eivätkä pelkää mitään muuta kuin Jumalan johdatuksen unohtamista menneissä pyhissä historioissa.</w:t>
      </w:r>
    </w:p>
    <w:p>
      <w:pPr>
        <w:pStyle w:val="ArticleBody"/>
        <w:jc w:val="left"/>
      </w:pPr>
      <w:r>
        <w:rPr>
          <w:rFonts w:ascii="Times New Roman" w:hAnsi="Times New Roman" w:eastAsia="Times New Roman" w:cs="Times New Roman"/>
        </w:rPr>
        <w:t>Nämä neljä artikkelia esittävät yhdessä Kristusta koskevan profeetallisen tulkinnan: hän on Juudan sukukunnan Leijona sekä Alfa ja Oomega, joka ratkaisevilla hetkillä avaa Danielin kirjan yhdennentoista luvun osia ohjatakseen sadan neljänkymmenen neljän tuhannen viimeistä uudistusliikettä. Vuonna 1989, 126 vuotta vuoden 1863 adventistisesta ”kapinasta” lukien, Leijona avasi Daniel 11:40–45:n sinetit ja paljasti paavinvallan vuonna 1798 saadun kuolinhaavan parantumisen jakeen neljäkymmentäyksi kolminkertaisessa liitossa (lohikäärme, peto ja väärä profeetta), mikä johtaa Harmagedoniin, ”kirkkaalle pyhälle vuorelle”, jossa paavivalta saa lopullisen tuomionsa jakeessa neljäkymmentäviisi. Tämä sinettien avaaminen käynnistää liikkeen alun ja tuottaa ”tiedon lisääntymisen” (Selected Messages, kirja 2) ”paavinvallasta ja sunnuntailaista”, mikä käynnistää Daniel 12:10:ssä kuvatun kolminkertaisen koetuksen tulla ”puhdistetuiksi, valkaistuiksi ja koetelluiksi”.</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Neljakümnenda salmi varjatud ajalugu – number viis</dc:title>
  <dc:subject>Ensimmäisten neljän artiklan virkistäminen</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