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kuusi</w:t>
      </w:r>
    </w:p>
    <w:p>
      <w:pPr>
        <w:pStyle w:val="ArticleSubtitle"/>
        <w:jc w:val="left"/>
      </w:pPr>
      <w:r>
        <w:rPr>
          <w:rFonts w:ascii="Arial" w:hAnsi="Arial" w:eastAsia="Arial" w:cs="Arial"/>
        </w:rPr>
        <w:t>Yksitoista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Ryhtyessämme tutkimaan kätkettyä historiaa tarkastelemme sekä ennustuksen sisäistä että ulkoista linjaa, joiden nyt ymmärretään asettuvan yhdenmukaisesti sen historian kanssa, joka ulottuu jakeen neljäkymmentä lopun ajasta jakeen neljäkymmentäyksi sunnuntailakiin saakka. Tämän profeetallisen historian sisäinen linja on merkitty Ilmestyskirjan luvussa yksitoista ja jakeessa yksitoista. Ulkoinen linja on merkitty Danielin kirjan luvussa yksitoista, jakeessa yksitoista. Daniel 11:n ulkoinen linja — jae yksitoista — saapui historiaan vuonna 2014, ja Ilmestyskirja 11:n sisäinen linja — jae yksitoista — saapui historiaan 31. joulukuuta 2023. Ulkoinen linja edustaa maasta nousevan pedon republikaanista sarvea, ja sisäinen linja edustaa maasta nousevan pedon protestanttista sarvea.</w:t>
      </w:r>
    </w:p>
    <w:p>
      <w:pPr>
        <w:pStyle w:val="ArticleHeading"/>
        <w:jc w:val="left"/>
      </w:pPr>
      <w:r>
        <w:rPr>
          <w:rFonts w:ascii="Arial" w:hAnsi="Arial" w:eastAsia="Arial" w:cs="Arial"/>
        </w:rPr>
        <w:t>Yhdysvallat</w:t>
      </w:r>
    </w:p>
    <w:p>
      <w:pPr>
        <w:pStyle w:val="ArticleBody"/>
        <w:jc w:val="left"/>
      </w:pPr>
      <w:r>
        <w:rPr>
          <w:rFonts w:ascii="Times New Roman" w:hAnsi="Times New Roman" w:eastAsia="Times New Roman" w:cs="Times New Roman"/>
        </w:rPr>
        <w:t>Ilmestyskirja osoittaa yhden ensisijaisen kansakunnan viimeisten päivien kohteeksi. Tuo kansakunta on maasta nouseva peto, joka pakottaa koko maailman palvomaan paavillista meripetoa. Ilmestyskirja osoittaa yhden ensisijaisen kansakunnan, yhden kymmenen kansakunnan liittouman ja yhden väärennetyn kirkon. Kansakunta on Yhdysvallat, kolmastoista luvun maapeto, väärennetty kirkko on kolmastoista luvun meripeto, ja Raamatun kuvaama pahan kymmenen kuninkaan liittouma on Yhdistyneet Kansakunnat. Nuo kolme valtaa, jotka Ilmestyskirjan kuudennessatoista luvussa esitetään lohikäärmeenä, petona ja vääränä profeettana, johtavat maailman Harmagedoniin.</w:t>
      </w:r>
    </w:p>
    <w:p>
      <w:pPr>
        <w:pStyle w:val="ArticleBody"/>
        <w:jc w:val="left"/>
      </w:pPr>
      <w:r>
        <w:rPr>
          <w:rFonts w:ascii="Times New Roman" w:hAnsi="Times New Roman" w:eastAsia="Times New Roman" w:cs="Times New Roman"/>
        </w:rPr>
        <w:t>Heidät kumpikin yksilöidään Danielin kirjan yhdennessätoista luvussa, jakeissa neljäkymmentä–neljäkymmentäviisi, missä väärennetty kirkko tulee loppuunsa jakeessa neljäkymmentäviisi merien välissä ja ihanan pyhän vuoren luona, mikä maantieteellisesti vastaa Ilmestyskirjan Harmagedonia. Jae neljäkymmentä alkaa vuodesta 1798, jolloin meripeto, toisin sanoen väärennetty kirkko, sai kuolinhaavan, ja jakso päättyy siihen, että tuo ylösnoussut meripeto, joka on Ilmestyskirjan seitsemännentoista luvun portto, kuolee toisen kerran, päättäen näin jakson täsmälleen siihen, mistä se alkoi. Ensisijainen kansakunta sekä Ilmestyskirjassa että Danielin kirjassa on Yhdysvallat, Ilmestyskirjan kolmannentoista luvun kapinan maanpeto. Maanpeto on myös Ilmestyskirjan kuudennentoista luvun väärä profeetta, ja Daniel 11:40:ssä se on sotavaunut, laivat ja ratsumiehet.</w:t>
      </w:r>
    </w:p>
    <w:p>
      <w:pPr>
        <w:pStyle w:val="ArticleHeading"/>
        <w:jc w:val="left"/>
      </w:pPr>
      <w:r>
        <w:rPr>
          <w:rFonts w:ascii="Arial" w:hAnsi="Arial" w:eastAsia="Arial" w:cs="Arial"/>
        </w:rPr>
        <w:t>Puolitotuudet eivät ole totuutta lainkaan</w:t>
      </w:r>
    </w:p>
    <w:p>
      <w:pPr>
        <w:pStyle w:val="ArticleBody"/>
        <w:jc w:val="left"/>
      </w:pPr>
      <w:r>
        <w:rPr>
          <w:rFonts w:ascii="Times New Roman" w:hAnsi="Times New Roman" w:eastAsia="Times New Roman" w:cs="Times New Roman"/>
        </w:rPr>
        <w:t>Kansa, joka on sekä Danielin että Ilmestyskirjan aiheena viimeisinä päivinä, on Yhdysvallat, ja Danielin kirjan yhdestoista luku alkaa nimenomaisesti tunnistamalla tuon kansan viimeisen presidentin. Tämä totuus on vakiintunut raamatullinen tosiasia, jonka laodikealaiset seitsemännen päivän adventistit torjuvat kätkeytymällä puolitotuuden taakse. Se puolitotuus, jonka taakse he tässä asiassa kätkeytyvät, on heidän myöntymyksensä siihen, että juuri Yhdysvallat on sekä Ilmestyskirjan kolmattatoista luvun maapeto että myös kuudennentoista luvun väärä profeetta; silti he kieltäytyvät näkemästä, että Donald Trump on yksi raamatullisen profetian ensisijaisista aiheista viimeisinä päivinä. Jumala ei koskaan muutu, ja kun Hän oli tekemisissä Egyptin kanssa, farao oli profeetallisen historian ensisijainen aihe; sitten Babylonin kohdalla Nebukadnessar ja Belsassar mainitaan nimeltä. Kyyros mainittiin nimeltä. Dareioksesta käytettiin nimeä. Raamattu yksilöi nimenomaisesti maapedon viimeisen hallitsijan, eikä kyse ole satunnaisesta viittauksesta. Adventismi tietää, kuka Yhdysvallat on lopunajan profetiassa, mutta ei kykene näkemään, että Jumala puhuttelee jokaisessa profeetallisessa asetelmassa sekä kansaa että sen johtajaa, ja että kaikki nuo aiemmat pyhät historialliset kertomukset havainnollistavat viimeisiä päiviä.</w:t>
      </w:r>
    </w:p>
    <w:p>
      <w:pPr>
        <w:pStyle w:val="ArticleHeading"/>
        <w:jc w:val="left"/>
      </w:pPr>
      <w:r>
        <w:rPr>
          <w:rFonts w:ascii="Arial" w:hAnsi="Arial" w:eastAsia="Arial" w:cs="Arial"/>
        </w:rPr>
        <w:t>Pasuuna viimeisessä näyssä</w:t>
      </w:r>
    </w:p>
    <w:p>
      <w:pPr>
        <w:pStyle w:val="ArticleBody"/>
        <w:jc w:val="left"/>
      </w:pPr>
      <w:r>
        <w:rPr>
          <w:rFonts w:ascii="Times New Roman" w:hAnsi="Times New Roman" w:eastAsia="Times New Roman" w:cs="Times New Roman"/>
        </w:rPr>
        <w:t>Donald Trump on Danielin viimeisen näyn ensimmäinen kohde; tämä näky on kaikkien profeetallisten näkyjen huipentuma, ei ainoastaan Danielin kirjassa, vaan koko Raamatussa.</w:t>
      </w:r>
    </w:p>
    <w:p>
      <w:pPr>
        <w:pStyle w:val="ArticleBody"/>
        <w:jc w:val="left"/>
      </w:pPr>
      <w:r>
        <w:rPr>
          <w:rFonts w:ascii="Times New Roman" w:hAnsi="Times New Roman" w:eastAsia="Times New Roman" w:cs="Times New Roman"/>
        </w:rPr>
        <w:t>Jumalan sanassa olevan profeetallisen historian viimeisen näyn teemana on Donald Trump. Hän on se symboli, joka tunnistaa jakeen neljäkymmentä kätketyn historian ulkoisen lopunajan profetian askeleet. Hän on myös se yhdistävä tekijä, joka tunnistaa ja vahvistaa sadanneljäkymmenenneljän tuhannen sisäisen linjan. Sadanneljäkymmenenneljätuhatta ovat Ilmestyskirjan 13. luvun maapedon protestanttinen sarvi, ja Donald Trump edustaa saman pedon republikaanista sarvea. Peto on Yhdysvaltain perustuslaki, sellaisena kuin sitä edustaa perustuslaillinen tasavaltalainen hallitus, joka alun perin asetti eron näiden kahden sarven välille, mutta lopulta yhdistää sarvet paavillisen meripedon kuvaksi.</w:t>
      </w:r>
    </w:p>
    <w:p>
      <w:pPr>
        <w:pStyle w:val="ArticleBody"/>
        <w:jc w:val="left"/>
      </w:pPr>
      <w:r>
        <w:rPr>
          <w:rFonts w:ascii="Times New Roman" w:hAnsi="Times New Roman" w:eastAsia="Times New Roman" w:cs="Times New Roman"/>
        </w:rPr>
        <w:t>Sisar White rinnastaa toistuvasti Danielin kolmannen luvun kultaisen kuvapatsaan viimeisten päivien sunnuntailakiin; joten ketä Nebukadnessar edustaa? Adventismi ilmoittaa sinulle, että se on Yhdysvallat, Ilmestyskirjan kolmattatoista lukua vastaava maasta nouseva peto, mikä merkitsee sen tunnustamista, että juuri Babylon heitti Sadrakin, Meesakin ja Abednegon tuleen. Raamatun mukaan juuri Nebukadnessar oli se, joka kantoi vastuun sunnuntailain aikana, joten kuka on Nebukadnessar, ellei se presidentti, joka hallitsee silloin, kun pian tuleva sunnuntailaki astuu voimaan?</w:t>
      </w:r>
    </w:p>
    <w:p>
      <w:pPr>
        <w:pStyle w:val="ArticleHeading"/>
        <w:jc w:val="left"/>
      </w:pPr>
      <w:r>
        <w:rPr>
          <w:rFonts w:ascii="Arial" w:hAnsi="Arial" w:eastAsia="Arial" w:cs="Arial"/>
        </w:rPr>
        <w:t>Kolme</w:t>
      </w:r>
    </w:p>
    <w:p>
      <w:pPr>
        <w:pStyle w:val="ArticleBody"/>
        <w:jc w:val="left"/>
      </w:pPr>
      <w:r>
        <w:rPr>
          <w:rFonts w:ascii="Times New Roman" w:hAnsi="Times New Roman" w:eastAsia="Times New Roman" w:cs="Times New Roman"/>
        </w:rPr>
        <w:t>Danielin viimeinen näky, joka on Hiddekel-joen näky, jakautuu kolmeen lukuun, joista kukin vastaa Ilmestyskirjan neljäntoista luvun kolmen enkelin ominaispiirteitä. Nämä kolme lukua edustavat ensimmäistä, toista ja kolmatta enkeliä, mutta ne edustavat myös Danielin viimeistä sanomaa. Hänen ensimmäinen sanomansa ensimmäisessä luvussa edustaa niin ikään Ilmestyskirjan neljäntoista luvun kolmea enkeliä, ja siten Alfan ja Omegan sinetti asetetaan ensimmäisen luvun ja Hiddekel-joen näyn ylle.</w:t>
      </w:r>
    </w:p>
    <w:p>
      <w:pPr>
        <w:pStyle w:val="ArticleBody"/>
        <w:jc w:val="left"/>
      </w:pPr>
      <w:r>
        <w:rPr>
          <w:rFonts w:ascii="Times New Roman" w:hAnsi="Times New Roman" w:eastAsia="Times New Roman" w:cs="Times New Roman"/>
        </w:rPr>
        <w:t>Danielin viimeinen näky rakentuu heprean sanan ”totuus” kehykseen; tämä sana muodostuu heprealaisen aakkoston ensimmäisestä, kolmastoista sekä viimeisestä, kahdennestakymmenennestä toisesta kirjaimesta. Kymmenes luku osoittaa Danielin profetian tutkijaksi, joka kahdentenakymmenentenä toisena päivänä muuttuu laodikealaisesta filadelfialaiseksi. Tämän jälkeen Daniel saa voiman ymmärtää kahdennessatoista luvussa esitetyn tiedon lisääntymisen, joka on sinetöimätön. Näyn ensimmäinen ja viimeinen luku osoittavat Danielin sadan neljänkymmenenneljän tuhannen vertauskuvaksi, jotka ovat aitoja profetian tutkijoita.</w:t>
      </w:r>
    </w:p>
    <w:p>
      <w:pPr>
        <w:pStyle w:val="ArticleScripture"/>
        <w:jc w:val="left"/>
      </w:pPr>
      <w:r>
        <w:rPr>
          <w:rFonts w:ascii="Times New Roman" w:hAnsi="Times New Roman" w:eastAsia="Times New Roman" w:cs="Times New Roman"/>
        </w:rPr>
        <w:t>”Olkoonpa ihmisen älyllinen edistys kuinka suuri tahansa, älköön hän hetkeksikään ajatelko, ettei olisi tarvetta perusteelliseen ja jatkuvaan Raamatun tutkimiseen suuremman valon saamiseksi. Kansana meitä kutsutaan yksilöllisesti profetian tutkijoiksi.” Testimonies, osa 5, 708.</w:t>
      </w:r>
    </w:p>
    <w:p>
      <w:pPr>
        <w:pStyle w:val="ArticleBody"/>
        <w:jc w:val="left"/>
      </w:pPr>
      <w:r>
        <w:rPr>
          <w:rFonts w:ascii="Times New Roman" w:hAnsi="Times New Roman" w:eastAsia="Times New Roman" w:cs="Times New Roman"/>
        </w:rPr>
        <w:t>Ensimmäinen luku tuo esiin samat totuudet kuin Hiddekel-joen näky, ja Hiddekel-joen näyn ensimmäinen luku tuo esiin saman totuuden kuin sen kolmas ja viimeinen luku. Danielin kirjassa on Alfa ja Omega -allekirjoitus, sillä ensimmäinen luku osoittaa iankaikkisen evankeliumin kolmivaiheisen koetusprosessin, samoin kuin kahdestoista luku. Lisäksi niissä kolmessa luvussa, jotka muodostavat Danielin viimeisen näyn, ensimmäinen luku on alfa ja kolmas luku on omega. Tämä on yhdenmukaista Danielin ensimmäisen koetuksen kanssa siitä, mitä ruokaa hänen tuli syödä, sekä hänen kolmannen ja viimeisen koetuksensa kanssa, jolloin Nebukadnessar arvosteli hänet kolmen vuoden kuluttua. Danielin ensimmäisen luvun alfa-koetus koski Raamatun tutkimisen menetelmää, jota edusti joko babylonialaisen ruoan tai kasvisruoan syöminen.</w:t>
      </w:r>
    </w:p>
    <w:p>
      <w:pPr>
        <w:pStyle w:val="ArticleBody"/>
        <w:jc w:val="left"/>
      </w:pPr>
      <w:r>
        <w:rPr>
          <w:rFonts w:ascii="Times New Roman" w:hAnsi="Times New Roman" w:eastAsia="Times New Roman" w:cs="Times New Roman"/>
        </w:rPr>
        <w:t>Danielin uskollisuus ”rivi rivin päälle” -metodologialle mahdollisti sen, että hänet havaittiin sellaiseksi, että ”kaikissa viisauden ja ymmärryksen asioissa, joista kuningas heiltä kysyi, hän havaitsi heidät kymmenen kertaa etevämmiksi kuin kaikki tietäjät ja astrologit, joita oli koko hänen valtakunnassaan.” Oomega-luvussa kaksitoista juuri viisaat ymmärtävät kaikki viisauden asiat, joita lisätään, kun profeetallinen Sana avataan sineteistään. Luku kaksitoista on luvun yksi oomega, ja se on myös luvun kymmenen, Hiddekel-näyn alfan, oomega. Tuossa alfa-luvussa kymmenen Daniel asettuu siihen hengelliseen kokemukseen, joka vastaa sitä, että viisaat asettuvat luvussa kaksitoista älylliseen kokemukseen. Luku yksi korostaa, että juuri raamatullisen tutkimisen metodologia mahdollistaa sen, että profetian tutkija voi asettua totuuteen sekä hengellisesti että älyllisesti sinetöitäväksi tulemista varten.</w:t>
      </w:r>
    </w:p>
    <w:p>
      <w:pPr>
        <w:pStyle w:val="ArticleBody"/>
        <w:jc w:val="left"/>
      </w:pPr>
      <w:r>
        <w:rPr>
          <w:rFonts w:ascii="Times New Roman" w:hAnsi="Times New Roman" w:eastAsia="Times New Roman" w:cs="Times New Roman"/>
        </w:rPr>
        <w:t>Edustaen profetian aitoja tutkijoita viimeisinä päivinä Daniel ja kolme uskollista ovat niitä viisaita, jotka eivät ainoastaan ymmärrä tiedon lisääntymistä, joka avataan sinetöinnistä lopun aikana vuonna 1989, vaan he ymmärtävät myös tiedon lisääntymisen 11. syyskuuta. Lopulta he ymmärtävät sinetöinnistä avatun tiedon lisääntymisen 31. joulukuuta 2023.</w:t>
      </w:r>
    </w:p>
    <w:p>
      <w:pPr>
        <w:pStyle w:val="ArticleBody"/>
        <w:jc w:val="left"/>
      </w:pPr>
      <w:r>
        <w:rPr>
          <w:rFonts w:ascii="Times New Roman" w:hAnsi="Times New Roman" w:eastAsia="Times New Roman" w:cs="Times New Roman"/>
        </w:rPr>
        <w:t>Pyrkiessään Jumalan profeetalliseen valoon he muuttuvat sadan neljänkymmenenneljän tuhannen laodikealaisesta seitsemännen päivän adventtiliikkeestä sadan neljänkymmenenneljän tuhannen filadelfialaiseen liikkeeseen. Kun tämä muutos tapahtuu, heidät erotetaan niistä, jotka pakenivat peilikuvan näkyä.</w:t>
      </w:r>
    </w:p>
    <w:p>
      <w:pPr>
        <w:pStyle w:val="ArticleHeading"/>
        <w:jc w:val="left"/>
      </w:pPr>
      <w:r>
        <w:rPr>
          <w:rFonts w:ascii="Arial" w:hAnsi="Arial" w:eastAsia="Arial" w:cs="Arial"/>
        </w:rPr>
        <w:t>Ihmiskapinan sanoma</w:t>
      </w:r>
    </w:p>
    <w:p>
      <w:pPr>
        <w:pStyle w:val="ArticleBody"/>
        <w:jc w:val="left"/>
      </w:pPr>
      <w:r>
        <w:rPr>
          <w:rFonts w:ascii="Times New Roman" w:hAnsi="Times New Roman" w:eastAsia="Times New Roman" w:cs="Times New Roman"/>
        </w:rPr>
        <w:t>Luvuissa kymmenen ja kaksitoista käsitellään sataneljääkymmentäneljääätuhatta, sillä ne ovat totuuden rakenteen ensimmäinen ja kolmas askel. Saatuaan voiman luvun kymmenen peilikuvanäyn sisäisestä kokemuksesta sekä tultuaan valaistuiksi Daniel 12:n sinetöimättömällä ymmärryksellä heidän tulee julistaa ihmiskapinan sanomaa. Ihmiskapinan sanomaa edustavat Danielin ja Ilmestyskirjan kirjat, ja kapinan sanoma asetetaan siihen raamatullisen profetian valtakuntien profeetalliseen kehykseen, joka esitetään Danielin kirjassa. Ihmiskapinan todistuksen profeetallinen symboliikka Danielin kirjassa tulee täydellisesti esiin luvussa yksitoista. Luku yksitoista on historia, joka alkaa Babylonin päättymisestä sekä meedialaisten ja persialaisten alusta. Se alkaa siis Babylonin kuolinhaavasta, joka on esikuva paavinvallan vuonna 1798 saamasta kuolinhaavasta. Kun paaviuden kuolinhaava paranee pian tulevan sunnuntailain aikana, siitä tulee lohikäärmeen, pedon ja väärän profeetan muodostaman kolmiliiton pää. Silloin se on Ilmestyskirjan seitsemännentoista luvun nainen, joka ratsastaa pedon selässä, ja tuon naisen otsaan on kirjoitettu: Suuri Babylon. Pian tulevan sunnuntailain aikana sekä Babylonin että paaviuden kuolinhaava paranee.</w:t>
      </w:r>
    </w:p>
    <w:p>
      <w:pPr>
        <w:pStyle w:val="ArticleBody"/>
        <w:jc w:val="left"/>
      </w:pPr>
      <w:r>
        <w:rPr>
          <w:rFonts w:ascii="Times New Roman" w:hAnsi="Times New Roman" w:eastAsia="Times New Roman" w:cs="Times New Roman"/>
        </w:rPr>
        <w:t>Ihmiskunnan kapina, joka kuvataan Babylonian ajoista aina maailman loppuun saakka, muodostaa Danielin kirjan rungon, ja yhdestoista luku on se ulkoinen profeetallinen sanoma, joka esittää aikakirjanomaisesti tuon viimeisten päivien kapinan. Tuo yhdestoista lukuun sisältyvä kapinan todistus on yhdenmukainen luvun kuuden viimeisen jakeen kanssa ja sisältyy niihin. Kuusi viimeistä jaetta ovat sanoma ihmiskunnan kapinasta, ja nuo kuusi viimeistä jaetta esitetään neljännenkymmenennen jakeen kätketyssä historiassa ja sen sisällä. Näin Danielin kirja supistuu yhdeksi luvuksi, joka puolestaan supistuu tuon saman luvun kuudeksi jakeeksi, mikä puolestaan supistuu yhden jakeen viimeisen puoliskon kätkettyyn historiaan.</w:t>
      </w:r>
    </w:p>
    <w:p>
      <w:pPr>
        <w:pStyle w:val="ArticleBody"/>
        <w:jc w:val="left"/>
      </w:pPr>
      <w:r>
        <w:rPr>
          <w:rFonts w:ascii="Times New Roman" w:hAnsi="Times New Roman" w:eastAsia="Times New Roman" w:cs="Times New Roman"/>
        </w:rPr>
        <w:t>Yhdestoista luku edustaa kolmattatoista kirjainta, jota edeltää heprealaisen aakkoston ensimmäinen kirjain ja jota seuraa viimeinen kirjain, ja ensimmäinen ja viimeinen ovat aina samat. Ensimmäinen luku osoittaa, että viisaat erotetaan tyhmistä peilinäkyä koskevassa näyssä, ja viimeinen luku osoittaa, että viisaat erotetaan tyhmistä sinettien avaamisen yhteydessä. Innoitus ilmoittaa meille, että sadan neljänkymmenenneljän tuhannen sinetöiminen on ”asettumista totuuteen sekä älyllisesti että hengellisesti”. Kymmenes luku osoittaa sadan neljänkymmenenneljän tuhannen sinetöimisen hengellisen puolen, ja kahdestoista luku näyttää älyllisen puolen. Kymmenes luku osoittaa kolme kosketusta ja kolme vuorovaikutusta taivaallisten olentojen kanssa. Kahdestoista luku osoittaa viisaiden kolmivaiheisen puhdistumisen, joka toteutuu älyllisen profeetallisen totuuden lisääntymisen kautta muodossa ”puhdistetut, valkaistut ja koetellut”. Samoin kuin kymmenennessä luvussa on kaksi kolmen symbolia — kolme kosketusta ja kolme taivaallista kohtaamista — kahdennessatoista luvussa on kolmivaiheinen koettelemusprosessi sekä kolme aikaprofetiaa.</w:t>
      </w:r>
    </w:p>
    <w:p>
      <w:pPr>
        <w:pStyle w:val="ArticleBody"/>
        <w:jc w:val="left"/>
      </w:pPr>
      <w:r>
        <w:rPr>
          <w:rFonts w:ascii="Times New Roman" w:hAnsi="Times New Roman" w:eastAsia="Times New Roman" w:cs="Times New Roman"/>
        </w:rPr>
        <w:t>Luvun kymmenen kolme taivaallista kohtaamista kantavat totuuden tunnusmerkkiä, sillä ensimmäinen ja viimeinen taivaallinen olento, joka oli vuorovaikutuksessa Danielin kanssa, oli enkeli Gabriel, ja keskimmäinen olento oli Miikael. Kolme enkeliä, mutta toisessa vaiheessa enkeli oli Kristus. Nämä kolme kosketusta edustavat Danielin asteittaista, kolmivaiheista voimaannuttamista. Tässä jaksossa Daniel yksilöi peilikuvanäyn kolme kertaa, ja näin tehdessään hän sijoittaa nämä kolme peilikuvanäkyä luvun kymmenen seitsemän mareh-näkyä koskevan viittauksen yhteyteen. Kahdesti heprean sana mareh on käännetty sanalla ”appearance” ja kahdesti sanalla ”vision”, ja kolme muuta kertaa se on käännetty sanalla ”vision”. Nuo ”kolme muuta kertaa” eivät ole mareh, vaan mareh-sanan feminiininen muoto, marah. Luvussa kymmenen on kolme asteittaisen voimaannuttamisen kosketusta, kolme taivaallista kohtaamista, jotka kantavat totuuden tunnusmerkkiä, sekä kolme peilikuvanäkyä, jotka ovat osa Kristuksen ilmestymistä koskevista seitsemästä viittauksesta.</w:t>
      </w:r>
    </w:p>
    <w:p>
      <w:pPr>
        <w:pStyle w:val="ArticleHeading"/>
        <w:jc w:val="left"/>
      </w:pPr>
      <w:r>
        <w:rPr>
          <w:rFonts w:ascii="Arial" w:hAnsi="Arial" w:eastAsia="Arial" w:cs="Arial"/>
        </w:rPr>
        <w:t>Ulkonäkö</w:t>
      </w:r>
    </w:p>
    <w:p>
      <w:pPr>
        <w:pStyle w:val="ArticleBody"/>
        <w:jc w:val="left"/>
      </w:pPr>
      <w:r>
        <w:rPr>
          <w:rFonts w:ascii="Times New Roman" w:hAnsi="Times New Roman" w:eastAsia="Times New Roman" w:cs="Times New Roman"/>
        </w:rPr>
        <w:t>Ne kaksi kertaa, jolloin mareh on käännetty sanalla appearance, vastaavat niitä kahta kertaa, jolloin se on käännetty sanalla vision. Yhdessä ne osoittavat Kristuksen vertauskuvaksi, joka ilmestyy tienviittana profeetallisessa historiassa. Ilmestyskirjan kymmenennessä luvussa enkeli laskeutuu alas ja asettaa toisen jalkansa maalle ja toisen merelle. Sisaremme White ilmoittaa meille, että enkeli ei ollut ”kukaan vähäisempi henkilö kuin Jeesus Kristus”. Ilmestyskirjan kymmenennen luvun enkeli on Kristuksen ”ilmestys” profeetallisessa historiassa. Hän ilmestyy Danielin kahdeksannen luvun kolmastoista jakeessa nimellä Palmoni, ja Ilmestyskirjan viidennestä luvusta eteenpäin Hän ilmestyy Juudan sukukunnan Leijonana. Daniel edustaa viimeisten päivien niitä, jotka seuraavat Kristuksen profeetallisia ilmestymisiä, minne tahansa Hän saattaakin mennä. Jos he ovat uskollisia tekemään niin, heidät johdatetaan katselulasinäkyyn, josta uskottomat pakenevat.</w:t>
      </w:r>
    </w:p>
    <w:p>
      <w:pPr>
        <w:pStyle w:val="ArticleBody"/>
        <w:jc w:val="left"/>
      </w:pPr>
      <w:r>
        <w:rPr>
          <w:rFonts w:ascii="Times New Roman" w:hAnsi="Times New Roman" w:eastAsia="Times New Roman" w:cs="Times New Roman"/>
        </w:rPr>
        <w:t>Kahdestoista luvun kolmivaiheiseen puhdistukseen, joka perustuu sen tiedon ymmärtämiseen, joka lisääntyy, kun profetia avataan, liittyy kolme ”aikaprofetiaa”, jotka edustavat kolmea erillistä täyttymystä kullekin kolmesta jakeesta. Seitsemännen jakeen tuhat kaksisataa kuusikymmentä vuotta, yhdennentoista jakeen tuhat kaksisataa yhdeksänkymmentä vuotta ja kahdennentoista jakeen tuhat kolmesataa kolmekymmentäviisi vuotta osoittavat kolme jaetta, joista kukin sisältää aikaprofetian, joka täyttyi historiassa ja jonka milleriläiset sen jälkeen tunnistivat julistamansa sanoman historialliseksi vahvistukseksi. Jakeessa oleva ennustus, historiallinen täyttymys ja milleriläisten tämän historian sovellus todistavat näiden kolmen profetian lopunajan täyttymyksestä. Mutta milleriläisten ajan sovellus ei enää ole pätevä, joten jakeiden aikaviittauksia on sovellettava symboleina, ei aikana. Symboliikka vahvistetaan jakeissa soveltamalla jaetta, jakeen täyttymystä historiassa ja milleriläisten esitystä sanomasta.</w:t>
      </w:r>
    </w:p>
    <w:p>
      <w:pPr>
        <w:pStyle w:val="ArticleBody"/>
        <w:jc w:val="left"/>
      </w:pPr>
      <w:r>
        <w:rPr>
          <w:rFonts w:ascii="Times New Roman" w:hAnsi="Times New Roman" w:eastAsia="Times New Roman" w:cs="Times New Roman"/>
        </w:rPr>
        <w:t>Luvun yksitoista ihmisellisen kapinan kronologia on punottu yhteen liittojen, sopimusten ja valaliittojen kautta. Luvun yksitoista historian piirissä kuvattuja inhimillisiä liittoja verrataan jumalalliseen liittoon.</w:t>
      </w:r>
    </w:p>
    <w:p>
      <w:pPr>
        <w:pStyle w:val="ArticleScripture"/>
        <w:jc w:val="left"/>
      </w:pPr>
      <w:r>
        <w:rPr>
          <w:rFonts w:ascii="Times New Roman" w:hAnsi="Times New Roman" w:eastAsia="Times New Roman" w:cs="Times New Roman"/>
        </w:rPr>
        <w:t>”Tämän maan historian viimeisinä päivinä Jumalan liitto hänen käskyjään pitävän kansansa kanssa on uudistettava.” Review and Herald, 26. helmikuuta 1914.</w:t>
      </w:r>
    </w:p>
    <w:p>
      <w:pPr>
        <w:pStyle w:val="ArticleBody"/>
        <w:jc w:val="left"/>
      </w:pPr>
      <w:r>
        <w:rPr>
          <w:rFonts w:ascii="Times New Roman" w:hAnsi="Times New Roman" w:eastAsia="Times New Roman" w:cs="Times New Roman"/>
        </w:rPr>
        <w:t>Rooma vahvistaa koko näyn perustan, ja kun paavillinen Rooma ensimmäisen kerran mainitaan luvussa yksitoista, se tunnistetaan niiksi, ”jotka hylkäävät pyhän liiton”. Danielin yhdenteentoista lukuun sisältyvä sisäinen linja, joka on myös jakeen neljäkymmentä kätketyn historian sisäinen linja, edustaa niitä, jotka viimeisinä päivinä astuvat liittoon Jumalan kanssa, ja ulkoinen linja osoittaa ne, jotka hylkäävät juuri tuon liiton. Kuvattaessa sitä ihmisryhmää, joka ei viimeisinä päivinä hyödy tiedon lisääntymisestä, heidän ulkoinen historiansa kudotaan rikottujen inhimillisten sopimusten profeetalliselle langalle.</w:t>
      </w:r>
    </w:p>
    <w:p>
      <w:pPr>
        <w:pStyle w:val="ArticleBody"/>
        <w:jc w:val="left"/>
      </w:pPr>
      <w:r>
        <w:rPr>
          <w:rFonts w:ascii="Times New Roman" w:hAnsi="Times New Roman" w:eastAsia="Times New Roman" w:cs="Times New Roman"/>
        </w:rPr>
        <w:t>Sataaneljäkymmentäneljätuhannen sisäiseen linjaan on kudottu useita symboleja ja kuvauksia Jumalan liittosuhteesta Hänen viimeisten päivien jäännöskansaansa. Luvun ”yksitoista” symboli on yksi noista totuuksista, ja sitä seikkaa, että yhdestoista luku, yhdestoista jae, yksilöi viimeisten päivien ulkoisen ja sisäisen näyn, korostaa se, että Jesaja osoittaa luvussa yksitoista, jakeessa yksitoista, Jumalan viimeisten päivien liittokansan tarkoituksen ja työn.</w:t>
      </w:r>
    </w:p>
    <w:p>
      <w:pPr>
        <w:pStyle w:val="ArticleScripture"/>
        <w:jc w:val="left"/>
      </w:pPr>
      <w:r>
        <w:rPr>
          <w:rFonts w:ascii="Times New Roman" w:hAnsi="Times New Roman" w:eastAsia="Times New Roman" w:cs="Times New Roman"/>
        </w:rPr>
        <w:t>Ja sinä päivänä tapahtuu, että Herra ojentaa jälleen kätensä, toisen kerran, lunastaakseen kansansa jäännöksen, joka on jäänyt jäljelle, Assyriasta ja Egyptistä ja Patroksesta ja Kuusista ja Eelamista ja Sinearin maasta ja Hamatista ja meren saarilta. Jesaja 11:11.</w:t>
      </w:r>
    </w:p>
    <w:p>
      <w:pPr>
        <w:pStyle w:val="ArticleHeading"/>
        <w:jc w:val="left"/>
      </w:pPr>
      <w:r>
        <w:rPr>
          <w:rFonts w:ascii="Arial" w:hAnsi="Arial" w:eastAsia="Arial" w:cs="Arial"/>
        </w:rPr>
        <w:t>Hajotus</w:t>
      </w:r>
    </w:p>
    <w:p>
      <w:pPr>
        <w:pStyle w:val="ArticleBody"/>
        <w:jc w:val="left"/>
      </w:pPr>
      <w:r>
        <w:rPr>
          <w:rFonts w:ascii="Times New Roman" w:hAnsi="Times New Roman" w:eastAsia="Times New Roman" w:cs="Times New Roman"/>
        </w:rPr>
        <w:t>Viimeisinä päivinä Jumalan jäännöskansa on hajotettu kahdesti, ja se tarvitsee kokoamista. Danielin kirjan kahdestoista luku, jae seitsemän, osoittaa Jumalan kansan hajottamisen viimeisinä päivinä ja esittää näin tuhatta kahtasataa kuuttakymmentä päivää hajottamisen vertauskuvana.</w:t>
      </w:r>
    </w:p>
    <w:p>
      <w:pPr>
        <w:pStyle w:val="ArticleScripture"/>
        <w:jc w:val="left"/>
      </w:pPr>
      <w:r>
        <w:rPr>
          <w:rFonts w:ascii="Times New Roman" w:hAnsi="Times New Roman" w:eastAsia="Times New Roman" w:cs="Times New Roman"/>
        </w:rPr>
        <w:t>Ja minä kuulin pellavavaatteisiin puetun miehen, joka oli virran vetten yläpuolella; hän nosti oikean kätensä ja vasemman kätensä taivasta kohti ja vannoi hänen kauttaan, joka elää iankaikkisesti, että siihen on kuluva aika, ajat ja puoli aikaa; ja kun pyhän kansan voiman hajottaminen on saatettu päätökseen, kaikki nämä tapahtuvat täytetyiksi. Daniel 12:7.</w:t>
      </w:r>
    </w:p>
    <w:p>
      <w:pPr>
        <w:pStyle w:val="ArticleBody"/>
        <w:jc w:val="left"/>
      </w:pPr>
      <w:r>
        <w:rPr>
          <w:rFonts w:ascii="Times New Roman" w:hAnsi="Times New Roman" w:eastAsia="Times New Roman" w:cs="Times New Roman"/>
        </w:rPr>
        <w:t>Ne kaksi todistajaa hajotettiin Ilmestyskirjan luvussa yksitoista sen jälkeen, kun he olivat antaneet todistuksensa.</w:t>
      </w:r>
    </w:p>
    <w:p>
      <w:pPr>
        <w:pStyle w:val="ArticleScripture"/>
        <w:jc w:val="left"/>
      </w:pPr>
      <w:r>
        <w:rPr>
          <w:rFonts w:ascii="Times New Roman" w:hAnsi="Times New Roman" w:eastAsia="Times New Roman" w:cs="Times New Roman"/>
        </w:rPr>
        <w:t>Ja kun he ovat päättäneet todistuksensa, peto, joka nousee syvyydestä, käy sotaa heitä vastaan, voittaa heidät ja tappaa heidät. Ja heidän ruumiinsa makaavat sen suuren kaupungin kadulla, jota hengellisesti kutsutaan Sodomaksi ja Egyptiksi, missä myös meidän Herramme ristiinnaulittiin. Ja ihmiset kansoista ja sukukunnista ja kielistä ja kansanheimoista katsovat heidän ruumiitaan kolme ja puoli päivää eivätkä salli panna heidän ruumiitaan hautaan. Ja ne, jotka maan päällä asuvat, iloitsevat heistä ja riemuitsevat ja lähettävät lahjoja toisilleen, koska nämä kaksi profeettaa vaivasivat niitä, jotka maan päällä asuvat. Ilmestys 11:7–10.</w:t>
      </w:r>
    </w:p>
    <w:p>
      <w:pPr>
        <w:pStyle w:val="ArticleBody"/>
        <w:jc w:val="left"/>
      </w:pPr>
      <w:r>
        <w:rPr>
          <w:rFonts w:ascii="Times New Roman" w:hAnsi="Times New Roman" w:eastAsia="Times New Roman" w:cs="Times New Roman"/>
        </w:rPr>
        <w:t>Seuraavassa jakeessa, jakeessa yksitoista, ne kaksi todistajaa herätetään kuolleista kuolemastaan Sodoman ja Egyptin kadulla. Saman kuoleman Hesekiel esittää laaksona, joka on täynnä hajallaan olevia, kuolleita, kuivia luita. Nuo kaksi todistajaa edustavat tasavaltalaista ja protestanttista sarvea, jotka surmattiin vuonna 2020. Protestanttinen sarvi kuoli väärän ennustuksensa yhteydessä 18. heinäkuuta 2020, ja tasavaltalainen sarvi kuoli vuoden 2020 varastettujen vaalien yhteydessä. Jesaja osoittaa, että kun todistajat herätetään kuolleista, minkä hän määrittelee toiseksi kokoamiseksi, noista todistajista tulee se lippumerkki, joka kokoaa yhdentoista hetken työntekijät.</w:t>
      </w:r>
    </w:p>
    <w:p>
      <w:pPr>
        <w:pStyle w:val="ArticleScripture"/>
        <w:jc w:val="left"/>
      </w:pPr>
      <w:r>
        <w:rPr>
          <w:rFonts w:ascii="Times New Roman" w:hAnsi="Times New Roman" w:eastAsia="Times New Roman" w:cs="Times New Roman"/>
        </w:rPr>
        <w:t>Ja sinä päivänä Iisain juurivesa on seisova kansojen lippumerkkinä; pakanat kääntyvät sen puoleen, ja hänen leposijansa on oleva kunniaisa. Ja sinä päivänä Herra ojentaa kätensä toisen kerran lunastaakseen kansansa jäännöksen, joka on jäljellä, Assyriasta ja Egyptistä ja Patroksesta ja Kuusista ja Eelamista ja Sinearin maasta ja Hamatista ja meren saarilta. Ja hän kohottaa lippumerkin kansakunnille ja kokoaa Israelin karkotetut sekä kerää yhteen Juudan hajotetut maan neljältä ääreltä. Jesaja 11:10–12.</w:t>
      </w:r>
    </w:p>
    <w:p>
      <w:pPr>
        <w:pStyle w:val="ArticleBody"/>
        <w:jc w:val="left"/>
      </w:pPr>
      <w:r>
        <w:rPr>
          <w:rFonts w:ascii="Times New Roman" w:hAnsi="Times New Roman" w:eastAsia="Times New Roman" w:cs="Times New Roman"/>
        </w:rPr>
        <w:t>Kun Herra ojentaa kätensä toisen kerran kootakseen, hän kokoaa ”Israelin karkotetut”. ”Israelin karkotetuista” tulee lippumerkki pakanoille, ja tästä syystä heidän täytyy tulla karkotetuiksi ennen kuin heidät kootaan. Heidät karkotettiin Hesekielin kuolleiden luiden laaksoon, ja kerran surmattuina he makasivat kadulla, missä myös meidän Herramme ristiinnaulittiin, samalla kun toinen luokka iloitsi.</w:t>
      </w:r>
    </w:p>
    <w:p>
      <w:pPr>
        <w:pStyle w:val="ArticleScripture"/>
        <w:jc w:val="left"/>
      </w:pPr>
      <w:r>
        <w:rPr>
          <w:rFonts w:ascii="Times New Roman" w:hAnsi="Times New Roman" w:eastAsia="Times New Roman" w:cs="Times New Roman"/>
        </w:rPr>
        <w:t>Kuulkaa Herran sana, te, jotka vapisette hänen sanansa edessä: teidän veljenne, jotka vihasivat teitä, jotka karkottivat teidät minun nimeni tähden, sanoivat: "Tulkoon Herra kirkastetuksi"; mutta hän ilmestyy teidän iloksenne, ja he joutuvat häpeään. Jesaja 66:5.</w:t>
      </w:r>
    </w:p>
    <w:p>
      <w:pPr>
        <w:pStyle w:val="ArticleBody"/>
        <w:jc w:val="left"/>
      </w:pPr>
      <w:r>
        <w:rPr>
          <w:rFonts w:ascii="Times New Roman" w:hAnsi="Times New Roman" w:eastAsia="Times New Roman" w:cs="Times New Roman"/>
        </w:rPr>
        <w:t>Ne, jotka vapisevat Jumalan sanan edessä, joutuvat veljiensä hylkäämiksi, niiden, jotka vihasivat heitä. Jeremia osoittaa, mitä tapahtuu niille veljille, jotka vihasivat sotamerkkiä.</w:t>
      </w:r>
    </w:p>
    <w:p>
      <w:pPr>
        <w:pStyle w:val="ArticleScripture"/>
        <w:jc w:val="left"/>
      </w:pPr>
      <w:r>
        <w:rPr>
          <w:rFonts w:ascii="Times New Roman" w:hAnsi="Times New Roman" w:eastAsia="Times New Roman" w:cs="Times New Roman"/>
        </w:rPr>
        <w:t>Sentähden näin sanoo Herra: Katso, minä tuon heidän päällensä onnettomuuden, jota he eivät kykene välttämään; ja vaikka he huutaisivat minua avuksi, en minä kuule heitä. Jeremia 11:11.</w:t>
      </w:r>
    </w:p>
    <w:p>
      <w:pPr>
        <w:pStyle w:val="ArticleBody"/>
        <w:jc w:val="left"/>
      </w:pPr>
      <w:r>
        <w:rPr>
          <w:rFonts w:ascii="Times New Roman" w:hAnsi="Times New Roman" w:eastAsia="Times New Roman" w:cs="Times New Roman"/>
        </w:rPr>
        <w:t>Yhdennentoista jakeen asiayhteytenä on Jumalan liitto, ja kaikki profeetat käsittelevät viimeisiä päiviä, joten puheena oleva liitto on liiton uudistaminen sadannellekymmenelleneljälletuhannelle.</w:t>
      </w:r>
    </w:p>
    <w:p>
      <w:pPr>
        <w:pStyle w:val="ArticleScripture"/>
        <w:jc w:val="left"/>
      </w:pPr>
      <w:r>
        <w:rPr>
          <w:rFonts w:ascii="Times New Roman" w:hAnsi="Times New Roman" w:eastAsia="Times New Roman" w:cs="Times New Roman"/>
        </w:rPr>
        <w:t>Sana, joka tuli Jeremialle Herralta, ja joka kuului näin: Kuulkaa tämän liiton sanat ja puhukaa ne Juudan miehille ja Jerusalemin asukkaille. Ja sano heille: Näin sanoo Herra, Israelin Jumala: Kirottu olkoon se mies, joka ei tottele tämän liiton sanoja, jotka minä annoin teidän isillenne sinä päivänä, jona vein heidät pois Egyptin maasta, rauta-ahjosta, sanoen: Kuulkaa minun ääntäni ja tehkää niiden mukaan, aivan kaiken mukaan, mitä minä teille käsken; niin te olette minun kansani, ja minä olen teidän Jumalanne, jotta minä täyttäisin sen valan, jonka minä olen vannonut teidän isillenne, että antaisin heille maan, joka vuotaa maitoa ja hunajaa, niin kuin tänä päivänä on. Silloin minä vastasin ja sanoin: Aamen, Herra.</w:t>
      </w:r>
    </w:p>
    <w:p>
      <w:pPr>
        <w:pStyle w:val="ArticleScripture"/>
        <w:jc w:val="left"/>
      </w:pPr>
      <w:r>
        <w:rPr>
          <w:rFonts w:ascii="Times New Roman" w:hAnsi="Times New Roman" w:eastAsia="Times New Roman" w:cs="Times New Roman"/>
        </w:rPr>
        <w:t>Silloin Herra sanoi minulle: Julista kaikki nämä sanat Juudan kaupungeissa ja Jerusalemin kaduilla, sanoen: Kuulkaa tämän liiton sanat ja tehkää niiden mukaan. Sillä minä vakavasti varoitin teidän isiänne siitä päivästä alkaen, jona minä vein heidät pois Egyptin maasta, aina tähän päivään saakka, varhain nousten ja varoittaen, sanoen: Kuulkaa minun ääntäni. Mutta he eivät totelleet eivätkä kallistaneet korvaansa, vaan vaelsivat kukin pahan sydämensä paatumuksessa; sen tähden minä saatan heidän päällensä kaikki tämän liiton sanat, jotka minä käskin heidän tehdä, mutta joita he eivät tehneet.</w:t>
      </w:r>
    </w:p>
    <w:p>
      <w:pPr>
        <w:pStyle w:val="ArticleScripture"/>
        <w:jc w:val="left"/>
      </w:pPr>
      <w:r>
        <w:rPr>
          <w:rFonts w:ascii="Times New Roman" w:hAnsi="Times New Roman" w:eastAsia="Times New Roman" w:cs="Times New Roman"/>
        </w:rPr>
        <w:t>Ja Herra sanoi minulle: Salaliitto on havaittu Juudan miesten ja Jerusalemin asukkaiden keskuudessa. He ovat palanneet esi-isiensä vääryyksiin, niiden, jotka eivät tahtoneet kuulla minun sanojani; ja he ovat seuranneet muita jumalia palvellakseen niitä. Israelin heimo ja Juudan heimo ovat rikkoneet minun liittoni, jonka minä tein heidän isiensä kanssa. Sentähden, näin sanoo Herra: Katso, minä tuon heidän päällensä onnettomuuden, jota he eivät kykene välttämään; ja vaikka he huutavat minua avuksi, minä en kuule heitä. Jeremia 11:1–11.</w:t>
      </w:r>
    </w:p>
    <w:p>
      <w:pPr>
        <w:pStyle w:val="ArticleBody"/>
        <w:jc w:val="left"/>
      </w:pPr>
      <w:r>
        <w:rPr>
          <w:rFonts w:ascii="Times New Roman" w:hAnsi="Times New Roman" w:eastAsia="Times New Roman" w:cs="Times New Roman"/>
        </w:rPr>
        <w:t>Aihe, joka koskee Laodikean seitsemännen päivän adventismin tuomiota ja jonka Jeremia tuo esiin, toistuu Hesekielin kirjan luvussa yksitoista, jakeessa yksitoista.</w:t>
      </w:r>
    </w:p>
    <w:p>
      <w:pPr>
        <w:pStyle w:val="ArticleScripture"/>
        <w:jc w:val="left"/>
      </w:pPr>
      <w:r>
        <w:rPr>
          <w:rFonts w:ascii="Times New Roman" w:hAnsi="Times New Roman" w:eastAsia="Times New Roman" w:cs="Times New Roman"/>
        </w:rPr>
        <w:t>Tämä kaupunki ei ole oleva teille kattila, ettekä te ole oleva liha sen keskellä; vaan minä tuomitsen teidät Israelin rajalla. Hesekiel 11:11.</w:t>
      </w:r>
    </w:p>
    <w:p>
      <w:pPr>
        <w:pStyle w:val="ArticleBody"/>
        <w:jc w:val="left"/>
      </w:pPr>
      <w:r>
        <w:rPr>
          <w:rFonts w:ascii="Times New Roman" w:hAnsi="Times New Roman" w:eastAsia="Times New Roman" w:cs="Times New Roman"/>
        </w:rPr>
        <w:t>Inspiraatio samastaa suoraan Hesekielin yhdeksännen luvun sinetöimisen aivan samaksi sinetöimiseksi kuin Ilmestyskirjan seitsemännessä luvussa mainittujen sadan neljänkymmenenneljän tuhannen sinetöiminen. Yhdestoista luku, jae yksitoista, on yksinkertaisesti Hesekielin kertovan esityksen jatkoa tuomiosta, joka kohtaa seitsemännen päivän adventistikirkkoa, jonka sisar White samastaa Hesekielin yhdeksännen luvun Jerusalemiin. Ne, jotka eivät saaneet sinettiä, tuomitaan ja hävitetään yhdeksännestä yhdenteentoista lukuun ulottuvassa näyssä.</w:t>
      </w:r>
    </w:p>
    <w:p>
      <w:pPr>
        <w:pStyle w:val="ArticleBody"/>
        <w:jc w:val="left"/>
      </w:pPr>
      <w:r>
        <w:rPr>
          <w:rFonts w:ascii="Times New Roman" w:hAnsi="Times New Roman" w:eastAsia="Times New Roman" w:cs="Times New Roman"/>
        </w:rPr>
        <w:t>Hesekielin 9/11-näky osoittaa, että uskottomat viedään Jerusalemin ulkopuolelle tuomittaviksi, ja siten se osoittaa lopullisen erottamisen niiden keskuudessa, jotka tunnustautuvat Ilmestyskirjassa kuvatuksi viimeiseksi seurakunnaksi. Symboli ”yksitoista, yksitoista” on sen liiton vertauskuva, jonka sataneljäkymmentäneljätuhatta solmivat Jumalan kanssa. Yhteenlaskettuina luvut muodostavat kaksikymmentäkaksi, joka on kymmenesosa kahdestasadastakahdestakymmenestä, eräästä jumaluuden ja ihmisyyden yhdistymisen symboleista.</w:t>
      </w:r>
    </w:p>
    <w:p>
      <w:pPr>
        <w:pStyle w:val="ArticleBody"/>
        <w:jc w:val="left"/>
      </w:pPr>
      <w:r>
        <w:rPr>
          <w:rFonts w:ascii="Times New Roman" w:hAnsi="Times New Roman" w:eastAsia="Times New Roman" w:cs="Times New Roman"/>
        </w:rPr>
        <w:t>Kaksisataakaksikymmentä vuotta vuosien 677 ja 457 eKr. välillä yhdistää Danielin profetian kahdestatuhannesta kolmestasadasta päivästä Mooseksen aikaprofetiaan seitsemästä ajasta. Paljon voidaan tunnistaa noista kaksisataakaksikymmenestä vuodesta sovitustyön vertauskuvana, joka alkoi, kun nuo kaksi profetiaa kohtasivat toisensa vuonna 1844. Paljon voidaan esittää siitä, mitä luku kaksikymmentäkaksi vertauskuvallisesti edustaa kaksisataakaksikymmenen kymmenyksenä, samoin kuin on laita luvun yksitoista kohdalla. Se, minkä tässä tahdon osoittaa, on yhdentoista ja kahdenkymmenenkahden välinen suhde.</w:t>
      </w:r>
    </w:p>
    <w:p>
      <w:pPr>
        <w:pStyle w:val="ArticleBody"/>
        <w:jc w:val="left"/>
      </w:pPr>
      <w:r>
        <w:rPr>
          <w:rFonts w:ascii="Times New Roman" w:hAnsi="Times New Roman" w:eastAsia="Times New Roman" w:cs="Times New Roman"/>
        </w:rPr>
        <w:t>Jatkamme näiden ajatusten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kuusi</dc:title>
  <dc:subject>Yksitoista</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