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Jaeen Neljakymmentäyksi Kätketty Historia - Numero Yhdeksän</w:t>
      </w:r>
    </w:p>
    <w:p>
      <w:pPr>
        <w:pStyle w:val="ArticleSubtitle"/>
        <w:jc w:val="left"/>
      </w:pPr>
      <w:r>
        <w:rPr>
          <w:rFonts w:ascii="Arial" w:hAnsi="Arial" w:eastAsia="Arial" w:cs="Arial"/>
        </w:rPr>
        <w:t>Voima, kirkkaus ja kärsimys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Pietari on Paniumissa (Caesarea Philippissä), mikä sijoittuu vain kuusi tai kahdeksan päivää ennen sitä keskikohtaa niistä kolmesta kerrasta, jolloin Pietari, Johannes ja Jaakob menivät yksin Jeesuksen kanssa. Ensimmäinen oli Hänen voimansa osoitus Jairuksen kaksitoistavuotiaan tyttären ylösnousemuksessa; toinen oli Hänen kirkkautensa osoitus kirkastusvuorella; ja kolmas oli Getsemane, Hänen kärsimyksensä osoitus. Paniumissa, luvussa yksitoista, Pietari asettuu juuri ennen jakeen kuusitoista ristiä. Vuori oli kolmen opetuslapsen kolmen erillisen matkan keskikohta. Vuorella myös taivaallinen Isä puhui toisen kerran kolmesta; Isä puhui kasteessa, vuorella ja sitten juuri ennen ristiä. Pietari on kahdesti kolmen erityisen tapahtuman keskikohdassa. Hän on myös Matteuksen lukujen yksitoista–kaksikymmentäkaksi keskikohta.</w:t>
      </w:r>
    </w:p>
    <w:p>
      <w:pPr>
        <w:pStyle w:val="ArticleHeading"/>
        <w:jc w:val="left"/>
      </w:pPr>
      <w:r>
        <w:rPr>
          <w:rFonts w:ascii="Arial" w:hAnsi="Arial" w:eastAsia="Arial" w:cs="Arial"/>
        </w:rPr>
        <w:t>Ass``</w:t>
      </w:r>
    </w:p>
    <w:p>
      <w:pPr>
        <w:pStyle w:val="ArticleBody"/>
        <w:jc w:val="left"/>
      </w:pPr>
      <w:r>
        <w:rPr>
          <w:rFonts w:ascii="Times New Roman" w:hAnsi="Times New Roman" w:eastAsia="Times New Roman" w:cs="Times New Roman"/>
        </w:rPr>
        <w:t>Vuori tuli ennen voitollista sisääntuloa, joka alkoi sillä, että aasi päästettiin irti kantamaan uhria Jerusalemiin, samalla tavoin kuin Aabrahamin aasi kantoi puut uhria varten Morijalle, muinaiselle temppelin paikalle Jerusalemissa. Pasuunansoiton juhla, sellaisena kuin se esiintyy 3. Mooseksen kirjan kahdennenkymmenennen kolmannen luvun järjestyksessä, merkitsee aasin irtipäästämistä; niinpä kirkastusvuoren kokemus edelsi voitollista sisääntuloa ja sijoittaa siten Pietarin 3. Mooseksen kirjan kahdennenkymmenennen kolmannen luvun kolmenkymmenen päivän historiaan, joka on linjassa helluntaikauden kanssa. Noiden kolmenkymmenen päivän aikana temppeli (keskimmäinen koe) tuodaan niiden ehdokkaiden eteen, joiden on määrä kuulua kahdeksaankymmeneen urhoolliseen pappiin. Kuningas Ussian kapinan todistuksessa pyhässä paikassa nuo kahdeksankymmentä pappia tunnistetaan urhoollisiksi, mikä viittaa siihen, että oli pappeja, jotka eivät osallistuneet.</w:t>
      </w:r>
    </w:p>
    <w:p>
      <w:pPr>
        <w:pStyle w:val="ArticleScripture"/>
        <w:jc w:val="left"/>
      </w:pPr>
      <w:r>
        <w:rPr>
          <w:rFonts w:ascii="Times New Roman" w:hAnsi="Times New Roman" w:eastAsia="Times New Roman" w:cs="Times New Roman"/>
        </w:rPr>
        <w:t>Ja pappi Asarja meni hänen perässään, ja hänen kanssaan kahdeksankymmentä Herran pappia, jotka olivat urhoollisia miehiä. Ja he asettuivat kuningas Ussiaa vastaan ja sanoivat hänelle: Ei kuulu sinulle, Ussia, suitsuttaa Herralle, vaan papeille, Aaronin pojille, jotka on vihitty suitsuttamaan. Poistu pyhäköstä, sillä sinä olet rikkonut; eikä siitä ole sinulle kunniaksi Herran Jumalan edessä. 2. Aikakirja 26:17, 18.</w:t>
      </w:r>
    </w:p>
    <w:p>
      <w:pPr>
        <w:pStyle w:val="ArticleBody"/>
        <w:jc w:val="left"/>
      </w:pPr>
      <w:r>
        <w:rPr>
          <w:rFonts w:ascii="Times New Roman" w:hAnsi="Times New Roman" w:eastAsia="Times New Roman" w:cs="Times New Roman"/>
        </w:rPr>
        <w:t>Urheat papit ovat niitä, jotka seuraavat Karitsaa, minne ikinä Hän menee.</w:t>
      </w:r>
    </w:p>
    <w:p>
      <w:pPr>
        <w:pStyle w:val="ArticleScripture"/>
        <w:jc w:val="left"/>
      </w:pPr>
      <w:r>
        <w:rPr>
          <w:rFonts w:ascii="Times New Roman" w:hAnsi="Times New Roman" w:eastAsia="Times New Roman" w:cs="Times New Roman"/>
        </w:rPr>
        <w:t>Nämä ovat ne, jotka eivät ole saastuttaneet itseään naisten kanssa, sillä he ovat neitsyitä. Nämä ovat ne, jotka seuraavat Karitsaa, minne ikinä hän menee. Nämä on lunastettu ihmisistä esikoishedelmäksi Jumalalle ja Karitsalle. Ilmestys 14:4.</w:t>
      </w:r>
    </w:p>
    <w:p>
      <w:pPr>
        <w:pStyle w:val="ArticleBody"/>
        <w:jc w:val="left"/>
      </w:pPr>
      <w:r>
        <w:rPr>
          <w:rFonts w:ascii="Times New Roman" w:hAnsi="Times New Roman" w:eastAsia="Times New Roman" w:cs="Times New Roman"/>
        </w:rPr>
        <w:t>Juudan sukukunnan Leijona johtaa kansansa kaikkeinpyhimpään ja saa heidät katsomaan liitonarkkiin sekä tarkastelemaan Ylimmäistä Pappia, joka siellä toimittaa viimeistä työtään synnin pois pyyhkimiseksi. Pietari herätettiin eloon 31. joulukuuta 2023, ja tämän jälkeen hän joutui kohtaamaan perustavan koetuksen Rooman roolista profetian ulkoisen näyn vahvistamisessa. Sitten Pietarille tuli temppelin toinen koetus, ja juuri siellä sisäisen linjan näky esitetään Danielin kymmenennen luvun peilikuvanaisessa näyssä.</w:t>
      </w:r>
    </w:p>
    <w:p>
      <w:pPr>
        <w:pStyle w:val="ArticleBody"/>
        <w:jc w:val="left"/>
      </w:pPr>
      <w:r>
        <w:rPr>
          <w:rFonts w:ascii="Times New Roman" w:hAnsi="Times New Roman" w:eastAsia="Times New Roman" w:cs="Times New Roman"/>
        </w:rPr>
        <w:t>Pietari oli kieltänyt Herransa 18. heinäkuuta 2020, ja hän teki niin kolme kertaa.</w:t>
      </w:r>
    </w:p>
    <w:p>
      <w:pPr>
        <w:pStyle w:val="ArticleScripture"/>
        <w:jc w:val="left"/>
      </w:pPr>
      <w:r>
        <w:rPr>
          <w:rFonts w:ascii="Times New Roman" w:hAnsi="Times New Roman" w:eastAsia="Times New Roman" w:cs="Times New Roman"/>
        </w:rPr>
        <w:t>”Kolmesti Pietari oli julkisesti kieltänyt Herransa, ja kolmesti Jeesus sai häneltä vakuutuksen hänen rakkaudestaan ja uskollisuudestaan, painaen hänen sydämeensä tuon terävän kysymyksen kuin väkäkärkisen nuolen hänen haavoitettuun sydämeensä. Kokoontuneiden opetuslasten edessä Jeesus paljasti Pietarin katumuksen syvyyden ja osoitti, kuinka perin pohjin nöyryytetty oli tuo kerran kerskaileva opetuslapsi.” Alfa ja omega, 812.</w:t>
      </w:r>
    </w:p>
    <w:p>
      <w:pPr>
        <w:pStyle w:val="ArticleBody"/>
        <w:jc w:val="left"/>
      </w:pPr>
      <w:r>
        <w:rPr>
          <w:rFonts w:ascii="Times New Roman" w:hAnsi="Times New Roman" w:eastAsia="Times New Roman" w:cs="Times New Roman"/>
        </w:rPr>
        <w:t>Pietari edusti kahta palvojien luokkaa.</w:t>
      </w:r>
    </w:p>
    <w:p>
      <w:pPr>
        <w:pStyle w:val="ArticleScripture"/>
        <w:jc w:val="left"/>
      </w:pPr>
      <w:r>
        <w:rPr>
          <w:rFonts w:ascii="Times New Roman" w:hAnsi="Times New Roman" w:eastAsia="Times New Roman" w:cs="Times New Roman"/>
        </w:rPr>
        <w:t>”Kummallekin niistä ryhmistä, joita fariseus ja publikaani edustavat, on apostoli Pietarin historiassa opetuksensa. Varhaisessa opetuslapseudessaan Pietari piti itseään vahvana. Fariseuksen tavoin hän omassa arviossaan ei ollut ’niin kuin muut ihmiset ovat’. Kun Kristus kavaltamisensa aattona varoitti opetuslapsiaan ennalta: ’Tänä yönä te kaikki loukkaannutte minuun’, Pietari julisti luottavaisesti: ’Vaikka kaikki loukkaantuisivat, minä en.’ Mark. 14:27, 29. Pietari ei tuntenut omaa vaaraansa. Itseluottamus johti hänet harhaan. Hän luuli kykenevänsä kestämään kiusauksen; mutta muutaman lyhyen tunnin kuluttua koetus tuli, ja kirouksin ja valoin hän kielsi Herransa.” Kristuksen vertaukset, 152.</w:t>
      </w:r>
    </w:p>
    <w:p>
      <w:pPr>
        <w:pStyle w:val="ArticleBody"/>
        <w:jc w:val="left"/>
      </w:pPr>
      <w:r>
        <w:rPr>
          <w:rFonts w:ascii="Times New Roman" w:hAnsi="Times New Roman" w:eastAsia="Times New Roman" w:cs="Times New Roman"/>
        </w:rPr>
        <w:t>Publikaani meni kotiinsa vanhurskautettuna.</w:t>
      </w:r>
    </w:p>
    <w:p>
      <w:pPr>
        <w:pStyle w:val="ArticleScripture"/>
        <w:jc w:val="left"/>
      </w:pPr>
      <w:r>
        <w:rPr>
          <w:rFonts w:ascii="Times New Roman" w:hAnsi="Times New Roman" w:eastAsia="Times New Roman" w:cs="Times New Roman"/>
        </w:rPr>
        <w:t>”Fariseus ja publikaani edustavat kahta suurta ryhmää, joihin ne jakautuvat, jotka tulevat palvomaan Jumalaa. Näiden kahden ryhmän ensimmäiset edustajat tavataan kahdessa ensimmäisessä lapsessa, jotka syntyivät maailmaan.” Kristuksen vertaukset, s. 152.</w:t>
      </w:r>
    </w:p>
    <w:p>
      <w:pPr>
        <w:pStyle w:val="ArticleBody"/>
        <w:jc w:val="left"/>
      </w:pPr>
      <w:r>
        <w:rPr>
          <w:rFonts w:ascii="Times New Roman" w:hAnsi="Times New Roman" w:eastAsia="Times New Roman" w:cs="Times New Roman"/>
        </w:rPr>
        <w:t>Aabel ja publikaani ovat vanhurskauttamisen uskon kautta vertauskuva.</w:t>
      </w:r>
    </w:p>
    <w:p>
      <w:pPr>
        <w:pStyle w:val="ArticleScripture"/>
        <w:jc w:val="left"/>
      </w:pPr>
      <w:r>
        <w:rPr>
          <w:rFonts w:ascii="Times New Roman" w:hAnsi="Times New Roman" w:eastAsia="Times New Roman" w:cs="Times New Roman"/>
        </w:rPr>
        <w:t>Mutta publikaani seisoi taampana eikä tahtonut nostaa silmiäänkään taivasta kohti, vaan löi rintaansa sanoen: Jumala, ole minulle syntiselle armollinen. Minä sanon teille: tämä meni kotiinsa vanhurskautettuna ennemmin kuin se toinen; sillä jokainen, joka itsensä ylentää, alennetaan, mutta joka itsensä alentaa, se ylennetään. Luukas 18:13, 14.</w:t>
      </w:r>
    </w:p>
    <w:p>
      <w:pPr>
        <w:pStyle w:val="ArticleBody"/>
        <w:jc w:val="left"/>
      </w:pPr>
      <w:r>
        <w:rPr>
          <w:rFonts w:ascii="Times New Roman" w:hAnsi="Times New Roman" w:eastAsia="Times New Roman" w:cs="Times New Roman"/>
        </w:rPr>
        <w:t>Vuoden 1888 sanoman ohella tapahtui Ilmestyskirjan kahdeksannentoista luvun enkelin laskeutuminen.</w:t>
      </w:r>
    </w:p>
    <w:p>
      <w:pPr>
        <w:pStyle w:val="ArticleScripture"/>
        <w:jc w:val="left"/>
      </w:pPr>
      <w:r>
        <w:rPr>
          <w:rFonts w:ascii="Times New Roman" w:hAnsi="Times New Roman" w:eastAsia="Times New Roman" w:cs="Times New Roman"/>
        </w:rPr>
        <w:t>”Herra suuressa armossaan lähetti kansalleen mitä kalleimman sanoman vanhinten Waggonerin ja Jonesin kautta. Tämän sanoman tarkoituksena oli tuoda maailman eteen entistä näkyvämmin korotettu Vapahtaja, koko maailman syntien sovitusuhri. Se esitti vanhurskauttamisen uskon kautta Takaajaan; se kutsui kansaa vastaanottamaan Kristuksen vanhurskauden, joka tulee ilmi kuuliaisuutena kaikille Jumalan käskyille. Monet olivat kadottaneet Jeesuksen näkyvistään. Heidän silmänsä tuli suunnata Hänen jumalalliseen persoonaansa, Hänen ansioihinsa ja Hänen muuttumattomaan rakkauteensa ihmiskuntaa kohtaan. Kaikki valta on annettu Hänen käsiinsä, jotta Hän voisi jakaa ihmisille rikkaita lahjoja ja välittää avuttomalle inhimilliselle toimijalle oman vanhurskautensa korvaamattoman lahjan. Tämä on se sanoma, jonka Jumala käski annettavaksi maailmalle. Se on kolmannen enkelin sanoma, joka on julistettava suurella äänellä ja johon liittyy Hänen Henkensä vuodatuksen runsas mitta.” Testimonies to Ministers, 91.</w:t>
      </w:r>
    </w:p>
    <w:p>
      <w:pPr>
        <w:pStyle w:val="ArticleHeading"/>
        <w:jc w:val="left"/>
      </w:pPr>
      <w:r>
        <w:rPr>
          <w:rFonts w:ascii="Arial" w:hAnsi="Arial" w:eastAsia="Arial" w:cs="Arial"/>
        </w:rPr>
        <w:t>Laodikean sanoma</w:t>
      </w:r>
    </w:p>
    <w:p>
      <w:pPr>
        <w:pStyle w:val="ArticleScripture"/>
        <w:jc w:val="left"/>
      </w:pPr>
      <w:r>
        <w:rPr>
          <w:rFonts w:ascii="Times New Roman" w:hAnsi="Times New Roman" w:eastAsia="Times New Roman" w:cs="Times New Roman"/>
        </w:rPr>
        <w:t>”Sanoma, jonka A. T. Jones ja E. J. Waggoner ovat meille antaneet, on Jumalan sanoma Laodikean seurakunnalle, ja voi sitä, joka tunnustaa uskovansa totuuteen eikä kuitenkaan heijasta toisille Jumalan antamia säteitä.” The 1888 Materials, 1053.</w:t>
      </w:r>
    </w:p>
    <w:p>
      <w:pPr>
        <w:pStyle w:val="ArticleHeading"/>
        <w:jc w:val="left"/>
      </w:pPr>
      <w:r>
        <w:rPr>
          <w:rFonts w:ascii="Arial" w:hAnsi="Arial" w:eastAsia="Arial" w:cs="Arial"/>
        </w:rPr>
        <w:t>Myöhäissateen sanoma</w:t>
      </w:r>
    </w:p>
    <w:p>
      <w:pPr>
        <w:pStyle w:val="ArticleScripture"/>
        <w:jc w:val="left"/>
      </w:pPr>
      <w:r>
        <w:rPr>
          <w:rFonts w:ascii="Times New Roman" w:hAnsi="Times New Roman" w:eastAsia="Times New Roman" w:cs="Times New Roman"/>
        </w:rPr>
        <w:t>”Myöhäissade on vuodatettava Jumalan kansan päälle. Voimallinen enkeli on tuleva alas taivaasta, ja koko maa on valistuva hänen kirkkaudestaan.” Review and Herald, 21. huhtikuuta 1891.</w:t>
      </w:r>
    </w:p>
    <w:p>
      <w:pPr>
        <w:pStyle w:val="ArticleHeading"/>
        <w:jc w:val="left"/>
      </w:pPr>
      <w:r>
        <w:rPr>
          <w:rFonts w:ascii="Arial" w:hAnsi="Arial" w:eastAsia="Arial" w:cs="Arial"/>
        </w:rPr>
        <w:t>New York City ja 11. syyskuuta</w:t>
      </w:r>
    </w:p>
    <w:p>
      <w:pPr>
        <w:pStyle w:val="ArticleScripture"/>
        <w:jc w:val="left"/>
      </w:pPr>
      <w:r>
        <w:rPr>
          <w:rFonts w:ascii="Times New Roman" w:hAnsi="Times New Roman" w:eastAsia="Times New Roman" w:cs="Times New Roman"/>
        </w:rPr>
        <w:t>”Nytkö tulee se puhe, että minä olisin julistanut New Yorkin joutuvan hyökyaallon pyyhkäisemäksi? Tätä en ole koskaan sanonut. Olen sanonut katsellessani siellä kohoavia suuria rakennuksia, kerros kerrokselta: ’Kuinka kauhistuttavia näkymiä onkaan oleva, kun Herra nousee järkyttämään maata perin pohjin! Silloin Ilmestyskirjan 18:1–3 sanat täyttyvät.’ Koko Ilmestyskirjan kahdeksastoista luku on varoitus siitä, mikä on kohtaava maata. Mutta minulle ei ole annettu erityistä valoa siitä, mitä New Yorkia kohtaa, vaan ainoastaan se, että tiedän, että eräänä päivänä siellä olevat suuret rakennukset kaatuvat maahan Jumalan voiman kääntäessä ja mullistaessa. Minulle annetun valon perusteella tiedän, että maailmaa kohtaa hävitys. Yksi sana Herralta, yksi hänen mahtavan voimansa kosketus, ja nämä valtavat rakennelmat sortuvat. Tapahtuu näkyjä, joiden pelottavuutta emme voi kuvitella.” Review and Herald, 5. heinäkuuta 1906.</w:t>
      </w:r>
    </w:p>
    <w:p>
      <w:pPr>
        <w:pStyle w:val="ArticleBody"/>
        <w:jc w:val="left"/>
      </w:pPr>
      <w:r>
        <w:rPr>
          <w:rFonts w:ascii="Times New Roman" w:hAnsi="Times New Roman" w:eastAsia="Times New Roman" w:cs="Times New Roman"/>
        </w:rPr>
        <w:t>Publikaani Pietari edustaa sielua, joka vanhurskautetaan uskosta, ja vanhurskauttaminen uskosta on kolmannen enkelin sanoma; se on Laodikean sanoma, joka saapui 9/11, kun New Yorkin suuret rakennukset sortuivat ja Ilmestyskirja 18:1–3 täyttyi. Silloin myöhäissade alkoi vihmoa ja sadan neljänkymmenenneljän tuhannen sinetöiminen alkoi. Sadan neljänkymmenenneljän tuhannen sinetöimisajan päättyessä Ilmestyskirjan kahdeksannentoista luvun enkeli laskeutui ylienkeli Mikaelina ja herätti Pietarin kolmella koetuksella. Ensimmäinen koetus alkoi 31. joulukuuta 2023 ja edusti sitä perustavaa totuutta, että Rooma on Danielin yhdentoista luvun jakeen neljätoista valta, joka vahvistaa näyn. Tuo näky on chazon-näky, joka edustaa profetian ulkoista linjaa ja jonka Salomo sanoo olevan elämä tai kuolema.</w:t>
      </w:r>
    </w:p>
    <w:p>
      <w:pPr>
        <w:pStyle w:val="ArticleScripture"/>
        <w:jc w:val="left"/>
      </w:pPr>
      <w:r>
        <w:rPr>
          <w:rFonts w:ascii="Times New Roman" w:hAnsi="Times New Roman" w:eastAsia="Times New Roman" w:cs="Times New Roman"/>
        </w:rPr>
        <w:t>Missä ei ole [chazon]-näkyä, siellä kansa menehtyy; mutta autuas on se, joka pitää lain. Sananlaskut 29:18.</w:t>
      </w:r>
    </w:p>
    <w:p>
      <w:pPr>
        <w:pStyle w:val="ArticleBody"/>
        <w:jc w:val="left"/>
      </w:pPr>
      <w:r>
        <w:rPr>
          <w:rFonts w:ascii="Times New Roman" w:hAnsi="Times New Roman" w:eastAsia="Times New Roman" w:cs="Times New Roman"/>
        </w:rPr>
        <w:t>Pietarin toinen koetus on temppelikoetus, joka vaatii uskon kautta astumista kaikkeinpyhimpään, kuten sisar White havainnollisti ensimmäisissä näyissään. Siellä hän näki seitsemännen päivän sapatin käskyn loistavan muiden yhdeksän käskyn yläpuolella. Tämä oppi tuomion alkaessa edustaa inkarnaation oppia, joka loistaa muiden profeetallisten oppien yläpuolella viimeisinä päivinä, tuomion päättyessä. Kristuksen, jumalallisen, inkarnaatio, siinä että Hän, vaikka ei tuntenut syntiä, otti päälleen langenneen syntisen lihan, esitetään monenlaisin vertauskuvin. Merkittävin niistä on oppi seitsemästä ajasta. Oppi seitsemästä ajasta oli Millerin profeetallisten löytöjen alfa, ja se oli vuonna 1856 se oppi, joka edusti Milleriläisen historian omegana olevaa oppia, jolloin milleriläinen filadelfialainen adventismi kapinoi seitsemän vuoden ajan ja tuli Laodikean seitsemännen päivän adventistikirkoksi vuonna 1863.</w:t>
      </w:r>
    </w:p>
    <w:p>
      <w:pPr>
        <w:pStyle w:val="ArticleBody"/>
        <w:jc w:val="left"/>
      </w:pPr>
      <w:r>
        <w:rPr>
          <w:rFonts w:ascii="Times New Roman" w:hAnsi="Times New Roman" w:eastAsia="Times New Roman" w:cs="Times New Roman"/>
        </w:rPr>
        <w:t>Hesekielin kirjan kolmannenkymmenennenseitsemännen luvun kaksi sauvaa edustavat kahta 2 520 vuoden tuomiota pohjoista ja eteläistä valtakuntaa vastaan. Pohjoinen valtakunta edustaa inhimillistä lihaa, ja eteläinen valtakunta edustaa mieltä, joka oli tarkoitettu yhdistettäväksi Kristuksen mieleen; näin jumaluus yhdistyisi ihmisyyteen. Tämä on inkarnaation oppi yksinkertaistetussa esitysmuodossa. Nuo seitsemän aikaa olivat milleriläisen historian alfa ja omega, ja koska ne edustavat inkarnaatiota, ne ovat myös seitsemännen päivän adventistien historian omega suhteessa vuoden 1844 alfa-sapattioppiin. Toinen on seitsemännen päivän sapatin merkki ja toinen seitsemännen vuoden sapatin merkki.</w:t>
      </w:r>
    </w:p>
    <w:p>
      <w:pPr>
        <w:pStyle w:val="ArticleBody"/>
        <w:jc w:val="left"/>
      </w:pPr>
      <w:r>
        <w:rPr>
          <w:rFonts w:ascii="Times New Roman" w:hAnsi="Times New Roman" w:eastAsia="Times New Roman" w:cs="Times New Roman"/>
        </w:rPr>
        <w:t>Pietarin nimi muutetaan Paniumissa, mikä oli Abrahamin esityksen toinen askel ensimmäisestä liitosta valitun kansan kanssa, ja Pietarista tulee viimeisen liiton edustaja valitun kansan kanssa hänen toisessa askeleessaan. Se on lukujen yhdestätoista kahteenkymmeneenkahteen ulottuvan linjan toinen askel, ja se on toinen niistä kolmesta kerrasta, jolloin Pietari, Jaakob ja Johannes menivät Jeesuksen kanssa erilleen muista opetuslapsista, sekä toinen niistä kolmesta kerrasta, jolloin taivaallinen Isä puhui. Neron linja päättyy Raphian ja Paniumin taistelujen välisessä puolivälissä, sillä se asettuu samalle linjalle niiden kahden muun 250 vuoden ajanjakson kanssa, jotka alkoivat vuosina 457 eKr. ja 1776. Vuonna 457 eKr. alkanut jakso päättyi vuonna 207 eKr., ja vuonna 1776 alkanut päättyy vuonna 2026. Pietari on kohdissa 207 eKr., 2026, 313 ja siinä temppelikokeessa, joka edeltää aasin irtipäästämisen kolmatta ja ratkaisevaa koetinta, joka esitetään pasuunansoiton juhlana.</w:t>
      </w:r>
    </w:p>
    <w:p>
      <w:pPr>
        <w:pStyle w:val="ArticleBody"/>
        <w:jc w:val="left"/>
      </w:pPr>
      <w:r>
        <w:rPr>
          <w:rFonts w:ascii="Times New Roman" w:hAnsi="Times New Roman" w:eastAsia="Times New Roman" w:cs="Times New Roman"/>
        </w:rPr>
        <w:t>Pietarin koetus on seurata Kristusta kaikkeinpyhimpään, ja hänen työnsä on oikaista ja sitten julistaa oikaistu sanoma Nashvillen tulipalloista. Pietarin sanoma Nashvillen tulipalloista on helluntain sanoma, joka esitettiin ensin yläsalissa ja sen jälkeen temppelissä. Hän esittää sanomansa yksilöiden Nashvillen tulipallot ja Raphian taistelun täyttymyksen yhdessä Paniumin taistelun kanssa, joka muuttuu Actiumin taisteluksi jakeen kuusitoista sunnuntailaissa. Jakeen kuusitoista sunnuntailaki on myös jakeen neljäkymmentäyksi ja jakeen kaksikymmentäkaksi sunnuntailaki. Nämä kolme jaetta asettuvat myös linjaan jakeen kolmekymmentäyksi kanssa, jossa paavius otti vallan vuonna 538 ja sääti sunnuntailain Orléansin kolmannessa kirkolliskokouksessa. Jakeet, jotka johtavat jakeeseen kolmekymmentäyksi, yksilöivät tienviitat, jotka johtivat vuoden 538 sunnuntailakiin, ja ne ovat esikuvana siitä historiasta, joka edeltää pian tulevaa sunnuntailakia.</w:t>
      </w:r>
    </w:p>
    <w:p>
      <w:pPr>
        <w:pStyle w:val="ArticleScripture"/>
        <w:jc w:val="left"/>
      </w:pPr>
      <w:r>
        <w:rPr>
          <w:rFonts w:ascii="Times New Roman" w:hAnsi="Times New Roman" w:eastAsia="Times New Roman" w:cs="Times New Roman"/>
        </w:rPr>
        <w:t>Sillä Kittimin laivat käyvät häntä vastaan; sentähden hän menettää rohkeutensa, kääntyy takaisin ja vihastuu pyhää liittoa vastaan; niin hän tekee, hän palaa ja pitää yhteyttä niihin, jotka hylkäävät pyhän liiton. Ja sotajoukot asettuvat hänen puolelleen, ja ne saastuttavat turvan pyhäkön, poistavat jokapäiväisen uhrin ja asettavat hävityksen kauhistuksen. Daniel 11:30, 31.</w:t>
      </w:r>
    </w:p>
    <w:p>
      <w:pPr>
        <w:pStyle w:val="ArticleBody"/>
        <w:jc w:val="left"/>
      </w:pPr>
      <w:r>
        <w:rPr>
          <w:rFonts w:ascii="Times New Roman" w:hAnsi="Times New Roman" w:eastAsia="Times New Roman" w:cs="Times New Roman"/>
        </w:rPr>
        <w:t>”Kittimin laivat” edustivat vandaaleja, joita kuvataan myös Ilmestyskirjan kahdeksannen luvun toisena pasuunana. Rooman vähittäinen häviö alkoi vuonna 330, jolloin Konstantinus jakoi valtakunnan itään ja länteen. Sen jälkeen hän jakoi sen kolmelle pojalleen. Rooman valtakunta, joka oli ollut voittamaton Actiumin taistelusta lähtien, jakautui silloin kahteen osaan, sitten kolmeen osaan, ja sen jälkeen Ilmestyskirjan kahdeksannen luvun neljä ensimmäistä pasuunaa kuvasivat niiden vihollisten hyökkäystä, joka saattoi läntisen Rooman päätökseen vuonna 476. Itäinen Rooma Konstantinopolissa jatkui viidennen pasuunan loppuun ja kuudennen pasuunan alkuun saakka, jotka ovat myös ensimmäinen ja toinen voi-huuto. Ensimmäisen voi-huudon sadanviidenkymmenen vuoden aikaprofetia päättyi samana päivänä, jona toisen voi-huudon aikaprofetia alkoi. Tuo päivä oli Konstantinopolin lankeemus Osmanien turkkilaisten käsiin vuonna 1453.</w:t>
      </w:r>
    </w:p>
    <w:p>
      <w:pPr>
        <w:pStyle w:val="ArticleBody"/>
        <w:jc w:val="left"/>
      </w:pPr>
      <w:r>
        <w:rPr>
          <w:rFonts w:ascii="Times New Roman" w:hAnsi="Times New Roman" w:eastAsia="Times New Roman" w:cs="Times New Roman"/>
        </w:rPr>
        <w:t>Babylon kaatui yhdessä yössä; ehkä väittäisit, että Kyyroksen täytyi ensin ohjata joki toisaalle, ja siihen kului jonkin aikaa, mutta Babylonin kukistuminen tapahtui yhdessä yössä, kun taas Rooman kukistuminen käsitti 1123 vuotta. Nämä vuodet sisälsivät erityisiä profeetallisia tienviittoja, jotka kuvaavat keisarillisen Rooman asteittaista perikatoa, ja keisarillinen pakanallinen Rooma on esikuva Yhdysvalloista sen työssä asettaa paavius valtaistuimelle Raamatun profetian viidentenä valtakuntana vuonna 538. Paavius asetetaan valtaistuimelle Danielin yhdentoista luvun kuudennentoista jakeen sunnuntailaissa. Ne tienviitat, jotka ovat esikuvina Yhdysvaltojen työstä, ilmenevät pakanallisen Rooman asteittaisen perikadon tienviitoissa.</w:t>
      </w:r>
    </w:p>
    <w:p>
      <w:pPr>
        <w:pStyle w:val="ArticleBody"/>
        <w:jc w:val="left"/>
      </w:pPr>
      <w:r>
        <w:rPr>
          <w:rFonts w:ascii="Times New Roman" w:hAnsi="Times New Roman" w:eastAsia="Times New Roman" w:cs="Times New Roman"/>
        </w:rPr>
        <w:t>Kittimin laivat merkitsivät Roomalle taloudellista katastrofia, sillä vandaalien laivasto toi hävityksen Välimeren merireiteille. Viimeisinä päivinä islam kuvataan taloudellisena katastrofina maan kuninkaille. Vandaalit ja heidän laivansa olivat toisen pasuunan valta, ja kolme voi-huutoa ovat islamilaisia pasuunavaltoja. Ensimmäinen oli Arabia, toinen Turkki, ja kolmas on maailmanlaajuinen.</w:t>
      </w:r>
    </w:p>
    <w:p>
      <w:pPr>
        <w:pStyle w:val="ArticleBody"/>
        <w:jc w:val="left"/>
      </w:pPr>
      <w:r>
        <w:rPr>
          <w:rFonts w:ascii="Times New Roman" w:hAnsi="Times New Roman" w:eastAsia="Times New Roman" w:cs="Times New Roman"/>
        </w:rPr>
        <w:t>Laivat ovat taloudellisen vallan vertauskuva, ja Kirjoituksissa Kittimin laivat ovat taloudellisen vallan ensisijaiset vertauskuvat. Nuo laivat upottaa vihainen itätuuli keskellä meriä, ja Kirjoituksissa islam on idän lapset. Kun islam pannaan merkille tapahtumien profeetallisessa sarjassa, se synnyttää talouskriisin. Islam esitetään Bileamin yhteydessä aasina, mikä on se heprean sana, joka ensimmäisessä Ismaelin esittelyssä Kirjoituksissa on käännetty sanalla ”villi-ihminen”. Ismael on profeetallisella tasolla islamin isä, kiistämättä Abrahamia Ismaelin isänä, mutta Ismaelin kaksitoista heimoa tulevat Kirjoituksissa tunnetuiksi idän lapsina.</w:t>
      </w:r>
    </w:p>
    <w:p>
      <w:pPr>
        <w:pStyle w:val="ArticleBody"/>
        <w:jc w:val="left"/>
      </w:pPr>
      <w:r>
        <w:rPr>
          <w:rFonts w:ascii="Times New Roman" w:hAnsi="Times New Roman" w:eastAsia="Times New Roman" w:cs="Times New Roman"/>
        </w:rPr>
        <w:t>Viimeisinä päivinä Bileam, Yhdysvaltojen vertauskuva vääränä profeettana, lyö aasiaan kolmesti, mikä kuvaa islamin kolmea iskua. 11.9. oli ensimmäinen näistä iskuista ja merkitsi sinetöivän enkelin saapumista, hänen, joka nousee idästä keskellä taistelun ankaria itätuulia. Islamin toinen isku on kaksiosainen, sillä toinen askel merkitsee kaksinkertaistumista. Lokakuun 7. päivänä 2023 islam iski odottamatta kirjaimelliseen Israeliin, ja kun islam iskee odottamatta Nashvilleen, Tennesseehen, hengelliseen Israeliin on isketty. Bileamin kertomuksessa toinen tienviitta tuli kahden viinitarhan väliin, ja Herran Sebaotin kaksi viinitarhaa olivat muinainen kirjaimellinen Israel ja Yhdysvallat, nykyinen hengellinen Israel. Bileamin kolmas tienviitta oli se, kun aasi puhui; ja puhumisen vertauskuva, joka merkitsee niiden sadan neljänkymmenen neljän tuhannen sinetöimisajan loppua, joka alkoi 11.9., on sunnuntailaki, jolloin Yhdysvallat puhuu kuin lohikäärme. Ilmestyskirjan yhdennentoista luvun suuri maanjäristys on tuo sunnuntailaki, jossa kolmas voi tulee nopeasti, jossa Yhdysvallat, aasi ja Sakarja puhuvat.</w:t>
      </w:r>
    </w:p>
    <w:p>
      <w:pPr>
        <w:pStyle w:val="ArticleBody"/>
        <w:jc w:val="left"/>
      </w:pPr>
      <w:r>
        <w:rPr>
          <w:rFonts w:ascii="Times New Roman" w:hAnsi="Times New Roman" w:eastAsia="Times New Roman" w:cs="Times New Roman"/>
        </w:rPr>
        <w:t>Johannes Kastajan isä kuului kahdeksanteen niistä kahdestakymmenestäneljästä pappisosastosta, jotka Daavid oli asettanut palvelemaan temppelissä. Pappi Sakarja mykistyi epäuskonsa tähden poikansa Johanneksen syntymään saakka, ja hän on luvun kahdeksan vertauskuva (pappeuden vertauskuva). Sunnuntailain aikana pappien viimeinen sukupolvi, jota Johannes Kastaja edustaa, puhuu, niin kuin hänen isänsä Sakarjan kautta on kuvattu. Kristus samaisti Johanneksen Eliaan, ja Elian viimeisten päivien sanoma esitetään isän ja lapsen suhteena, kuten Sakarjan ja Johanneksen kohdalla. Johannes oli Jeremian esikuvaistama, sillä Jeremialle oli sanottu, että jos hän palaisi, hän olisi Jumalan suu.</w:t>
      </w:r>
    </w:p>
    <w:p>
      <w:pPr>
        <w:pStyle w:val="ArticleBody"/>
        <w:jc w:val="left"/>
      </w:pPr>
      <w:r>
        <w:rPr>
          <w:rFonts w:ascii="Times New Roman" w:hAnsi="Times New Roman" w:eastAsia="Times New Roman" w:cs="Times New Roman"/>
        </w:rPr>
        <w:t>Jeremia valitti 18. heinäkuuta 2020 tapahtunutta ensimmäistä pettymystä, ja jos hän palaisi, hänestä tulisi Jumalan suu sunnuntailaissa, kun hän esittäisi Habakukin profeetallisen sanoman, joka oli viivähtänyt, mutta jonka oli määrä “puhua” lopussa. Jeremian, ja sen tähden Johanneksen, ja sen tähden Pietarin, tuli puhua Habakukin sanoma siinä kohdassa, jossa islamin aasi puhuu ja jolloin Yhdysvallat puhuu lohikäärmeen tavoin.</w:t>
      </w:r>
    </w:p>
    <w:p>
      <w:pPr>
        <w:pStyle w:val="ArticleBody"/>
        <w:jc w:val="left"/>
      </w:pPr>
      <w:r>
        <w:rPr>
          <w:rFonts w:ascii="Times New Roman" w:hAnsi="Times New Roman" w:eastAsia="Times New Roman" w:cs="Times New Roman"/>
        </w:rPr>
        <w:t>Pietari Kesarea Filippin luona, joka on Panium, sijoittuu ajanjaksoon, joka edelsi ”vuoren” tienviittaa, jota oli määrä seurata triumfaalisella sisääntulolla, joka johti ristille eli sunnuntailakiin. Tätä ajanjaksoa edustaa Paniumin taistelu, joka päättyy paavin ja hänen sijaisvaltansa, Yhdysvaltojen, voittoon. Panium on kolmas kolmesta sijaissodasta, joista ensimmäinen päättyi Berliinin muurilla vuonna 1989, ja viimeinen eli kolmas sijaissota päättyy kirkon ja valtion välisen erottavan ”muurin” repimiseen alas. Vuosi 1989 merkitsi ”kylmäksi sodaksi” kutsutun sijaissodan huipentumaa; tuo sota oli alkanut toisen maailmansodan päättyessä, ja Panium edustaa kylmää sotaa, joka päättyy kolmanteen maailmansotaan, jota edustaa Aktionin taistelu. Kolmen sijaissodan ensimmäisen ja kolmannen tienviitan keskellä on Ukrainassa käytävä kirjaimellinen sota, jota jakeissa yksitoista ja kaksitoista edustaa Raphian taistelu.</w:t>
      </w:r>
    </w:p>
    <w:p>
      <w:pPr>
        <w:pStyle w:val="ArticleBody"/>
        <w:jc w:val="left"/>
      </w:pPr>
      <w:r>
        <w:rPr>
          <w:rFonts w:ascii="Times New Roman" w:hAnsi="Times New Roman" w:eastAsia="Times New Roman" w:cs="Times New Roman"/>
        </w:rPr>
        <w:t>Panium on kylmä sota, joka johtaa kolmanteen maailmansotaan, niin kuin sitä edusti kylmä sota, joka päättyi lopun aikana vuonna 1989 ja joka oli alkanut toisen maailmansodan päättyessä. Maamerkeissä, joita edustavat jae kymmenen ja vuosi 1989, jakeet yksitoista ja kaksitoista ja Ukrainan sota, joka alkoi vuonna 2014, sekä jakeet kolmestatoista viiteentoista ja nykyinen kylmä sota MAGA-ismin ja globalismin välillä, oli kolme presidenttiä, jotka merkitsivät paaviuden ja Yhdysvaltojen välisiä liittoja.</w:t>
      </w:r>
    </w:p>
    <w:p>
      <w:pPr>
        <w:pStyle w:val="ArticleBody"/>
        <w:jc w:val="left"/>
      </w:pPr>
      <w:r>
        <w:rPr>
          <w:rFonts w:ascii="Times New Roman" w:hAnsi="Times New Roman" w:eastAsia="Times New Roman" w:cs="Times New Roman"/>
        </w:rPr>
        <w:t>Ronald Reagan oli salainen liittolainen paavi Johannes Paavali II:n kanssa; tämä oli konservatiivinen paavi saatanallisten Fatiman profetioiden näkökulmasta ja liittyy jakeen kymmenen profeetalliseen historiaan. Obaman presidenttikausi vastaa jakeiden yksitoista ja kaksitoista Rafian taistelun historiaa. Hänen presidenttikautensa aikana oli kaksi symbolista paavia, sillä toinen tienviitta osoittaa kaksinkertaistumisen. Jakeiden kolmannen tienviitan, jakeiden kolmetoista–viisitoista, kohdalla paavi on ensimmäinen Yhdysvalloista oleva paavi. Aluksi oletimme paavi Leon olevan konservatiivinen paavi Johannes Paavali II:n esikuvan mukaisesti, mutta sovellettuna kolminkertaisen sovellutuksen profeetallisen sovelluksen alaisuudessa kolmannella tienviitalla on kahden ensimmäisen täyttymyksen ominaispiirteet, joten Leo on konservatiivinen Johannes Paavali II, ja hän on inkvisition viraston entinen johtaja, Benedictus XVI, joka erosi woke-paavi Franciscuksen hyväksi Obaman virkakauden aikana.</w:t>
      </w:r>
    </w:p>
    <w:p>
      <w:pPr>
        <w:pStyle w:val="ArticleBody"/>
        <w:jc w:val="left"/>
      </w:pPr>
      <w:r>
        <w:rPr>
          <w:rFonts w:ascii="Times New Roman" w:hAnsi="Times New Roman" w:eastAsia="Times New Roman" w:cs="Times New Roman"/>
        </w:rPr>
        <w:t>Ensimmäistä sijaissotaa edustaa yksi jae, toista kaksi jaetta ja kolmatta kolme jaetta. Kylmä sota, joka päättyi vuonna 1989, alkoi toisen maailmansodan päättyessä, ja kolmas maailmansota, jota Aktionin taistelu edustaa, alkaa Panionin taistelun edustaman kylmän sodan päättyessä. Kolmea maailmansotaa, samoin kuin kolmea sijaissotaa, hallitsevat ne periaatteet, jotka liittyvät profetian kolminkertaiseen sovellutukseen. Toisen maailmansodan päättyminen aloitti kylmän sodan, joka päättyi kahdeksanteen presidenttiin Rooseveltin jälkeen vuonna 1945; tämä oli Reagan. Reagan aloitti ajan lopussa vuonna 1989 kahdeksan presidentin sarjan, joka johtaa Trumpiin (joka on niistä seitsemästä). Trumpin kylmä sota alkoi vuonna 2015, kun hän ilmoitti presidenttiehdokkuudestaan ja saattoi globalistit liikkeelle, Danielin kirjan luvun yksitoista jakeen kaksi täyttymyksenä. Tuo kylmä sota päättyy sunnuntailakiin, joka on Aktionin taistelu, Rooman kolmas este ennen kuin se hallitsee ylimmästi.</w:t>
      </w:r>
    </w:p>
    <w:p>
      <w:pPr>
        <w:pStyle w:val="ArticleBody"/>
        <w:jc w:val="left"/>
      </w:pPr>
      <w:r>
        <w:rPr>
          <w:rFonts w:ascii="Times New Roman" w:hAnsi="Times New Roman" w:eastAsia="Times New Roman" w:cs="Times New Roman"/>
        </w:rPr>
        <w:t>Rooseveltista alkoi kahdeksan presidentin jakso Reaganiin, mikä puolestaan aloitti kahdeksan presidentin jakson Trumpiin. Roosevelt merkitsee toista maailmansotaa; hän kuoli 12. huhtikuuta 1945, ja sitten Truman oli presidenttinä, kun Euroopan sota päättyi 8. toukokuuta ja Tyynenmeren sota päättyi 2. syyskuuta. Euroopan sota oli suurelta osin maasotaa ja Tyynenmeren sota merisotaa, aivan kuten Panium edustaa maataistelua ja Actium meritaistelua. Ensimmäinen havainnollistaa viimeistä, ja kahdeksan presidentin sarja vahvistetaan Danielin yhdentoista luvun jakeiden kaksi ja kolme todistuksen varaan sekä myös arvoitukseen siitä, että kahdeksas on niistä seitsemästä. Ilmestyskirjan kolmattatoista lukua koskevan maan pedon historian alussa pidetyissä kahdessa ensimmäisessä mannermaakongressissa oli presidenttien osalta seitsemän toimikautta. Tuossa historiassa George Washington nimitettiin ylipäälliköksi. Ensimmäisenä virallisena presidenttinä Washingtonin nimittäminen toisessa mannermaakongressissa symboloi Washingtonia aivan alussa seitsemästä presidentistä kahdeksantena.</w:t>
      </w:r>
    </w:p>
    <w:p>
      <w:pPr>
        <w:pStyle w:val="ArticleBody"/>
        <w:jc w:val="left"/>
      </w:pPr>
      <w:r>
        <w:rPr>
          <w:rFonts w:ascii="Times New Roman" w:hAnsi="Times New Roman" w:eastAsia="Times New Roman" w:cs="Times New Roman"/>
        </w:rPr>
        <w:t>Ensimmäinen presidentti oli ensimmäisten seitsemän presidentin kahdeksas, ja viimeinen presidentti on se kahdeksas, joka on niistä seitsemästä. Pappi Sakarja puhuu Johanneksen syntymän aikaan, kun aasi puhuu ja kun maapeto puhuu. Tässä myös Habakukin näky puhuu. Johanneksen syntymä, joka esikuvallistaa sadan neljänkymmenenneljän tuhannen lippumerkkiä sunnuntailain aikana, on pappi Sakarjan viimeinen sukupolvi. Sakarja kuului kahdeksanteen kahdestakymmenestäneljästä pappisosastosta. Sunnuntailain aikana Sakarja (papit) puhuu, kun islam (aasi) puhuu ja kun Yhdysvallat puhuu lohikäärmeenä. Tuossa tienviitassa paavin kuolettava haava paranee, ja siitä tulee se kahdeksas, joka on niistä seitsemästä. Trump on myös se kahdeksas, joka on niistä seitsemästä, ja juuri hän muodostaa pedon kuvan, joka saatetaan päätökseen sunnuntailain aikana. Sadanneljänkymmenenneljän tuhannen pappeus tulee sitten Jumalan suuksi ja julistaa sanoman kolmannen enkelin suurella huudolla. Tuo pappeus on kahdeksas seurakunta, joka on niistä seitsemästä.</w:t>
      </w:r>
    </w:p>
    <w:p>
      <w:pPr>
        <w:pStyle w:val="ArticleBody"/>
        <w:jc w:val="left"/>
      </w:pPr>
      <w:r>
        <w:rPr>
          <w:rFonts w:ascii="Times New Roman" w:hAnsi="Times New Roman" w:eastAsia="Times New Roman" w:cs="Times New Roman"/>
        </w:rPr>
        <w:t>Roosevelt aloittaa kahdeksan presidentin sarjan, joka johtaa lopun aikaan vuonna 1989, ja hän merkitsee siirtymää toisesta maailmansodasta kylmään sotaan, joka päättyy vuonna 1989. Presidentti Truman seurasi Rooseveltia ja hallitsi silloin, kun maa- ja meritaistelut, joista toinen maailmansota muodostui, päättyivät. Presidenttinä Truman hallitsi silloin, kun Yhdistyneet kansakunnat perustettiin 24. lokakuuta 1945. Rooseveltin ja Trumanin välinen yhteys vahvistuu vuoden 1945 kautta. Molemmat olivat presidenttejä tuona vuonna, ja tuona vuonna päättyi kaksiosainen sota, joka oli toinen maailmansota, ja Yhdistyneet kansakunnat perustettiin, ja kylmä sota alkoi.</w:t>
      </w:r>
    </w:p>
    <w:p>
      <w:pPr>
        <w:pStyle w:val="ArticleBody"/>
        <w:jc w:val="left"/>
      </w:pPr>
      <w:r>
        <w:rPr>
          <w:rFonts w:ascii="Times New Roman" w:hAnsi="Times New Roman" w:eastAsia="Times New Roman" w:cs="Times New Roman"/>
        </w:rPr>
        <w:t>Vuonna 1989 oli samoin kuin vuonna 1945 kaksi presidenttiä: Ronald Reagan ja George Bush vanhempi. Reagan päätti kylmän sodan, ja George Bush vanhempi ilmoitti olevansa ennen kaikkea globalisti puhuessaan YK:n ”neljännessäkymmenennessäviidennessä” yleiskokouksessa 1. lokakuuta 1990, jossa hän puhui ”uudesta maailmanjärjestyksestä”. Puheessaan hän totesi: ”Meidän käsissämme on jättää nämä pimeät koneet taaksemme, pimeälle keskiajalle, jonne ne kuuluvat, ja kulkea eteenpäin saattaaksemme päätökseen historiallisen liikkeen kohti uutta maailmanjärjestystä ja pitkää rauhan aikakautta.”</w:t>
      </w:r>
    </w:p>
    <w:p>
      <w:pPr>
        <w:pStyle w:val="ArticleBody"/>
        <w:jc w:val="left"/>
      </w:pPr>
      <w:r>
        <w:rPr>
          <w:rFonts w:ascii="Times New Roman" w:hAnsi="Times New Roman" w:eastAsia="Times New Roman" w:cs="Times New Roman"/>
        </w:rPr>
        <w:t>Tässä puheessa Bush liitti käsitteen kylmän sodan jälkeiseen yhteistyöhön, Persianlahden kriisiin (Irakin Kuwaitiin tekemään hyökkäykseen), YK:n vahvistamiseen sekä uuteen kansakuntien kumppanuuteen, joka perustuu oikeusvaltioperiaatteeseen. Bush teki ilmauksen ”uusi maailmanjärjestys” tunnetuksi ensimmäisen kerran muutamaa viikkoa aiemmin 11. syyskuuta 1990 kongressin yhteisistunnolle pitämässään puheessa.</w:t>
      </w:r>
    </w:p>
    <w:p>
      <w:pPr>
        <w:pStyle w:val="ArticleBody"/>
        <w:jc w:val="left"/>
      </w:pPr>
      <w:r>
        <w:rPr>
          <w:rFonts w:ascii="Times New Roman" w:hAnsi="Times New Roman" w:eastAsia="Times New Roman" w:cs="Times New Roman"/>
        </w:rPr>
        <w:t>Huomaa se tosiasia, että Bush sijoitti YK-puheensa asiayhteyteen, jossa hän yksilöi äskettäin päättyneen kylmän sodan ”pimeän keskiajan” käsittein. Pimeä keskiaika päättyi lopun aikana vuonna 1798, ja Bush oli vuonna 1989 lopun aikana. Huomaa, että hänen ensimmäisen ”uusi maailmanjärjestys” -ilmauksen käyttöönottonsa aikaan islam ärsytti kansakuntia, ja puhe pidettiin 11. syyskuuta. Rooseveltista Carteriin oli kahdeksan presidenttiä, ja Reaganista Trumpiin oli kahdeksan presidenttiä. Trump on viimeinen presidentti, ja häntä ennakkokuvasi ensimmäinen presidentti, joka oli ensimmäisten seitsemän presidentin kahdeksas.</w:t>
      </w:r>
    </w:p>
    <w:p>
      <w:pPr>
        <w:pStyle w:val="ArticleBody"/>
        <w:jc w:val="left"/>
      </w:pPr>
      <w:r>
        <w:rPr>
          <w:rFonts w:ascii="Times New Roman" w:hAnsi="Times New Roman" w:eastAsia="Times New Roman" w:cs="Times New Roman"/>
        </w:rPr>
        <w:t>Vuoden 1798 lopun aika osoittaa paavikunnan kuolettavan haavan, ja paavikunta oli se valta, joka hallitsi Euroopan kuninkaita pimeän keskiajan aikana. Ilmestyskirjan seitsemännessätoista luvussa tuo suhde kuvataan porttona, joka ratsastaa pedon päällä ja hallitsee sitä. Vuonna 1798 Euroopan kuninkaiden tuki poistettiin, ja peto oli kuollut. Vuonna 1799 paavi kuoli maanpaossa. Vuodet 1798 ja 1799 edustavat lopun aikaa sen täydellisimmässä merkityksessä, aivan kuten lopun aika Kristuksen aikana merkitään Johannes Kastajan syntymällä ja sitten kuusi kuukautta myöhemmin Kristuksen syntymällä. Bushin vuonna 1990 esittämät lausunnot kuvaavat Bushia toisena niistä kahdesta presidentistä, jotka merkitsevät lopun ajan, ja merkitsevät liikettä kohti globalismia, joka on lohikäärmeen valta. Bushin symboliikka merkitsee askelta kohti sunnuntailakia, jolloin Yhdysvallat päättyy raamatullisen profetian kuudentena valtakuntana puhumalla kuin lohikäärme. Sunnuntailain aikana Yhdysvalloista tulee Yhdistyneiden kansakuntien ääni. Juuri siinä yhteydessä islam vihastuttaa kansakuntia, ja 9/11 merkitään. Syyskuun 11. päivänä 1990, kun ensimmäinen Bush puhui kongressille globalistisesta ohjelmastaan, hän esikuvasi sitä, kuinka islam jälleen vihastuttaisi kansakunnat 9/11:ssa vuonna 2001, mutta silloin presidenttinä olisi viimeinen Bush.</w:t>
      </w:r>
    </w:p>
    <w:p>
      <w:pPr>
        <w:pStyle w:val="ArticleBody"/>
        <w:jc w:val="left"/>
      </w:pPr>
      <w:r>
        <w:rPr>
          <w:rFonts w:ascii="Times New Roman" w:hAnsi="Times New Roman" w:eastAsia="Times New Roman" w:cs="Times New Roman"/>
        </w:rPr>
        <w:t>Roosevelt, ensimmäinen kahdeksasta presidentistä, merkitsi toisen maailmansodan päättymistä vuonna 1945, ja häntä seurasi seuraava presidentti, joka saattoi Yhdistyneet Kansakunnat voimaan. Reagan, ensimmäinen kahdeksasta presidentistä, merkitsi kylmän sodan päättymistä vuonna 1989, ja häntä seurasi seuraava presidentti, joka edisti Yhdistyneitä Kansakuntia. Viimeinen kahdeksasta presidentistä päättää kylmän sodan, joka alkoi, kun hän vuonna 2015 ilmoitti aikomuksestaan asettua ehdolle, ja aloittaa kolmannen maailmansodan. Hän siirtää Raamatun profetian kuudennen valtakunnan Raamatun profetian seitsemännen valtakunnan päänä olevaan asemaan (YK), ja sitten suostuu antamaan tuon valtakunnan pedolle sunnuntailain aikana.</w:t>
      </w:r>
    </w:p>
    <w:p>
      <w:pPr>
        <w:pStyle w:val="ArticleBody"/>
        <w:jc w:val="left"/>
      </w:pPr>
      <w:r>
        <w:rPr>
          <w:rFonts w:ascii="Times New Roman" w:hAnsi="Times New Roman" w:eastAsia="Times New Roman" w:cs="Times New Roman"/>
        </w:rPr>
        <w:t>Aivan kuten toinen maailmansota koostui maasodasta ja merisodasta, viimeisellä presidentillä tulee olemaan kylmä sota, jota kuvaa Paniumin maataistelu, joka johtaa Actiumin meritaisteluun. Sunnuntailaissa vuonna 2015 Trumpin globalisteja vastaan lietsomana alkanut kylmä sota muuttuu kolmanneksi maailmansodaksi, kuten toisen maailmansodan maa- ja meritaistelut sitä kuvaavat. Toisen maailmansodan lopussa seuraava vaihe oli Yhdistyneiden kansakuntien globalismi, aivan kuten oli laita kylmän sodan lopussa Reaganin ja Bushin aikana. Ensin Yhdysvallat päättyy sunnuntailaissa, sitten Bushin ”uusi maailmanjärjestys” tuo esiin seitsemännen valtakunnan, joka välittömästi suostuu antamaan valtansa kahdeksannelle valtakunnalle.</w:t>
      </w:r>
    </w:p>
    <w:p>
      <w:pPr>
        <w:pStyle w:val="ArticleBody"/>
        <w:jc w:val="left"/>
      </w:pPr>
      <w:r>
        <w:rPr>
          <w:rFonts w:ascii="Times New Roman" w:hAnsi="Times New Roman" w:eastAsia="Times New Roman" w:cs="Times New Roman"/>
        </w:rPr>
        <w:t>Ensimmäinen Bush ja viimeinen Bush liittyvät yhteen siten, että ensimmäinen julisti kongressille 9/11:n yhteydessä ”uuden maailmanjärjestyksen” ja viimeinen sääti vuoden 2001 Patriot Actin. Molemmat tienviitat sijoittuvat siihen asiayhteyteen, jossa islam vihastuttaa kansakunnat.</w:t>
      </w:r>
    </w:p>
    <w:p>
      <w:pPr>
        <w:pStyle w:val="ArticleBody"/>
        <w:jc w:val="left"/>
      </w:pPr>
      <w:r>
        <w:rPr>
          <w:rFonts w:ascii="Times New Roman" w:hAnsi="Times New Roman" w:eastAsia="Times New Roman" w:cs="Times New Roman"/>
        </w:rPr>
        <w:t>ہم ان باتوں کو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Jaeen Neljakymmentäyksi Kätketty Historia - Numero Yhdeksän</dc:title>
  <dc:subject>Voima, kirkkaus ja kärsimys</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