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चारिसवें</w:t>
      </w:r>
      <w:r>
        <w:rPr>
          <w:rFonts w:ascii="Arial" w:hAnsi="Arial" w:eastAsia="Arial" w:cs="Arial"/>
        </w:rPr>
        <w:t xml:space="preserve"> </w:t>
      </w:r>
      <w:r>
        <w:rPr>
          <w:rFonts w:ascii="Nirmala UI" w:hAnsi="Nirmala UI" w:eastAsia="Nirmala UI" w:cs="Nirmala UI"/>
        </w:rPr>
        <w:t>पद</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गुप्त</w:t>
      </w:r>
      <w:r>
        <w:rPr>
          <w:rFonts w:ascii="Arial" w:hAnsi="Arial" w:eastAsia="Arial" w:cs="Arial"/>
        </w:rPr>
        <w:t xml:space="preserve"> </w:t>
      </w:r>
      <w:r>
        <w:rPr>
          <w:rFonts w:ascii="Nirmala UI" w:hAnsi="Nirmala UI" w:eastAsia="Nirmala UI" w:cs="Nirmala UI"/>
        </w:rPr>
        <w:t>इतिहास</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दस</w:t>
      </w:r>
    </w:p>
    <w:p>
      <w:pPr>
        <w:pStyle w:val="ArticleSubtitle"/>
        <w:jc w:val="left"/>
      </w:pPr>
      <w:r>
        <w:rPr>
          <w:rFonts w:ascii="Arial" w:hAnsi="Arial" w:eastAsia="Arial" w:cs="Arial"/>
        </w:rPr>
        <w:t>Keskikohta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Danielin kirjan yhdenteentoista luvun neljännenkymmenennen jakeen kätketty historia vastaa saman luvun jakeissa kymmenestä kuuteentoista esitettyä historiaa. Jakeissa kymmenestä kuuteentoista Ilmestyskirjan kolmannentoista luvun maapetoon kuuluvan Yhdysvaltojen luopuneen tasavaltalaisen sarven linjaa edustaa Donald Trump; Yhdysvaltojen luopuneen protestanttisen sarven linjaa edustavat makkabilaiset; paavikunnan meripedon linja esitetään ”sinun kansasi ryöväreinä”, ja lohikäärmeen linjaa edustavat etelän eri kuninkaat sekä Makedonian Filippos. Sadan neljänkymmenenneljän tuhannen linjaa edustaa Pietari.</w:t>
      </w:r>
    </w:p>
    <w:p>
      <w:pPr>
        <w:pStyle w:val="ArticleHeading"/>
        <w:jc w:val="left"/>
      </w:pPr>
      <w:r>
        <w:rPr>
          <w:rFonts w:ascii="Arial" w:hAnsi="Arial" w:eastAsia="Arial" w:cs="Arial"/>
        </w:rPr>
        <w:t>Keskiosa</w:t>
      </w:r>
    </w:p>
    <w:p>
      <w:pPr>
        <w:pStyle w:val="ArticleBody"/>
        <w:jc w:val="left"/>
      </w:pPr>
      <w:r>
        <w:rPr>
          <w:rFonts w:ascii="Times New Roman" w:hAnsi="Times New Roman" w:eastAsia="Times New Roman" w:cs="Times New Roman"/>
        </w:rPr>
        <w:t>Tuossa kätketyssä historiassa keskikohtaa korostetaan toistuvasti. Ne 250 vuotta, jotka alkoivat vuonna 457 eKr., päättyivät vuonna 207 eKr. Raphian ja Paniumin taistelujen välissä, jakeiden yksitoista–viisitoista kahden viimeisen sijaissodan keskellä. Maan pedon 250 vuotta, jotka alkoivat vuonna 1776, päättyvät vuonna 2026, ”välivaalien” vuotena maan pedon poliittisella näyttämöllä. Pietari on Kesareassa Filippin luona (Panium), keskimmäisellä kerralla niistä kolmesta, jolloin Kristus otti mukaansa yksinomaan vain kolme opetuslasta.</w:t>
      </w:r>
    </w:p>
    <w:p>
      <w:pPr>
        <w:pStyle w:val="ArticleBody"/>
        <w:jc w:val="left"/>
      </w:pPr>
      <w:r>
        <w:rPr>
          <w:rFonts w:ascii="Times New Roman" w:hAnsi="Times New Roman" w:eastAsia="Times New Roman" w:cs="Times New Roman"/>
        </w:rPr>
        <w:t>Näiden rinnakkaisten linjojen historiassa Pietari edustaa niitä, jotka oikaisevat ja toistavat varoituksen Nashvilleen kohdistuvista tulipalloista. Pietarin nimi muutettiin aivan Matteuksen lukujen yhdestätoista kahteenkymmeneenkahteen keskikohdassa, samoin kuin Abramin lukujen yhdestätoista kahteenkymmeneenkahteen keskimmäinen luku osoitti ympärileikkauksen liiton merkiksi, yhdessä sen kanssa, että Ilmestyskirjan lukujen yhdestätoista kahteenkymmeneenkahteen keskikohta merkitsee kuoleman liiton tunnusmerkkiä Ilmestyskirjan seitsemännessätoista luvussa. Keskikohta on se, missä sataneljäkymmentäneljätuhatta muutetaan laodikealaisesta filadelfialaiseksi, ja kolmen enkelin keskimmäinen on toinen enkeli.</w:t>
      </w:r>
    </w:p>
    <w:p>
      <w:pPr>
        <w:pStyle w:val="ArticleBody"/>
        <w:jc w:val="left"/>
      </w:pPr>
      <w:r>
        <w:rPr>
          <w:rFonts w:ascii="Times New Roman" w:hAnsi="Times New Roman" w:eastAsia="Times New Roman" w:cs="Times New Roman"/>
        </w:rPr>
        <w:t>Toinen askel eli keskikohta on toisen temppelin koetuksen aika, joka seuraa ensimmäistä ja perustavaa koetusta. Vuoden 2024 ensimmäinen koetus oli ulkoisen näyn vahvistaminen Rooman symbolin kautta, ja toinen koetus on sisäinen Marah-näky (peili), Kristuksesta kaikkeinpyhimmässä. Toisen enkelin historiassa keskiyön huudon sanoma saapuu vahvistamaan toisen enkelin sanomaa.</w:t>
      </w:r>
    </w:p>
    <w:p>
      <w:pPr>
        <w:pStyle w:val="ArticleBody"/>
        <w:jc w:val="left"/>
      </w:pPr>
      <w:r>
        <w:rPr>
          <w:rFonts w:ascii="Times New Roman" w:hAnsi="Times New Roman" w:eastAsia="Times New Roman" w:cs="Times New Roman"/>
        </w:rPr>
        <w:t>Milleriläisessä historiassa vuonna 1840 Josiah (merkitys: Jumalan perustus) Litch teki korjauksen tunnistukseensa islamia koskevasta ensimmäisen ja toisen vitsauksen profetiasta, ja vuonna 1844 Samuel Snow teki korjauksen vuoden 1843 ennustukseen täyttäen kymmenen neitsyen vertauksen. Pietarin tulee vuonna 2026 korjata Nashvillen tulipallojen epäonnistunut ennustus, sellaisena kuin sitä esikuvallisesti kuvastaa milleriläinen pettymys vuonna 1843, sekä oikaista islamia koskeva sanoma, sellaisena kuin sitä esikuvallisesti kuvastaa Josiah Litchin työ vuonna 1840. Nämä kaksi milleriläistä tapahtumaa vuosina 1840 ja 1844 edustavat ensimmäisen enkelin sanoman voimaannuttamista 11. elokuuta 1840 ja toisen enkelin sanoman voimaannuttamista 17. elokuuta 1844. Yhdessä ne osoittavat keskiyön huudon voimaannuttamisen silloin, kun Nashvillen tulipallot laskeutuvat.</w:t>
      </w:r>
    </w:p>
    <w:p>
      <w:pPr>
        <w:pStyle w:val="ArticleScripture"/>
        <w:jc w:val="left"/>
      </w:pPr>
      <w:r>
        <w:rPr>
          <w:rFonts w:ascii="Times New Roman" w:hAnsi="Times New Roman" w:eastAsia="Times New Roman" w:cs="Times New Roman"/>
        </w:rPr>
        <w:t>”Enkelin, joka yhtyy kolmannen enkelin sanoman julistukseen, on valaiseva koko maa kirkkaudellaan. Tässä ennustetaan maailmanlaajuista ja ennenkokemattoman voimallista työtä. Vuosien 1840–44 adventtiliike oli Jumalan voiman loistava ilmentymä; ensimmäisen enkelin sanoma vietiin jokaiseen lähetysasemaan maailmassa, ja joissakin maissa vallitsi suurin uskonnollinen kiinnostus, mitä missään maassa on nähty sitten kuudennentoista vuosisadan uskonpuhdistuksen; mutta nämä kaikki ylittää mahtava liike kolmannen enkelin viimeisen varoituksen yhteydessä.” The Great Controversy, 611.</w:t>
      </w:r>
    </w:p>
    <w:p>
      <w:pPr>
        <w:pStyle w:val="ArticleBody"/>
        <w:jc w:val="left"/>
      </w:pPr>
      <w:r>
        <w:rPr>
          <w:rFonts w:ascii="Times New Roman" w:hAnsi="Times New Roman" w:eastAsia="Times New Roman" w:cs="Times New Roman"/>
        </w:rPr>
        <w:t>Kysymys kuuluu, miksi Jumalan kaitselmus valitsisi Nashvillen kaikkien Yhdysvaltojen kaupunkien joukosta. Kolmannen voihuuton saapuessa 11. syyskuuta New Yorkin kaksoistornit ja Washington, DC:n Pentagon olivat kohteina. Neljäs lentokone syöksyi maahan. Maan pedon vertauskuva on maa, sen taloudellisen mahdin vertauskuva on New York ja sen sotilaallisen voiman vertauskuva on Pentagon. Kun Yhdysvallat pakottaa maailman hyväksymään paavillisen vallan merkin sekä kirkon ja valtion poliittisen järjestelmän, joka on pedon kuva, se tekee sen sotilaallisen ja taloudellisen voimansa kautta, sillä Ilmestyskirjan kolmastoista luku osoittaa maan pedon käyttävän valtaa estääkseen uskollisia ostamasta tai myymästä, ja se myös surmaa ne, jotka pitävät kiinni Jumalan seitsemännen päivän sapattista. Profeetallinen vertauskuvallisuus esitetään Danielin kirjan yhdettätoista lukua, jaetta neljäkymmentä koskevassa ilmauksessa: ”vaunut, ratsumiehet (sotilaallinen mahti) ja laivat” (taloudellinen mahti).</w:t>
      </w:r>
    </w:p>
    <w:p>
      <w:pPr>
        <w:pStyle w:val="ArticleBody"/>
        <w:jc w:val="left"/>
      </w:pPr>
      <w:r>
        <w:rPr>
          <w:rFonts w:ascii="Times New Roman" w:hAnsi="Times New Roman" w:eastAsia="Times New Roman" w:cs="Times New Roman"/>
        </w:rPr>
        <w:t>Sinetöimisen aikana niiden sadan neljänkymmenenneljän tuhannen kohdalla islam iskee odottamatta ihanaan maahan neljä kertaa. Ensimmäinen oli 9/11, toinen ja kolmas olivat muinainen kirjaimellinen ihana maa ja sitten Nashville. Neljäs on Ilmestyskirjan yhdestoista luvun maanjäristys, toisin sanoen sunnuntailaki. Bileamin ja kolmen enkelin asiayhteydessä 7. lokakuuta 2023 tapahtuneet kaksi iskua ja Nashville edustavat Jumalan liittokansan kahta raamatullista viinitarhaa.</w:t>
      </w:r>
    </w:p>
    <w:p>
      <w:pPr>
        <w:pStyle w:val="ArticleBody"/>
        <w:jc w:val="left"/>
      </w:pPr>
      <w:r>
        <w:rPr>
          <w:rFonts w:ascii="Times New Roman" w:hAnsi="Times New Roman" w:eastAsia="Times New Roman" w:cs="Times New Roman"/>
        </w:rPr>
        <w:t>Kun paaviuden kuolettava haava paranee sunnuntailaissa, pimeän keskiajan toinen ilmentymä alkaa. Ensimmäinen ja kolmas voi ovat sama asia, sillä Kristus havainnollistaa aina lopun alulla; näin ensimmäisessä voissa Muhammadin lankeava tähti, joka käänsi avaimen ja avasi syvyyden kuilun, ja pian 9/11:n jälkeen syvyyden kuilun ateismi murhasi Ilmestyskirjan yhdentoista luvun kaksi todistajaa. Sunnuntailaissa paavillisen vallan kuolettava haava paranee, ja katolilaisuuden peto täyttää profeetallisen arvoituksen kahdeksannesta (ylösnousemusta edustavasta) täyttymisestä. Tämän jälkeen alkaa pimeän keskiajan toinen ajanjakso Bileamin kolmantena tienviittana, kun aasitar puhuu, kääntää avaimen avatakseen jälleen syvyyden kuilun. 9/11:n jälkeen ateismi, lohikäärme, nousi kuilusta taistellakseen rikkainta presidenttiä vastaan, joka yllytti koko Kreikan valtakunnan. Sunnuntailaissa Ilmestyskirjan seitsemännentoista luvun peto nousee syvyyden kuilusta, ja pimeys peittää jälleen auringon.</w:t>
      </w:r>
    </w:p>
    <w:p>
      <w:pPr>
        <w:pStyle w:val="ArticleBody"/>
        <w:jc w:val="left"/>
      </w:pPr>
      <w:r>
        <w:rPr>
          <w:rFonts w:ascii="Times New Roman" w:hAnsi="Times New Roman" w:eastAsia="Times New Roman" w:cs="Times New Roman"/>
        </w:rPr>
        <w:t>Miksi Nashville? Kysymys, joka on yhä ratkaisematta? Nashville merkitsee keskiyön huudon sanoman julistamisen lyhyen ajanjakson alkua, ja se alkaa islamin odottamattomalla tuhoisalla hyökkäyksellä ja päättyy samalla tavoin. Sunnuntailaki ajanjakson lopussa edustaa pedon merkin toimeenpanoa Yhdysvalloissa sekä kaupunkien tuhon alkua. ”Tuho” on islamin profeetallinen tunnuspiirre.</w:t>
      </w:r>
    </w:p>
    <w:p>
      <w:pPr>
        <w:pStyle w:val="ArticleHeading"/>
        <w:jc w:val="left"/>
      </w:pPr>
      <w:r>
        <w:rPr>
          <w:rFonts w:ascii="Arial" w:hAnsi="Arial" w:eastAsia="Arial" w:cs="Arial"/>
        </w:rPr>
        <w:t>Tuho</w:t>
      </w:r>
    </w:p>
    <w:p>
      <w:pPr>
        <w:pStyle w:val="ArticleScripture"/>
        <w:jc w:val="left"/>
      </w:pPr>
      <w:r>
        <w:rPr>
          <w:rFonts w:ascii="Times New Roman" w:hAnsi="Times New Roman" w:eastAsia="Times New Roman" w:cs="Times New Roman"/>
        </w:rPr>
        <w:t>”Toissayönä eteeni avautui hyvin vaikuttava näky. Näin suunnattoman tulipallon putoavan joidenkin kauniiden kartanoiden keskelle ja aiheuttavan niiden välittömän tuhon. Kuulin joidenkuiden sanovan: ’Me tiesimme, että Jumalan tuomiot olivat tulossa maan päälle, mutta emme tienneet, että ne tulisivat niin pian.’ Toiset sanoivat: ’Te tiesitte! Miksi ette siis kertoneet meille? Me emme tienneet.’ Joka puolelta kuulin tällaisia sanoja lausuttavan.” Kirje 217, 1904.</w:t>
      </w:r>
    </w:p>
    <w:p>
      <w:pPr>
        <w:pStyle w:val="ArticleHeading"/>
        <w:jc w:val="left"/>
      </w:pPr>
      <w:r>
        <w:rPr>
          <w:rFonts w:ascii="Arial" w:hAnsi="Arial" w:eastAsia="Arial" w:cs="Arial"/>
        </w:rPr>
        <w:t>Yhdeksän yksitoista</w:t>
      </w:r>
    </w:p>
    <w:p>
      <w:pPr>
        <w:pStyle w:val="ArticleBody"/>
        <w:jc w:val="left"/>
      </w:pPr>
      <w:r>
        <w:rPr>
          <w:rFonts w:ascii="Times New Roman" w:hAnsi="Times New Roman" w:eastAsia="Times New Roman" w:cs="Times New Roman"/>
        </w:rPr>
        <w:t>Ilmestyskirjan ”yhdeksän yksitoista” ilmaisee, että islamin valtakunnan luonne on kuolema ja hävitys, sillä nimi merkitsee profetiassa luonnetta.</w:t>
      </w:r>
    </w:p>
    <w:p>
      <w:pPr>
        <w:pStyle w:val="ArticleBody"/>
        <w:jc w:val="left"/>
      </w:pPr>
      <w:r>
        <w:rPr>
          <w:rFonts w:ascii="Times New Roman" w:hAnsi="Times New Roman" w:eastAsia="Times New Roman" w:cs="Times New Roman"/>
        </w:rPr>
        <w:t>Ja heillä oli kuningas yllään, syvyyden kuilun enkeli, jonka nimi hepreaksi on Abaddon, mutta kreikaksi hänen nimensä on Apollyon. Ilmestys 9/11.</w:t>
      </w:r>
    </w:p>
    <w:p>
      <w:pPr>
        <w:pStyle w:val="ArticleBody"/>
        <w:jc w:val="left"/>
      </w:pPr>
      <w:r>
        <w:rPr>
          <w:rFonts w:ascii="Times New Roman" w:hAnsi="Times New Roman" w:eastAsia="Times New Roman" w:cs="Times New Roman"/>
        </w:rPr>
        <w:t>Abaddon merkitsee ”hävitystä” tai ”hävityksen paikkaa”, ja Apollyon merkitsee ”hävittäjää”.</w:t>
      </w:r>
    </w:p>
    <w:p>
      <w:pPr>
        <w:pStyle w:val="ArticleScripture"/>
        <w:jc w:val="left"/>
      </w:pPr>
      <w:r>
        <w:rPr>
          <w:rFonts w:ascii="Times New Roman" w:hAnsi="Times New Roman" w:eastAsia="Times New Roman" w:cs="Times New Roman"/>
        </w:rPr>
        <w:t>"Enkelit pidättelevät neljää tuulta, joita kuvataan raivostuneena hevosena, joka pyrkii pääsemään irti ja syöksymään yli koko maanpiirin, tuoden mukanaan hävitystä ja kuolemaa kulkiessaan."</w:t>
      </w:r>
    </w:p>
    <w:p>
      <w:pPr>
        <w:pStyle w:val="ArticleScripture"/>
        <w:jc w:val="left"/>
      </w:pPr>
      <w:r>
        <w:rPr>
          <w:rFonts w:ascii="Times New Roman" w:hAnsi="Times New Roman" w:eastAsia="Times New Roman" w:cs="Times New Roman"/>
        </w:rPr>
        <w:t>“Nukummeko aivan iankaikkisen maailman kynnyksellä? Olemmeko turtat ja kylmät ja kuolleet? Oi, että seurakunnissamme olisi Jumalan Henki ja henkäys puhallettuna Hänen kansaansa, jotta he nousisivat jaloilleen ja eläisivät. Meidän täytyy nähdä, että tie on kapea ja portti ahdas. Mutta kun kuljemme ahtaan portin kautta, sen avaruus on rajaton.” Manuscript Releases, volume 20, 217.</w:t>
      </w:r>
    </w:p>
    <w:p>
      <w:pPr>
        <w:pStyle w:val="ArticleBody"/>
        <w:jc w:val="left"/>
      </w:pPr>
      <w:r>
        <w:rPr>
          <w:rFonts w:ascii="Times New Roman" w:hAnsi="Times New Roman" w:eastAsia="Times New Roman" w:cs="Times New Roman"/>
        </w:rPr>
        <w:t>Kolmannen vitsauksen islamin tie on Bileamin ja aasin tie. Islamin vihaisen hevosen tie, joka on Johanneksen neljä riidan tuulta, Jesajan raju tuuli ja Hesekielin ”tuuli” eli ”henkäys”, joka tulee neljästä tuulesta, kulkee 9/11:stä tietä, joka johtaa ”ahtaalle” ja ”suoralle” portille. Tuo ahdas portti on Bileamin ja aasin kolmas tienviitta.</w:t>
      </w:r>
    </w:p>
    <w:p>
      <w:pPr>
        <w:pStyle w:val="ArticleScripture"/>
        <w:jc w:val="left"/>
      </w:pPr>
      <w:r>
        <w:rPr>
          <w:rFonts w:ascii="Times New Roman" w:hAnsi="Times New Roman" w:eastAsia="Times New Roman" w:cs="Times New Roman"/>
        </w:rPr>
        <w:t>Ja Herran enkeli meni edelleen ja asettui kapeaan paikkaan, jossa ei ollut tietä kääntyä oikealle eikä vasemmalle. Ja kun aasintamma näki Herran enkelin, se laskeutui maahan Bileamin alle; silloin Bileamin viha syttyi, ja hän löi aasintammaa sauvalla. Ja Herra avasi aasintamman suun, ja se sanoi Bileamille: Mitä minä olen sinulle tehnyt, että olet lyönyt minua nämä kolme kertaa? 4. Moos. 22:26–28.</w:t>
      </w:r>
    </w:p>
    <w:p>
      <w:pPr>
        <w:pStyle w:val="ArticleBody"/>
        <w:jc w:val="left"/>
      </w:pPr>
      <w:r>
        <w:rPr>
          <w:rFonts w:ascii="Times New Roman" w:hAnsi="Times New Roman" w:eastAsia="Times New Roman" w:cs="Times New Roman"/>
        </w:rPr>
        <w:t>Islamin tuhon kolmannen vitsauksen tie alkoi syyskuun 11. päivänä 2001, kun Ilmestyskirjan 18:1–3 täyttyi.</w:t>
      </w:r>
    </w:p>
    <w:p>
      <w:pPr>
        <w:pStyle w:val="ArticleScripture"/>
        <w:jc w:val="left"/>
      </w:pPr>
      <w:r>
        <w:rPr>
          <w:rFonts w:ascii="Times New Roman" w:hAnsi="Times New Roman" w:eastAsia="Times New Roman" w:cs="Times New Roman"/>
        </w:rPr>
        <w:t>”Mistä on tullut se sana, jonka mukaan olen julistanut, että New York on pyyhkäistävä pois hyökyaallon toimesta? Tätä en ole koskaan sanonut. Olen sanonut, kun katselin siellä kohoavia suuria rakennuksia, kerros kerrokselta: ’Kuinka kauheita näyt tulevatkaan olemaan, kun Herra nousee järkyttämään maata perin pohjin! Silloin Ilmestyskirjan 18:1–3 sanat täyttyvät.’ Ilmestyskirjan koko kahdeksastoista luku on varoitus siitä, mikä on tuleva maan päälle. Mutta minulla ei ole erityistä valoa siitä, mitä on tuleva New Yorkin osaksi, paitsi että tiedän, että eräänä päivänä siellä olevat suuret rakennukset syöstään maahan Jumalan voiman kääntymisen ja mullistuksen kautta. Minulle annetun valon perusteella tiedän, että hävitys on maailmassa. Yksi sana Herralta, yksi hänen väkevän voimansa kosketus, ja nämä valtavat rakennelmat sortuvat. Tulee tapahtumaan näyt, joiden kauheutta emme voi kuvitella.” Review and Herald, 5. heinäkuuta 1906.</w:t>
      </w:r>
    </w:p>
    <w:p>
      <w:pPr>
        <w:pStyle w:val="ArticleBody"/>
        <w:jc w:val="left"/>
      </w:pPr>
      <w:r>
        <w:rPr>
          <w:rFonts w:ascii="Times New Roman" w:hAnsi="Times New Roman" w:eastAsia="Times New Roman" w:cs="Times New Roman"/>
        </w:rPr>
        <w:t>Kysymys jää edelleen: miksi Nashville? Nashvillen tulipallot edustavat profeetallista asetelmaa, jossa yksi adventismin luokka joutuu häpeään ja on Joelin mukaan ”poiskatkottu”. Toinen luokka puolestaan esitetään sellaisena, joka ei koskaan joudu häpeään ja joka on täynnä iloa. Tuo profeetallinen ilo ei koske Nashvilleen ja Yhdysvaltoihin tuotua tuomiota, vaan sitä vanhurskauttamista, jota vertauksessa edustaa niiden välinen ero, joilla on öljy, ja niiden, joilla ei ole öljyä. Öljyyn liittyy monia vertauskuvallisia merkityksiä, mutta yksi öljyn ensisijaisista merkityksistä on keskiyön huudon sanoma. Tuo sanoma alkoi vähitellen avautua vuoden 2023 lopussa, ja se edusti tiedon lisääntymistä, joka joko hylätään tai otetaan vastaan. Hoosea tekee selväksi, että ne, jotka hylkäävät tiedon, hylätään Jumalan pappeina. Pietari sijoittuu 3. Mooseksen kirjan kahdennenkymmenennenkolmannen luvun rakenteen keskelle, kun hän ymmärtää Nashvillen tulipallot, ja luku kolmekymmentä on pappien vertauskuva.</w:t>
      </w:r>
    </w:p>
    <w:p>
      <w:pPr>
        <w:pStyle w:val="ArticleScripture"/>
        <w:jc w:val="left"/>
      </w:pPr>
      <w:r>
        <w:rPr>
          <w:rFonts w:ascii="Times New Roman" w:hAnsi="Times New Roman" w:eastAsia="Times New Roman" w:cs="Times New Roman"/>
        </w:rPr>
        <w:t>Minun kansani joutuu häviöön tiedon puutteen tähden. Koska sinä olet hylännyt tiedon, hylkään myös minä sinut, niin ettet enää ole minun pappini. Koska olet unohtanut Jumalasi lain, unohdan myös minä sinun lapsesi. Hoos. 4:6.</w:t>
      </w:r>
    </w:p>
    <w:p>
      <w:pPr>
        <w:pStyle w:val="ArticleBody"/>
        <w:jc w:val="left"/>
      </w:pPr>
      <w:r>
        <w:rPr>
          <w:rFonts w:ascii="Times New Roman" w:hAnsi="Times New Roman" w:eastAsia="Times New Roman" w:cs="Times New Roman"/>
        </w:rPr>
        <w:t>“Kysymyksen tiedosta” tai sen puutteesta muodostaa yhden niistä totuuksista, jotka liittyvät Nashvillen tulipallojen saapumiseen. Profeetallinen ”tieto” tai sen puute merkitsee keskiyön huudon julistuksen alkua, ja tuo ajanjakso päättyy kysymykseen kuuliaisuudesta Jumalan Sanalle, sellaisena kuin se esitetään sapatti- ja sunnuntaikysymyksessä. Kristus havainnollistaa aina lopun alulla, ja alussa kuuliaisuus Jumalan Sanalle oli se varoitussanoma, joka annettiin Aadamille ja Eevalle puutarhassa.</w:t>
      </w:r>
    </w:p>
    <w:p>
      <w:pPr>
        <w:pStyle w:val="ArticleBody"/>
        <w:jc w:val="left"/>
      </w:pPr>
      <w:r>
        <w:rPr>
          <w:rFonts w:ascii="Times New Roman" w:hAnsi="Times New Roman" w:eastAsia="Times New Roman" w:cs="Times New Roman"/>
        </w:rPr>
        <w:t>Kuuliaisuuden kysymystä lopussa ei voida rajoittaa yhteen ainoaan puutarhaan, jos ”jokainen kansa tulee olemaan osallisena”, kuten sisar White sanoo. Sapatti- ja sunnuntaikysymys on puutarhassa annetun Aadamin ja Eevan alkuperäisen koetuksen toistuminen, joka toistuu lopussa koko maailmassa. Tuo koetus alkaa Yhdysvalloissa säädettävästä sunnuntailaista, mikä on samalla myös keskiyön huudon julistamisen ajanjakson loppu.</w:t>
      </w:r>
    </w:p>
    <w:p>
      <w:pPr>
        <w:pStyle w:val="ArticleBody"/>
        <w:jc w:val="left"/>
      </w:pPr>
      <w:r>
        <w:rPr>
          <w:rFonts w:ascii="Times New Roman" w:hAnsi="Times New Roman" w:eastAsia="Times New Roman" w:cs="Times New Roman"/>
        </w:rPr>
        <w:t>Varoitussanoman julistus siitä, että Kristus on tulossa, annetaan ainoastaan niiden toimesta, jotka ovat hyväksyneet tiedon lisääntymisen siitä Jeesuksen Kristuksen ilmestyksen sanoman avaamisesta, joka alkoi vuoden 2023 lopussa. Tiedon tai sen puutteen koetus saatetaan päätökseen Nashvillen hyökkäyksessä. Koetinkivi niistä kolmesta koetuksesta, jotka alkoivat avaamisen yhteydessä vuonna 2023, perustuu öljyyn, joka on “tietoa” ja joka sisältyy siihen profeetalliseen sanomaan, joka silloin avattiin.</w:t>
      </w:r>
    </w:p>
    <w:p>
      <w:pPr>
        <w:pStyle w:val="ArticleBody"/>
        <w:jc w:val="left"/>
      </w:pPr>
      <w:r>
        <w:rPr>
          <w:rFonts w:ascii="Times New Roman" w:hAnsi="Times New Roman" w:eastAsia="Times New Roman" w:cs="Times New Roman"/>
        </w:rPr>
        <w:t>Sinetöimätön ”tieto” koettelee ja tulee lopulta ilmi öljynä, joka on kolmas ja ratkaiseva koetus. Tuo koetus aloittaa sen ajanjakson, jolloin julistetaan keskiyön huudon sanomaa, ja tämä ajanjakso päättyy kuuliaisuuden koetukseen. Tuo kuuliaisuuden koetus toteutetaan Eevan kohdalla, joka edustaa seurakuntaa, ja Aadamin kohdalla, joka edustaa valtiota. Näiden kahden tahon yhdistyminen saatetaan päätökseen, kun pedon merkki pannaan täytäntöön. Koetus puutarhassa on koetus lopussa. Se on miehiä ja naisia koskeva koetus, johon sisältyy seurakunnan ja valtion yhdistyminen, jotka ovat mies ja nainen. Varoitussanoma, joka sinetöimättömänä johtaa lopulliseen kuuliaisuuden koetukseen, on kuvattuna hyvän ja pahan ”tiedon” puussa.</w:t>
      </w:r>
    </w:p>
    <w:p>
      <w:pPr>
        <w:pStyle w:val="ArticleBody"/>
        <w:jc w:val="left"/>
      </w:pPr>
      <w:r>
        <w:rPr>
          <w:rFonts w:ascii="Times New Roman" w:hAnsi="Times New Roman" w:eastAsia="Times New Roman" w:cs="Times New Roman"/>
        </w:rPr>
        <w:t>Nashville on kreikkalaisen koulutuksen vertauskuva maassa, jota edustaa maapeto. Kreikkalainen koulutus on väärää koulutusta; se on pahaa tietoa, ja hyvä tieto on oikeaa koulutusta. Ainoa hallinnollinen toimikunta, jonka toimintaan Ellen White koskaan suostui osallistumaan, oli Nashvillessä sijaitseva Madison College, ja Nashvilleä kutsutaan ”etelän Ateenaksi”. Nashville on kreikkalaisen eli väärän koulutuksen vertauskuva. Väärä koulutus on väärää tietoa. Nashvillen merkitys on rinnakkainen New York Cityn ja Pentagonin symboliikan kanssa.</w:t>
      </w:r>
    </w:p>
    <w:p>
      <w:pPr>
        <w:pStyle w:val="ArticleBody"/>
        <w:jc w:val="left"/>
      </w:pPr>
      <w:r>
        <w:rPr>
          <w:rFonts w:ascii="Times New Roman" w:hAnsi="Times New Roman" w:eastAsia="Times New Roman" w:cs="Times New Roman"/>
        </w:rPr>
        <w:t>Jatkamme näiden asioiden käsittelyä seuraavassa artikkelissa.</w:t>
      </w:r>
    </w:p>
    <w:p>
      <w:pPr>
        <w:pStyle w:val="ArticleHeading"/>
        <w:jc w:val="left"/>
      </w:pPr>
      <w:r>
        <w:rPr>
          <w:rFonts w:ascii="Arial" w:hAnsi="Arial" w:eastAsia="Arial" w:cs="Arial"/>
        </w:rPr>
        <w:t>Käsikirjoitus 188, 1905</w:t>
      </w:r>
    </w:p>
    <w:p>
      <w:pPr>
        <w:pStyle w:val="ArticleScripture"/>
        <w:jc w:val="left"/>
      </w:pPr>
      <w:r>
        <w:rPr>
          <w:rFonts w:ascii="Times New Roman" w:hAnsi="Times New Roman" w:eastAsia="Times New Roman" w:cs="Times New Roman"/>
        </w:rPr>
        <w:t>”Kun olin Nashvillessä, olin puhunut kansalle, ja yöaikana sinne tuli suunnaton tulipallo suoraan taivaasta ja asettui Nashvilleen. Siitä pallosta lähti liekkejä kuin nuolia; taloja kului tulen saaliiksi; talot huojuivat ja sortuivat. Jotkut meidän väestämme seisoivat siellä. ’Juuri näin me odotimmekin’, he sanoivat, ’tätä me odotimme.’ Toiset väänsivät käsiään tuskassa ja huusivat Jumalalta armoa. ’Te tiesitte sen’, he sanoivat, ’te tiesitte, että tämä oli tulossa, ettekä sanoneet sanaakaan varoittaaksenne meitä!’ He näyttivät siltä, että olisivat melkein repineet heidät kappaleiksi ajatellessaan, etteivät nämä olleet koskaan kertoneet heille eivätkä antaneet heille minkäänlaista varoitusta.” Käsikirjoitus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चारिसवें पद का गुप्त इतिहास – संख्या दस</dc:title>
  <dc:subject>Keskikohta</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