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Neljännenkymmenennen jakeen kätketty historia – numero yksitoista</w:t>
      </w:r>
    </w:p>
    <w:p>
      <w:pPr>
        <w:pStyle w:val="ArticleSubtitle"/>
        <w:jc w:val="left"/>
      </w:pPr>
      <w:r>
        <w:rPr>
          <w:rFonts w:ascii="Arial" w:hAnsi="Arial" w:eastAsia="Arial" w:cs="Arial"/>
        </w:rPr>
        <w:t>Numero yksitoista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Joelin kirja on kenties suoraviivaisin ilmoitus myöhemmästä sateesta koko Raamatussa, ja Joel aloittaa viittaamalla ensin luopumuksen neljään sukupolveen, jotka Laodikean seitsemännen päivän adventistikirkko on toteuttanut. Nuo neljä yhä voimistuvan hävityksen sukupolvea, jotka esitetään Joelin alkuluvuissa, vastaavat Hesekielin kahdeksannen luvun neljää yhä voimistuvaa kauhistusta. Vuodet 1863–1888 edustavat ensimmäistä sukupolvea, ja se edustaa milleriläisten perustavanlaatuisen sanoman hylkäämistä, sellaisena kuin se on esitettynä vuoden 1843 ja 1850 pioneerikartoissa, Habakukin toisessa luvussa esitettynä, ja tämä symboloi liittoa, sellaisena kuin se on esitettynä kymmenen käskyn kahdessa taulussa.</w:t>
      </w:r>
    </w:p>
    <w:p>
      <w:pPr>
        <w:pStyle w:val="ArticleBody"/>
        <w:jc w:val="left"/>
      </w:pPr>
      <w:r>
        <w:rPr>
          <w:rFonts w:ascii="Times New Roman" w:hAnsi="Times New Roman" w:eastAsia="Times New Roman" w:cs="Times New Roman"/>
        </w:rPr>
        <w:t>Vuodet 1888–1919 edustavat sitä sukupolvea, joka hylkäsi uskonvanhurskauden kokemuksen, joka tuottaa Filadelfian seurakunnan edustaman kokemuksen. Ensimmäisessä sukupolvessa kapina kohdistui William Millerin edustamaan johtajuuden työhön, ja vuoden 1888 toisessa sukupolvessa kapinoitiin Profetian Hengen johtajuutta vastaan. Kolmas, vuoden 1919 sukupolvi alkoi William Warren Prescottin kirjalla The Doctrine of Christ ja päättyi kirjaan Questions on Doctrine vuonna 1957. Tuo kolmas sukupolvi oli maailman kanssa tehtyjen kompromissien sukupolvi, kun adventismi tavoitteli lääketieteellisten käytäntöjensä akkreditointia American Medical Associationilta sekä oppilaitostensa akkreditointia luopioprotestantismin ja roomalaiskatolisuuden akateemisilta oppineilta.</w:t>
      </w:r>
    </w:p>
    <w:p>
      <w:pPr>
        <w:pStyle w:val="ArticleBody"/>
        <w:jc w:val="left"/>
      </w:pPr>
      <w:r>
        <w:rPr>
          <w:rFonts w:ascii="Times New Roman" w:hAnsi="Times New Roman" w:eastAsia="Times New Roman" w:cs="Times New Roman"/>
        </w:rPr>
        <w:t>Kolmannessa sukupolvessa Ellen Whiten kynästä lähtenyt kasvatuksellinen neuvonta hylättiin ja korvattiin maailman väärillä kasvatuskäytännöillä, sellaisina kuin ne ilmenevät Kreikan kasvatusfilosofiassa. Kreikkalaista kasvatusta edustaa jumalatar Athene, jolle on pyhitetty Nashvillessä, Tennesseessä, sijaitseva Parthenonin temppelin kaksoiskappale.</w:t>
      </w:r>
    </w:p>
    <w:p>
      <w:pPr>
        <w:pStyle w:val="ArticleBody"/>
        <w:jc w:val="left"/>
      </w:pPr>
      <w:r>
        <w:rPr>
          <w:rFonts w:ascii="Times New Roman" w:hAnsi="Times New Roman" w:eastAsia="Times New Roman" w:cs="Times New Roman"/>
        </w:rPr>
        <w:t>Todellinen kasvatus sai esikuvallisen ilmaisunsa Raamatussa profeetta Elisan yhteydessä olleissa profeettakouluissa. Makkabilaiskapina vuodesta 167 eKr. lähtien aina Jerusalemin hävitykseen vuonna 70 jKr. saakka oli suurelta osin vastalause kreikkalaisen kasvatuksen tunkeutumiselle muinaisen kirjaimellisen ihanan maan kulttuuriin ja kansakuntaan. Makkabilaisten vastalause oli kapina kreikkalaista vaikutusta vastaan kaikilla tasoilla, mutta Kreikan kasvatuksellinen vaikutus oli niin kaiken läpäisevä Makkabilaiskiihkoilijoiden historiassa ja motiiveissa, ettei sitä voida erottaa siitä todellisuudesta, että kreikkalainen kasvatus oli ehkä suurin yksittäinen tekijä, joka liittyi juutalaisten Jeesuksen Kristuksen hylkäämiseen Messiaanaan. On kirjoitettu kirjoja, joissa osoitetaan kreikkalaisen kasvatuksen kielteinen vaikutus juutalaisiin sekä väärän kasvatuksen osuus siinä, että juutalaiset hylkäsivät Kristuksen ja ristiinnaulitsivat Hänet.</w:t>
      </w:r>
    </w:p>
    <w:p>
      <w:pPr>
        <w:pStyle w:val="ArticleBody"/>
        <w:jc w:val="left"/>
      </w:pPr>
      <w:r>
        <w:rPr>
          <w:rFonts w:ascii="Times New Roman" w:hAnsi="Times New Roman" w:eastAsia="Times New Roman" w:cs="Times New Roman"/>
        </w:rPr>
        <w:t>Makkabilaiskapina on rinnakkainen vuoden 1776 kapinan kanssa nykyajan hengellisessä ihanassa maassa. Yhdysvalloissa on tällä hetkellä yli 4 000 rekisteröityä yliopistoa, jotka on rakennettu kreikkalaisen ja jesuiittalaisen kasvatustoiminnan filosofian varaan. Viimeisten yli kymmenen vuoden anarkia ja laittomuus voidaan suoraan jäljittää Yhdysvaltojen niin sanottuihin koulutuskeskuksiin, jotka ovat vuosikymmenten ajan aivopesseet opiskelijoita, joita media- ja viihdelähteet olivat jo ennalta ehdollistaneet hyväksymään globalistiset filosofiat, jotka juontuvat Ranskan vallankumouksen ajan saatanallisista filosofioista. Nykyisten yliopistojen opiskelijat oli jo ennen näihin valkoisia ihmisiä, kristittyjä ja todellista Amerikan historiaa vastaan suunniteltuihin koulutuskeskuksiin astumistaan ehdollistettu hyväksymään Sodoman ja Gomorran edustama elämäntapa. Yhdysvaltain kansalaisen, joka nykyään haluaa ymmärtää jatkuvan kaksitasoisen oikeusjärjestelmän, joka toteuttaa Raamatussa ja Profetian Hengessä osoitetun oikeuden ja totuuden heittämisen kaduille, täytyy ymmärtää, että nykyiset olosuhteet ovat tarkoituksellisesti suunnitellun hyökkäyksen tuottamia, ja tätä hyökkäystä juurrutetaan elämän varhaisimmista vuosista alkaen koulutusjärjestelmän kautta, joka on suunniteltu saattamaan ihmiskunta elitististen globalistien — lohikäärmevallan! — valvontaan.</w:t>
      </w:r>
    </w:p>
    <w:p>
      <w:pPr>
        <w:pStyle w:val="ArticleBody"/>
        <w:jc w:val="left"/>
      </w:pPr>
      <w:r>
        <w:rPr>
          <w:rFonts w:ascii="Times New Roman" w:hAnsi="Times New Roman" w:eastAsia="Times New Roman" w:cs="Times New Roman"/>
        </w:rPr>
        <w:t>Ellen Whiten kirjoituksissa on viisi pääteemaa: kasvatus, terveysuudistus, kristillinen elämä, suuren taistelun teema sekä käytännöllinen jumalisuus. Kasvatus on yksi Profetian Hengen viidestä pääteemasta, ja Ellen White oli yhtä lailla raamatullinen profeetta kuin jokainen Jumalan Sanassa mainittu profeetta. Tämä merkitsee muun muassa sitä, että hänen elämänsä on esimerkki sadalle neljällekymmenelleneljälletuhannelle ja heitä varten. Ennen kuin kukaan ajattelee, että yksin Kristuksen tulee olla meidän esikuvamme, Paavali toteaa:</w:t>
      </w:r>
    </w:p>
    <w:p>
      <w:pPr>
        <w:pStyle w:val="ArticleScripture"/>
        <w:jc w:val="left"/>
      </w:pPr>
      <w:r>
        <w:rPr>
          <w:rFonts w:ascii="Times New Roman" w:hAnsi="Times New Roman" w:eastAsia="Times New Roman" w:cs="Times New Roman"/>
        </w:rPr>
        <w:t>Sillä vaikka teillä olisi kymmenentuhatta kasvattajaa Kristuksessa, ei teillä kuitenkaan ole monta isää; sillä Kristuksessa Jeesuksessa minä olen evankeliumin kautta synnyttänyt teidät. Sentähden minä kehoitan teitä: olkaa minun seuraajiani. 1. Korinttolaiskirje 4:15, 16.</w:t>
      </w:r>
    </w:p>
    <w:p>
      <w:pPr>
        <w:pStyle w:val="ArticleBody"/>
        <w:jc w:val="left"/>
      </w:pPr>
      <w:r>
        <w:rPr>
          <w:rFonts w:ascii="Times New Roman" w:hAnsi="Times New Roman" w:eastAsia="Times New Roman" w:cs="Times New Roman"/>
        </w:rPr>
        <w:t>Profeettana Ellen White on esikuva. Vain kerran Ellen White suostui hallituksen jäsenen tehtävään, ja tuo kerta liittyi sellaisen oppilaitoksen perustamiseen, joka omaksui todellisen kasvatuksen periaatteet, sellaisina kuin ne esitettiin yhtenä hänen palvelutyönsä viidestä pääteemasta. Tuo Madisonin oppilaitos Madisonissa, Tennesseessä, sijaitsee Nashvillen, Tennesseen, metropolialueella. Hän ei ainoastaan suostunut olemaan Madisonin oppilaitoksen perustavan hallituksen jäsen vuodesta 1904 aina vuoteen 1915, vuotta ennen kuolemaansa, vaan hänellä oli ratkaiseva osuus myös sen maa-alueen valinnassa, jolle oppilaitos perustettiin. Nashville on sen kreikkalaisen koulutusjärjestelmän keskus, joka makkabilaisten historian aikana auttoi estämään juutalaisia vastaanottamasta Messiastaan; makkabilaiset ovat esikuva luopuneesta protestantismista näinä aikoina, joissa nyt elämme. Makkabilaisten kehityslinja esitetään selvästi jakeen neljäkymmentä kätketyssä historiassa, edustaen luopunutta protestantismia, joka on nyt täysin indoktrinoitu kreikkalaisen koulutuksen aivan samoilla — joskin nykyaikaisella versiolla ilmenevillä — tuhoisilla hedelmillä.</w:t>
      </w:r>
    </w:p>
    <w:p>
      <w:pPr>
        <w:pStyle w:val="ArticleBody"/>
        <w:jc w:val="left"/>
      </w:pPr>
      <w:r>
        <w:rPr>
          <w:rFonts w:ascii="Times New Roman" w:hAnsi="Times New Roman" w:eastAsia="Times New Roman" w:cs="Times New Roman"/>
        </w:rPr>
        <w:t>Adventismin kolmannessa sukupolvessa johto, joka oli vuonna 1888 hylännyt Profetian Hengen, päätti luovuttaa koulutusjärjestelmänsä maailman akkreditointirakenteen alaisuuteen. Nashville edustaa sekä tosi- että väärän kasvatuksen symbolista keskusta. Profeetta valitsi saman kaupungin, jonka maailma valitsi kreikkalaisen kasvatuksen pyhittämisen paikaksi, sillä toisin kuin kreikkalainen kasvatus, joka perustuu totuuden erottamiseen toisistaan irrallisiksi oppiaineiksi kokonaisuuden hävittämiseksi, tosi kasvatus on sisar Whiten neljän muun ensisijaisen teeman perustava perusta: terveysuudistus, käytännöllinen jumalisuus, kristillinen elämä sekä erityisesti Suuren taistelun teema.</w:t>
      </w:r>
    </w:p>
    <w:p>
      <w:pPr>
        <w:pStyle w:val="ArticleBody"/>
        <w:jc w:val="left"/>
      </w:pPr>
      <w:r>
        <w:rPr>
          <w:rFonts w:ascii="Times New Roman" w:hAnsi="Times New Roman" w:eastAsia="Times New Roman" w:cs="Times New Roman"/>
        </w:rPr>
        <w:t>Jeesus havainnollistaa aina lopun alun avulla, ja Eedenin puutarhan koetus havainnollistaa sitä koetusta, jonka eteen maailma nyt on asetettu. Lopun koetus on sama kuin jokainen raamatullinen koetus, sillä Jumala ei koskaan muutu. Raamatullinen koetus on kolmivaiheinen koetusprosessi, joka tuottaa kaksi luokkaa, jotka tulevat ilmi koetusprosessin päättyessä. Ensimmäinen enkeli ilmaisee nämä kolme vaihetta näin: pelätkää Jumalaa, antakaa Hänelle kunnia, sillä Hänen tuomionsa koetushetki on tullut. Ensimmäinen vaihe oli käsky olla syömättä hyvän- ja pahantiedon puusta. Koska Eevalta puuttui tarpeellinen Jumalan pelko, hän epäonnistui puuta koskevassa koetuksessa ja söi hedelmän, joka esitetään sekä hyvänä että pahana. Aadamin Jumalan pelko ei estänyt häntä liittymästä puun kapinaan, ja tuomio tuli heidän molempien osakseen, kun he ilmensivät elämää ilman jumaluuden pysyvää läsnäoloa.</w:t>
      </w:r>
    </w:p>
    <w:p>
      <w:pPr>
        <w:pStyle w:val="ArticleBody"/>
        <w:jc w:val="left"/>
      </w:pPr>
      <w:r>
        <w:rPr>
          <w:rFonts w:ascii="Times New Roman" w:hAnsi="Times New Roman" w:eastAsia="Times New Roman" w:cs="Times New Roman"/>
        </w:rPr>
        <w:t>Viimeisten päivien koetus alkaa varoituksella syödä sitä tiedon lisäystä, joka on sinetistä avattu Jeesuksen Kristuksen ilmestyksessä juuri ennen kuin ihmiskunnan koetusaika päättyy. Olipa kyse adventismista tai adventismin ulkopuolella olevista, koetus perustuu siihen, otetaanko vastaan vai hylätäänkö se ”tiedon” lisäys, joka on avattu meidän aikanamme. Tätä tiedon koetusta edustaa puutarhan koetuksen puu, joka kuvaa joko hyvän tai pahan tuntemista. Todellinen kasvatus sijaitsi ja sitä symboloi Nashville, Tennessee, vuonna 1904, ja väärä kasvatus sijaitsi ja sitä symboloi Nashville vuonna 1897; sitten se rakennettiin uudelleen pysyväksi rakennelmaksi vuonna 1920. Profeetattaren elämässä todellinen kasvatus oli talletettu Nashvilleen, ja myös väärä kasvatus oli sinne talletettu. Hänen kuolemansa jälkeen vuonna 1915 väärä kasvatus palautettiin Parthenon-temppelin toisessa ja pysyvässä rakennusvaiheessa, ja todellinen kasvatus hylättiin Laodikean seitsemännen päivän adventistikirkon johdon toimesta kompromississa maailman kanssa.</w:t>
      </w:r>
    </w:p>
    <w:p>
      <w:pPr>
        <w:pStyle w:val="ArticleBody"/>
        <w:jc w:val="left"/>
      </w:pPr>
      <w:r>
        <w:rPr>
          <w:rFonts w:ascii="Times New Roman" w:hAnsi="Times New Roman" w:eastAsia="Times New Roman" w:cs="Times New Roman"/>
        </w:rPr>
        <w:t>Nashvillen lisänimi ”Etelän Ateena” vaikutti siihen, että rakennus valittiin vuoden 1897 satavuotisnäyttelyn keskipisteeksi. Useat näyttelyn rakennuksista perustuivat antiikin aikaisiin esikuviin. Parthenon oli kuitenkin ainoa, joka oli tarkka jäljennös. Nykyinen Nashville, Tennessee, on kuuluisa musiikistaan, mutta ennen kuin siellä oli Johnny Cash -museota, Nashville oli kuuluisa koulutuksestaan, ei laulamisesta.</w:t>
      </w:r>
    </w:p>
    <w:p>
      <w:pPr>
        <w:pStyle w:val="ArticleBody"/>
        <w:jc w:val="left"/>
      </w:pPr>
      <w:r>
        <w:rPr>
          <w:rFonts w:ascii="Times New Roman" w:hAnsi="Times New Roman" w:eastAsia="Times New Roman" w:cs="Times New Roman"/>
        </w:rPr>
        <w:t>1850-luvulle tultaessa Nashville oli jo ansainnut lisänimen ”Etelän Ateena” perustamalla lukuisia korkeamman opetuksen oppilaitoksia; se oli ensimmäinen eteläinen amerikkalaiskaupunki, joka perusti julkisen koulujärjestelmän. Vuosisadan loppuun mennessä Nashville näkisi Fisk Universityn, St. Cecilia Academyn, Montgomery Bell Academyn, Meharry Medical Collegen, Belmont Universityn ja Vanderbilt Universityn kaikki avaavan ovensa. Tuohon aikaan Nashville tunnettiin yhtenä etelän hienostuneimmista ja sivistyneimmistä kaupungeista, täynnä vaurautta ja kulttuuria.</w:t>
      </w:r>
    </w:p>
    <w:p>
      <w:pPr>
        <w:pStyle w:val="ArticleBody"/>
        <w:jc w:val="left"/>
      </w:pPr>
      <w:r>
        <w:rPr>
          <w:rFonts w:ascii="Times New Roman" w:hAnsi="Times New Roman" w:eastAsia="Times New Roman" w:cs="Times New Roman"/>
        </w:rPr>
        <w:t>Laittomuuden salaisuus on inspiroidussa Sanassa sekä substantiivi että verbi. Inspiraatio yksilöi Saatanan sekä paavin, jota sisar White kutsuu Saatanan ”oikeaksi kädeksi”, laittomuuden salaisuudeksi. Kuitenkin ”laittomuuden salaisuus” kuvaa myös totuuden ja erehdyksen sekoittumista. Joelin neljä luopumuksen sukupolvea vastaavat Hesekielin kahdeksannen luvun neljää asteittain pahenevaa kauhistusta. Nämä kaksi todistajaa vastaavat Ilmestyskirjan neljää ensimmäistä seurakuntaa, ja kolmatta seurakuntaa edustaa Konstantinuksen kompromissi, jossa kristinusko yhdistettiin pakanuuteen. Nämä neljä ensimmäistä seurakuntaa vastaavat muinaisen Israelin historiaa, joka symboloi nykyisen Israelin historiaa.</w:t>
      </w:r>
    </w:p>
    <w:p>
      <w:pPr>
        <w:pStyle w:val="ArticleBody"/>
        <w:jc w:val="left"/>
      </w:pPr>
      <w:r>
        <w:rPr>
          <w:rFonts w:ascii="Times New Roman" w:hAnsi="Times New Roman" w:eastAsia="Times New Roman" w:cs="Times New Roman"/>
        </w:rPr>
        <w:t>Muinaisen Israelin kolmannessa sukupolvessa Israelin kuninkaat solmivat liittoja muiden kansojen kanssa, sellaisten, joita ei milloinkaan tullut saattaa liittoon Jumalan kansan kanssa. Muinaisen kirjaimellisen Israelin ja kristillisen seurakunnan rinnakkaisuus, sellaisena kuin se esitetään Ilmestyskirjassa, on profeetallinen aihe, joka on selvästi esitetty tutkielmassa nimeltä Habakkuk’s Tables. Joel rinnastaa neljännen ja viimeisen sukupolven, joka ”katkaistaan pois” olemasta Jumalan valittu liittokansa, niihin kahteenkymmeneenviiteen vanhimpaan, jotka kumartavat aurinkoa Hesekielin neljän lisääntyvän kauhistuksen joukossa. Tuo neljäs sukupolvi, jossa laodikealainen seitsemännen päivän adventismi katkaistaan pois heidän kumartaessaan aurinkoa sunnuntailaissa, rinnastuu neljänteen seurakuntaan, Tyatiraan, joka symboloi paavikunnan valtaa joko vuonna 538 tai pian tulevassa sunnuntailaissa. Kolmas seurakunta, Pergamo, edustaa ”kompromissia”, olipa kyse muinaisen Israelin liittoutumisesta pakanallisten valtakuntien kanssa tai siitä, että Konstantinus yhdisti pakanuuden kristinuskoon, ja nuo kaksi todistajaa puhuttelevat Ilmestyskirjan kolmattatoista lukua vastaavan maapetovallan kolmatta sukupolvea.</w:t>
      </w:r>
    </w:p>
    <w:p>
      <w:pPr>
        <w:pStyle w:val="ArticleBody"/>
        <w:jc w:val="left"/>
      </w:pPr>
      <w:r>
        <w:rPr>
          <w:rFonts w:ascii="Times New Roman" w:hAnsi="Times New Roman" w:eastAsia="Times New Roman" w:cs="Times New Roman"/>
        </w:rPr>
        <w:t>Yhdysvaltain neljä sukupolvea, joita muiden totuuksien ohella esikuvasi Egypti 400/430 vuoden orjuuden aikana ja joka päättyi siihen, että farao hukkui Punaisenmeren vesiin. Nuo vedet merkitsivät sen kansakunnan loppua, joka oli tuomittava, kun Jumala profeetta Mooseksen kautta toi vapautuksen muinaiselle Israelille. Yhdysvallat tuomitaan sinä ajanjaksona, jolloin tuomio päättyy Jumalan seurakunnan ylle, joten on huomattava, että vesi, joka päätti faraon elämän, tuli faraon päälle itätuulen vapauttamisen kautta, itätuulen, joka oli pitänyt vedet paikoillaan Jumalan vapauttaessa valittua kansaansa. Itätuuli on kolmas voi-huuto, joka iskee sunnuntailakiin, kun Ilmestyskirjan yhdennentoista luvun maanjäristys saapuu.</w:t>
      </w:r>
    </w:p>
    <w:p>
      <w:pPr>
        <w:pStyle w:val="ArticleBody"/>
        <w:jc w:val="left"/>
      </w:pPr>
      <w:r>
        <w:rPr>
          <w:rFonts w:ascii="Times New Roman" w:hAnsi="Times New Roman" w:eastAsia="Times New Roman" w:cs="Times New Roman"/>
        </w:rPr>
        <w:t>Maapetoon neljättä ja viimeistä sukupolvea edeltävä sukupolvi täyttyy sekä tasavaltalaisessa että protestanttisessa sarvessa. Tasavaltalaisen sarven sovittelu, joka toteutui sen kolmannessa sukupolvessa, tapahtui ensimmäisen maailmansodan ympärille sijoittuvana ajanjaksona, ja se merkitsi sitä, että Yhdysvallat luovutti taloudellisen rakenteensa Federal Reserven globalisteille. Samana ajanjaksona laodikealainen seitsemännen päivän adventismi pyrki saamaan lääketieteellisen ja kasvatuksellisen työnsä ”akkreditoiduksi” maailmallisen koulutuksen ja lääketieteen normien mukaisesti. Verbimuodossa ”laittomuuden salaisuus” kuvaa Konstantinuksen ja muinaisen Israelin kuninkaiden kompromissia maailman valtojen kanssa. Inspiraation käyttämä sana kompromissin kuvaamiseksi on ”amalgamaatio”, joka Ellen Whiten ajan sanakirjassa määritellään seuraavasti: ”sekoittaa tai yhdistää amalgaamiksi; sulauttaa.” Hyvän- ja pahantiedon puu on amalgamaation puu, kompromissin puu. ”Viimeinen mahtava taistelu” on sunnuntailakikriisi, ja Saatanan valmistelu tuota kriisiä varten on ”laittomuuden salaisuus”, joka sekoittaa inhimillisen viisauden jumalalliseen ilmoitukseen.</w:t>
      </w:r>
    </w:p>
    <w:p>
      <w:pPr>
        <w:pStyle w:val="ArticleScripture"/>
        <w:jc w:val="left"/>
      </w:pPr>
      <w:r>
        <w:rPr>
          <w:rFonts w:ascii="Times New Roman" w:hAnsi="Times New Roman" w:eastAsia="Times New Roman" w:cs="Times New Roman"/>
        </w:rPr>
        <w:t>”Saatana laatii ahkerasti suunnitelmiaan viimeistä mahtavaa taistelua varten, jolloin kaikki asettuvat jommallekummalle puolelle....”</w:t>
      </w:r>
    </w:p>
    <w:p>
      <w:pPr>
        <w:pStyle w:val="ArticleScripture"/>
        <w:jc w:val="left"/>
      </w:pPr>
      <w:r>
        <w:rPr>
          <w:rFonts w:ascii="Times New Roman" w:hAnsi="Times New Roman" w:eastAsia="Times New Roman" w:cs="Times New Roman"/>
        </w:rPr>
        <w:t>”Kuunnelkaa ääniä, tarkatkaa voimia, jotka ovat vallalla maailmassa. Kuuluuko rukouksen ääntä lainkaan? Näettekö mitään merkkiä siitä, että Jumala tunnustetaan? Papistoa on, paljonkin; mutta he polkevat jalkojensa alle Jehovan lain. Heidän vaatteensa ovat tahriutuneet sielujen vereen. Joukoittain uhrataan riivaajille. Katsokaa, te jotka horjuttelevat tottelevaisuuden ja tottelemattomuuden välillä. Katsokaa mielikuvituksessanne valtavia ihmisjoukkoja palvomassa saatanan alttarilla. Kuunnelkaa musiikkia, kuunnelkaa kieltä, jota kutsutaan korkeammaksi sivistykseksi. Mutta miksi Jumala sitä julistaa?—Laittomuuden salaisuudeksi.” Pamphlets, 004, 11.</w:t>
      </w:r>
    </w:p>
    <w:p>
      <w:pPr>
        <w:pStyle w:val="ArticleBody"/>
        <w:jc w:val="left"/>
      </w:pPr>
      <w:r>
        <w:rPr>
          <w:rFonts w:ascii="Times New Roman" w:hAnsi="Times New Roman" w:eastAsia="Times New Roman" w:cs="Times New Roman"/>
        </w:rPr>
        <w:t>Viimeisessä konfliktissa, jolloin ”kaikki asettuvat jommallekummalle puolelle”, Eedenin puutarhan koe toistuu. Koe, joka alussa rajoittui puutarhan keskellä olevaan puuhun, toistuu lopussa koko maailmassa. Saatanan työ ennen lopullista taistelua on ”laittomuuden salaisuus”, joka määritellään ”korkeammaksi koulutukseksi”! ”Korkeamman koulutuksen” vertauskuva maan pedon maassa löytyy Nashvillestä, Tennesseestä, ”Etelän Ateenasta”, jossa Parthenonin temppeli sijaitsee vastakohtana sille todelliselle koulutukselle, jota Madison College kerran edusti Nashvillessä. Seuraava inspiraation lausunto siteerataan kokonaisuudessaan tämän artikkelin lopussa, mutta muutamia seikkoja on syytä tarkastella tässä vaiheessa.</w:t>
      </w:r>
    </w:p>
    <w:p>
      <w:pPr>
        <w:pStyle w:val="ArticleScripture"/>
        <w:jc w:val="left"/>
      </w:pPr>
      <w:r>
        <w:rPr>
          <w:rFonts w:ascii="Times New Roman" w:hAnsi="Times New Roman" w:eastAsia="Times New Roman" w:cs="Times New Roman"/>
        </w:rPr>
        <w:t>”Kaikki tarvitsevat viisautta tutkiakseen huolellisesti laittomuuden salaisuuden, jolla on niin suuri osuus tämän maan historian päätösvaiheissa....”</w:t>
      </w:r>
    </w:p>
    <w:p>
      <w:pPr>
        <w:pStyle w:val="ArticleScripture"/>
        <w:jc w:val="left"/>
      </w:pPr>
      <w:r>
        <w:rPr>
          <w:rFonts w:ascii="Times New Roman" w:hAnsi="Times New Roman" w:eastAsia="Times New Roman" w:cs="Times New Roman"/>
        </w:rPr>
        <w:t>”Ei ole mitään keskimmäistä tietä ennalleen palautettuun Paratiisiin. Ihmiselle näitä viimeisiä päiviä varten annettua sanomaa ei tule sulauttaa inhimillisiin keksintöihin....”</w:t>
      </w:r>
    </w:p>
    <w:p>
      <w:pPr>
        <w:pStyle w:val="ArticleScripture"/>
        <w:jc w:val="left"/>
      </w:pPr>
      <w:r>
        <w:rPr>
          <w:rFonts w:ascii="Times New Roman" w:hAnsi="Times New Roman" w:eastAsia="Times New Roman" w:cs="Times New Roman"/>
        </w:rPr>
        <w:t>”Ne, jotka Jumala on korottanut korkeisiin luottamustehtäviin, saattavat kääntyä taivaan valosta inhimilliseen viisauteen.... Kaikkien, jotka tahtovat omata luonteen, joka tekisi heistä Jumalan työtovereita ja saattaisi heidät vastaanottamaan Jumalan hyväksynnän, täytyy erottautua Jumalan vihollisista ja pitää kiinni siitä totuudesta, jonka Kristus antoi Johannekselle annettavaksi maailmalle.” Manuscript Releases, osa 18, 30–36.</w:t>
      </w:r>
    </w:p>
    <w:p>
      <w:pPr>
        <w:pStyle w:val="ArticleBody"/>
        <w:jc w:val="left"/>
      </w:pPr>
      <w:r>
        <w:rPr>
          <w:rFonts w:ascii="Times New Roman" w:hAnsi="Times New Roman" w:eastAsia="Times New Roman" w:cs="Times New Roman"/>
        </w:rPr>
        <w:t>Se ”kaikki”, jotka tarvitsevat ”viisautta”, edustaa kaikkia niitä, jotka johdetaan koetusprosessiin, joka lopulta tuottaa kaksi palvojien luokkaa. ”Viisaat” ovat niitä, jotka hankkivat tarvittavan ”viisauden”. Koetusprosessi alkaa, kun Jeesuksen Kristuksen ilmestys avataan sineteistään juuri ennen ihmisten armonajan päättymistä. Tämä sinettien avaaminen käynnistää ”tiedon lisääntymisen”. Ne, jotka joutuvat kohtaamaan Jeesuksen Kristuksen ilmestykseen liittyvän koetuksen, hankkivat profeetallisen tiedon ”öljyn”, joka on tarkoitettu ohjaamaan, valmistamaan ja pyhittämään ennen itätuulen saapumista sunnuntailain yhteydessä. ”Hyvän ja pahan tiedon puu” on sen väärennetyn taivaan leivän vertauskuva, joka on joko syötävä tai hylättävä.</w:t>
      </w:r>
    </w:p>
    <w:p>
      <w:pPr>
        <w:pStyle w:val="ArticleBody"/>
        <w:jc w:val="left"/>
      </w:pPr>
      <w:r>
        <w:rPr>
          <w:rFonts w:ascii="Times New Roman" w:hAnsi="Times New Roman" w:eastAsia="Times New Roman" w:cs="Times New Roman"/>
        </w:rPr>
        <w:t>Galileassa, Kapernaumin synagogassa, Jeesus menetti yhdessä ainoassa tapauksessa enemmän seuraajia kuin minään muuna aikana palvelutyönsä aikana. Siellä koetuksena oli, olivatko Kristuksen profeetalliset sanat kirjaimelliset vai hengelliset, ja ne, jotka eivät koetusta kestäneet, lankesivat — sillä he unohtivat, että ihmisen tulee elää jokaisesta sanasta, joka lähtee Jumalan suusta. Kristus oli selvästi ilmoittanut olevansa taivaasta tullut leipä, ja ne, jotka eivät koetusta kestäneet, olivat sekoittaneet Totuuden inhimilliseen viisauteen, jota kreikkalaiset edustivat.</w:t>
      </w:r>
    </w:p>
    <w:p>
      <w:pPr>
        <w:pStyle w:val="ArticleBody"/>
        <w:jc w:val="left"/>
      </w:pPr>
      <w:r>
        <w:rPr>
          <w:rFonts w:ascii="Times New Roman" w:hAnsi="Times New Roman" w:eastAsia="Times New Roman" w:cs="Times New Roman"/>
        </w:rPr>
        <w:t>Ennen kuin Eeva pani alulle puutarhassa tapahtuneen lankeemuksen, Kristus oli käskenyt sekä Aadamia että Eevaa olemaan syömättä hyvän ja pahan tiedon puun hedelmää. Iankaikkisen evankeliumin kolmesta vaiheesta ensimmäinen on Jumalan pelko.</w:t>
      </w:r>
    </w:p>
    <w:p>
      <w:pPr>
        <w:pStyle w:val="ArticleScripture"/>
        <w:jc w:val="left"/>
      </w:pPr>
      <w:r>
        <w:rPr>
          <w:rFonts w:ascii="Times New Roman" w:hAnsi="Times New Roman" w:eastAsia="Times New Roman" w:cs="Times New Roman"/>
        </w:rPr>
        <w:t>“Omaksukoon mieli ilmoituksen valtavat totuudet, niin se ei koskaan tyydy käyttämään voimiaan joutaviin aiheisiin; se kääntyy inhoten pois halpahintaisesta kirjallisuudesta ja tyhjistä huvituksista, jotka turmelevat nykyajan nuorisoa. Ne, jotka ovat olleet yhteydessä Raamatun runoilijoihin ja viisaisiin ja joiden sielua uskon sankarien loistavat teot ovat liikuttaneet, palaavat näiltä rikkaan ajattelun vainioilta sydämeltään paljon puhtaampina ja mieleltään ylevämpinä kuin jos he olisivat syventyneet tutkimaan kuuluisimpia maallisia kirjailijoita tai pohtimaan ja ylistämään maailman faraoiden, Herodeksen ja Caesarien urotöitä.”</w:t>
      </w:r>
    </w:p>
    <w:p>
      <w:pPr>
        <w:pStyle w:val="ArticleScripture"/>
        <w:jc w:val="left"/>
      </w:pPr>
      <w:r>
        <w:rPr>
          <w:rFonts w:ascii="Times New Roman" w:hAnsi="Times New Roman" w:eastAsia="Times New Roman" w:cs="Times New Roman"/>
        </w:rPr>
        <w:t>”Nuorten voimat ovat enimmäkseen uinuvia, koska he eivät tee Jumalan pelosta viisauden alkua. Herra antoi Danielille viisautta ja tietoa, koska hän ei antanut minkään sellaisen voiman vaikuttaa itseensä, joka olisi puuttunut hänen uskonnollisiin periaatteisiinsa. Syy siihen, miksi meillä on niin vähän ajattelevia, vakaita ja todellisesti arvokkaita miehiä, on se, että he kuvittelevat löytävänsä suuruuden irrottautumalla taivaasta.” Messages to Young People, 255, 256.</w:t>
      </w:r>
    </w:p>
    <w:p>
      <w:pPr>
        <w:pStyle w:val="ArticleBody"/>
        <w:jc w:val="left"/>
      </w:pPr>
      <w:r>
        <w:rPr>
          <w:rFonts w:ascii="Times New Roman" w:hAnsi="Times New Roman" w:eastAsia="Times New Roman" w:cs="Times New Roman"/>
        </w:rPr>
        <w:t>Eeva menetti ”Jumalan pelkonsa”. Hänen olisi tullut vapista Jumalan sanojen edessä; tämä on sadan neljänkymmenenneljän tuhannen ominaisuus. Jumalan pelko on ensimmäinen kolmesta koetuksesta, ja se alkaa, kun profeetallinen Sana avataan, tuottaen lopulta viisasten luokan ja tyhmien luokan. Niiden alku, jotka on määrätty tulemaan viisaiksi, on vapista Jumalan Sanan edessä. Eeva ei tehnyt näin, ja kohdatessaan koetusprosessin toisen vaiheen hän ei kyennyt antamaan Jumalalle kunniaa, ja sitten hän joutui kohtaamaan tuomion hetken, jolloin hän toi ilmi Laodikean alastomuuden.</w:t>
      </w:r>
    </w:p>
    <w:p>
      <w:pPr>
        <w:pStyle w:val="ArticleScripture"/>
        <w:jc w:val="left"/>
      </w:pPr>
      <w:r>
        <w:rPr>
          <w:rFonts w:ascii="Times New Roman" w:hAnsi="Times New Roman" w:eastAsia="Times New Roman" w:cs="Times New Roman"/>
        </w:rPr>
        <w:t>”Kaikkien, jotka tahtovat saattaa kristillisen luonteensa täydelliseksi, täytyy ottaa Kristuksen ies kannettavakseen. Jos he tahtovat istua yhdessä taivaallisissa Kristuksessa Jeesuksessa, heidän täytyy oppia Hänestä täällä maan päällä. Kristus ei miellyttänyt itseään. Hänen koko elämänsä oli puhtaan, epäitsekkään hyväntekeväisyyden ilmentymää. Hän otti ihmisluonnon osoittaakseen langenneelle maailmalle, Saatanalle ja hänen synagogalleen, taivaan maailmankaikkeudelle, lankeamattomille maailmoille, että ihmisluonto, yhdistyneenä Hänen jumalalliseen luontoonsa, saattoi tulla täysin kuuliaiseksi Jumalan laille. Kaikkien on kysyttävä: ’Mitä minun tulee tehdä, että pelastuisin?’ Jumala vaatii nöyriä, murtuneita sydämiä, jotka vapisevat Hänen sanansa edessä. Vain jumalalliselta alttarilta voimme saada taivaallisen soihdun, joka vastaanotettuna antaa meille täydellisen näyn omasta kykenemättömyydestämme ja paljastaa meille Kristuksen arvon ja kirkkauden. Kun tämä nähdään, Jumala asettaa meidät Pyhän Hengen johdatuksen alaisiksi, ja se johdattaa meidät kaikkeen totuuteen.” Bible Echo, 20. heinäkuuta 1896.</w:t>
      </w:r>
    </w:p>
    <w:p>
      <w:pPr>
        <w:pStyle w:val="ArticleBody"/>
        <w:jc w:val="left"/>
      </w:pPr>
      <w:r>
        <w:rPr>
          <w:rFonts w:ascii="Times New Roman" w:hAnsi="Times New Roman" w:eastAsia="Times New Roman" w:cs="Times New Roman"/>
        </w:rPr>
        <w:t>Totuuden ja erehdyksen sekoittaminen on saatanan työtä, joka tunnistetaan laittomuuden salaisuudeksi. Koko ihmiskunnan kompromissi tutkivan tuomion viimeisissä vaiheissa on ikuistettu Nashville, Tennesseessä sijaitsevassa Parthenon-temppelissä.</w:t>
      </w:r>
    </w:p>
    <w:p>
      <w:pPr>
        <w:pStyle w:val="ArticleScripture"/>
        <w:jc w:val="left"/>
      </w:pPr>
      <w:r>
        <w:rPr>
          <w:rFonts w:ascii="Times New Roman" w:hAnsi="Times New Roman" w:eastAsia="Times New Roman" w:cs="Times New Roman"/>
        </w:rPr>
        <w:t>”Ei ole viisasta lähettää nuorisoamme yliopistoihin, joissa he käyttävät aikansa kreikan ja latinan taidon hankkimiseen, samalla kun heidän päänsä ja sydämensä täytetään niiden epäuskoisten kirjailijoiden ajatuksilla, joita he tutkivat oppiakseen hallitsemaan näitä kieliä. He saavuttavat tiedon, joka ei ole lainkaan tarpeellinen eikä sopusoinnussa suuren Opettajan opetusten kanssa. Yleensä tällä tavoin koulutetuilla on suuri itsetunto. He luulevat saavuttaneensa korkeamman sivistyksen huipun ja esiintyvät ylpeästi, ikään kuin he eivät enää olisi oppilaita. Heidät turmellaan kelpaamattomiksi Jumalan palvelukseen. Aika, varat ja opiskelu, joita monet ovat käyttäneet verrattain hyödyttömän koulutuksen hankkimiseen, olisi tullut käyttää sellaisen koulutuksen saamiseen, joka tekisi heistä kaikin puolin kehittyneitä miehiä ja naisia, käytännölliseen elämään soveltuvia. Sellainen koulutus olisi heille mitä suurimmaksi arvoksi.”</w:t>
      </w:r>
    </w:p>
    <w:p>
      <w:pPr>
        <w:pStyle w:val="ArticleScripture"/>
        <w:jc w:val="left"/>
      </w:pPr>
      <w:r>
        <w:rPr>
          <w:rFonts w:ascii="Times New Roman" w:hAnsi="Times New Roman" w:eastAsia="Times New Roman" w:cs="Times New Roman"/>
        </w:rPr>
        <w:t>”Mitä oppilaat vievät mukanaan lähtiessään kouluistamme? Minne he ovat menossa? Mitä he aikovat tehdä? Onko heillä se tieto, joka tekee heidät kykeneviksi opettamaan muita? Onko heitä kasvatettu olemaan viisaita isiä ja äitejä? Voivatko he seistä perheen johdossa viisaina opettajina? Voivatko he kotielämässään opettaa lapsiaan siten, että heidän perheensä olisi perhe, jota Jumala voi katsella mielihyvällä, koska se on taivaassa olevan perheen vertauskuva? Ovatko he saaneet ainoan kasvatuksen, jota voidaan totisesti kutsua ’korkeammaksi kasvatukseksi’?”</w:t>
      </w:r>
    </w:p>
    <w:p>
      <w:pPr>
        <w:pStyle w:val="ArticleScripture"/>
        <w:jc w:val="left"/>
      </w:pPr>
      <w:r>
        <w:rPr>
          <w:rFonts w:ascii="Times New Roman" w:hAnsi="Times New Roman" w:eastAsia="Times New Roman" w:cs="Times New Roman"/>
        </w:rPr>
        <w:t>”Mitä on korkeampi koulutus? Mitään koulutusta ei voida kutsua korkeammaksi koulutukseksi, ellei siinä ole taivaan kaltaisuutta, ellei se johda nuoria miehiä ja nuoria naisia Kristuksen kaltaisiksi ja tee heitä kykeneviksi seisomaan perheidensä johdossa Jumalan sijaisina. Jos nuori mies on kouluvuosiensa aikana jäänyt vaille kreikan ja latinan kielen tuntemusta sekä niiden ajatusten tuntemusta, joita on uskottomien kirjailijoiden teoksissa, hän ei ole kärsinyt suurta tappiota. Jos Jeesus Kristus olisi pitänyt tällaista koulutusta välttämättömänä, eikö hän olisi antanut sitä opetuslapsilleen, joita hän kasvatti suorittamaan suurinta työtä, mikä kuolevaisten hoidettavaksi on koskaan uskottu, edustamaan häntä maailmassa? Mutta sen sijaan hän pani heidän käsiinsä pyhän totuuden annettavaksi maailmalle sen yksinkertaisuudessa.</w:t>
      </w:r>
    </w:p>
    <w:p>
      <w:pPr>
        <w:pStyle w:val="ArticleScripture"/>
        <w:jc w:val="left"/>
      </w:pPr>
      <w:r>
        <w:rPr>
          <w:rFonts w:ascii="Times New Roman" w:hAnsi="Times New Roman" w:eastAsia="Times New Roman" w:cs="Times New Roman"/>
        </w:rPr>
        <w:t>”On aikoja, jolloin kreikan ja latinan tuntijoita tarvitaan. Joidenkuiden tulee opiskella näitä kieliä. Tämä on hyvä. Mutta kaikkien ei tule niitä opiskella, eikä monienkaan. Ne, jotka ajattelevat, että kreikan ja latinan taito on välttämätön korkeamman sivistyksen saavuttamiseksi, eivät näe kauas. Eikä myöskään sen tuntemus, mitä maailman ihmiset nimittävät tieteen salaisuuksiksi, ole tarpeen pääsemiseksi Jumalan valtakuntaan. Saatana täyttää mielen sofistiikalla ja perinnäissäännöillä, jotka sulkevat pois todellisen korkeamman sivistyksen ja jotka häviävät oppijan mukana.</w:t>
      </w:r>
    </w:p>
    <w:p>
      <w:pPr>
        <w:pStyle w:val="ArticleScripture"/>
        <w:jc w:val="left"/>
      </w:pPr>
      <w:r>
        <w:rPr>
          <w:rFonts w:ascii="Times New Roman" w:hAnsi="Times New Roman" w:eastAsia="Times New Roman" w:cs="Times New Roman"/>
        </w:rPr>
        <w:t>Ne, jotka ovat saaneet vääränlaisen kasvatuksen, eivät katso taivasta kohti. He eivät kykene näkemään Häntä, joka on todellinen Valo, ”joka valistaa jokaisen ihmisen, joka maailmaan tulee.” He pitävät iankaikkisia todellisuuksia harhakuvina ja nimittävät atomia maailmaksi ja maailmaa atomiksi. Monista niistä, jotka ovat saaneet niin sanotun korkeamman koulutuksen, Jumala julistaa: ”Sinut on vaa’alla punnittu ja havaittu vajavaiseksi” — vajavaiseksi käytännöllisten asioiden tuntemisessa, vajavaiseksi sen tuntemisessa, kuinka aikaa on käytettävä parhaalla mahdollisella tavalla, vajavaiseksi sen tuntemisessa, kuinka on tehtävä työtä Jeesuksen hyväksi.” Review and Herald, August 17, 1897.</w:t>
      </w:r>
    </w:p>
    <w:p>
      <w:pPr>
        <w:pStyle w:val="ArticleBody"/>
        <w:jc w:val="left"/>
      </w:pPr>
      <w:r>
        <w:rPr>
          <w:rFonts w:ascii="Times New Roman" w:hAnsi="Times New Roman" w:eastAsia="Times New Roman" w:cs="Times New Roman"/>
        </w:rPr>
        <w:t>Nashvillen tulipallojen varoitus ei kohdistu mielivaltaisesti valittuun kaupunkiin, vaan se on suora tuomio, joka on kohdannut seitsemännen päivän adventisteja, Yhdysvaltoja ja maailmaa. Nashvillen tulipallot edustavat erilaisia ominaispiirteitä adventismin eri ryhmittymille, maapetolle ja maailmalle. Nashvillen tulipallot ovat Jumalan tuomio väärästä koulutuksesta, jota hyvän- ja pahantiedon puu symboloi.</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”Moninaisin kuvauksin Herra Jeesus esitti Johannekselle niiden jumalattoman luonteen ja viettelevän vaikutuksen, jotka ovat tulleet tunnetuiksi vainotessaan Jumalan kansaa. Kaikki tarvitsevat viisautta tutkiakseen huolellisesti laittomuuden salaisuuden, jolla on niin suuri osuus tämän maan historian päätösvaiheissa. Jumalan esitys niiden inhottavista teoista, jotka ovat maailman hallitsevien valtojen asukkaita ja jotka sitoutuvat salaseuroihin ja liittoihin kunnioittamatta Jumalan lakia, tulisi tehdä mahdolliseksi totuuden valon saaneelle kansalle pysyä erillään kaikista näistä pahoista. Yhä enemmän kaikki maailman väärät uskonnonharjoittajat ilmaisevat pahoja tekojaan; sillä on vain kaksi puolta: ne, jotka pitävät Jumalan käskyt, ja ne, jotka sotivat Jumalan pyhää lakia vastaan....”</w:t>
      </w:r>
    </w:p>
    <w:p>
      <w:pPr>
        <w:pStyle w:val="ArticleScripture"/>
        <w:jc w:val="left"/>
      </w:pPr>
      <w:r>
        <w:rPr>
          <w:rFonts w:ascii="Times New Roman" w:hAnsi="Times New Roman" w:eastAsia="Times New Roman" w:cs="Times New Roman"/>
        </w:rPr>
        <w:t>Vaimon siemenen ja käärmeen välisen vihollisuuden Herra määrittelee selvästi. ”Ja minä panen vihollisuuden sinun ja vaimon välille ja sinun siemenesi ja hänen siemenensä välille; se on murskaava sinun pääsi, ja sinä olet pistävä sitä kantapäähän.” ”Ja Aadamille Hän sanoi: Koska sinä kuulit vaimosi ääntä ja söit puusta, josta minä käskin sinua sanoen: Älä syö siitä; kirottu olkoon maa sinun tähtesi; vaivalla sinun on siitä ravintosi syötävä kaiken elinaikasi; orjantappuroita ja ohdakkeita se on kasvava sinulle, ja sinun on syötävä kedon ruohoa; otsasi hiessä sinun on leipäsi syötävä, kunnes palaat maahan, sillä siitä sinut on otettu; sillä tomua sinä olet, ja tomuun sinun on palattava.”</w:t>
      </w:r>
    </w:p>
    <w:p>
      <w:pPr>
        <w:pStyle w:val="ArticleScripture"/>
        <w:jc w:val="left"/>
      </w:pPr>
      <w:r>
        <w:rPr>
          <w:rFonts w:ascii="Times New Roman" w:hAnsi="Times New Roman" w:eastAsia="Times New Roman" w:cs="Times New Roman"/>
        </w:rPr>
        <w:t>”Seuraamalla omaa tietään, toimimalla sopusoinnussa saatanan kiusausten kanssa ja vastoin Jumalan tunnettua tahtoa ihminen yritti turhaan korottaa ja siunata itseään. Näin hän sai kokemuksellisen tiedon tottelemattomuudesta Jumalan käskyjä kohtaan. Näin hän oppi tuntemaan hyvän ja pahan; näin hän menetti uskollisuutensa ja lojaalisuutensa Jumalaa kohtaan ja avasi pahuuden ja kärsimyksen tulvaportit koko ihmiskunnalle. Kuinka monet tänään tekevät saman kokeen! Milloin ihminen oppii, että ainoa keino hänen turvallisuudekseen on täydellinen luottamus tähän: ’näin sanoo Herra’? ”</w:t>
      </w:r>
    </w:p>
    <w:p>
      <w:pPr>
        <w:pStyle w:val="ArticleScripture"/>
        <w:jc w:val="left"/>
      </w:pPr>
      <w:r>
        <w:rPr>
          <w:rFonts w:ascii="Times New Roman" w:hAnsi="Times New Roman" w:eastAsia="Times New Roman" w:cs="Times New Roman"/>
        </w:rPr>
        <w:t>”Saatana pyrkii ujuttamaan omat keksintönsä Jumalan lasten keskuuteen inhimillisten menetelmien välityksellä. Hän pyrkii siihen, että hänet otettaisiin vastaan Jumalana tai jopa asetettaisiin Jumalan yläpuolelle.</w:t>
      </w:r>
    </w:p>
    <w:p>
      <w:pPr>
        <w:pStyle w:val="ArticleScripture"/>
        <w:jc w:val="left"/>
      </w:pPr>
      <w:r>
        <w:rPr>
          <w:rFonts w:ascii="Times New Roman" w:hAnsi="Times New Roman" w:eastAsia="Times New Roman" w:cs="Times New Roman"/>
        </w:rPr>
        <w:t>Muuttaessaan sapatin viikon ensimmäiseksi päiväksi hän johdattaa ihmiset epäilemään Jumalan julistuksia ja siten pitämään omia teitään ja suunnitelmiaan sellaisina, että ne näyttävät heidän omissa silmissään ja heidän turmeltuneessa arvostelukyvyssään ylen viisailta. Inhimillisen menettelytavan avulla hän johdattaa ihmiset pitämään Jumalan nimenomaisia käskyjä vähemmän velvoittavina kuin inhimillistä perinnäissääntöä sekä pitämään poikkeamista siitä laista, joka on aina pyhä ja vanhurskas ja hyvä, vähäpätöisenä asiana. Hän näkee, että estämällä tällä tavoin inhimillisiä välikappaleita vaeltamasta kuuliaisina lapsina sopusoinnussa Jumalan kanssa hän voi ehkäistä Jumalan työn toteutumista maailmassamme.</w:t>
      </w:r>
    </w:p>
    <w:p>
      <w:pPr>
        <w:pStyle w:val="ArticleScripture"/>
        <w:jc w:val="left"/>
      </w:pPr>
      <w:r>
        <w:rPr>
          <w:rFonts w:ascii="Times New Roman" w:hAnsi="Times New Roman" w:eastAsia="Times New Roman" w:cs="Times New Roman"/>
        </w:rPr>
        <w:t>”Mutta Saatanan juonitteluja yhdessä ihmisvälikappaleiden kanssa, jotka ovat vastuullisissa asemissa, on nyt synnin kokeilun tultua koetelluksi pelättävä ja kartettava aivan yhtä paljon kuin meidän ensimmäisten vanhempiemme tapauksessa. Minua on ohjattu sanomaan, että ne miehet, jotka on asetettu vastuullisiin asemiin Jumalan työssä, ovat yliarvioineet oikeutensa hallita toisia. Asema, jonka ihminen miehittää, ei muuta hänen luonnettaan. Jotkut ovat näyttäneet ajattelevan, että heidän täytyy määrätä seurakunnille ja parantoloille ja että heidän arvostelukykyään ei saanut kyseenalaistaa. Oppikoot he Jeesukselta joka askeleella. Hänen tulee olla korkein auktoriteetti jokaiselle ihmiselle.</w:t>
      </w:r>
    </w:p>
    <w:p>
      <w:pPr>
        <w:pStyle w:val="ArticleScripture"/>
        <w:jc w:val="left"/>
      </w:pPr>
      <w:r>
        <w:rPr>
          <w:rFonts w:ascii="Times New Roman" w:hAnsi="Times New Roman" w:eastAsia="Times New Roman" w:cs="Times New Roman"/>
        </w:rPr>
        <w:t>”Hän, joka on usein ollut meidän Opettajamme, sanoo: ’Kuinka vaikeaa ihmisen on vaeltaa nöyrästi Jumalansa kanssa, murheellisessa hengessä kulkien Jumalan tietä ja hyläten Saatanan ehdotukset, jotka näyttävät tarjoavan suuria maallisia etuja.’ Sen vaikutus, että ihminen kulkee omaa tietään sen sijaan, että seisoisi lujasti sillä vakaalla perustuksella, jonka yksin Jumala on laskenut, on toistunut yhä uudelleen. Kieltäytyminen vaeltamasta niitä suoria polkuja, jotka Jumala on osoittanut, saattaa heidät hämmennykseen eikä opeta viisautta toisille, joilla on sama koetus ja koettelemus. Milloin ihminen oppii, että Jumala on Jumala eikä ihminen, niin että Hän muuttuisi?”</w:t>
      </w:r>
    </w:p>
    <w:p>
      <w:pPr>
        <w:pStyle w:val="ArticleScripture"/>
        <w:jc w:val="left"/>
      </w:pPr>
      <w:r>
        <w:rPr>
          <w:rFonts w:ascii="Times New Roman" w:hAnsi="Times New Roman" w:eastAsia="Times New Roman" w:cs="Times New Roman"/>
        </w:rPr>
        <w:t>”Jotkut, jotka ovat poikenneet oikealta tieltä, ovat jatkuvassa kiihkossa tarttuneet vastuisiin, joita Jumala ei ole heidän päälleen asettanut. Jumala kehottaa jokaista saarnaajaa ja jokaista lääkäriä säilyttämään totuuden yksinkertaisuuden. Jumalan Poika, joka on ilmoitettu sekä Vanhassa että Uudessa testamentissa, on meidän maailmamme Vapahtaja tänään. Häneltä jokaisen lääkintälähetyssaarnaajan tulee saada koulutuksensa. Ellei hän erottaudu ilman vallan ruhtinaasta, hän johtaa harhaan sieluja, jotka luottavat häneen. Varokoot kaikki miehiä, jotka ovat niin koulutettuja ja korotettuja, ettei tavallinen kansa voi ymmärtää heidän suunnitelmiaan.”</w:t>
      </w:r>
    </w:p>
    <w:p>
      <w:pPr>
        <w:pStyle w:val="ArticleScripture"/>
        <w:jc w:val="left"/>
      </w:pPr>
      <w:r>
        <w:rPr>
          <w:rFonts w:ascii="Times New Roman" w:hAnsi="Times New Roman" w:eastAsia="Times New Roman" w:cs="Times New Roman"/>
        </w:rPr>
        <w:t>”Synnin juonittelut ylittävät kaiken käsityskyvyn. Jokainen onnettomuus, jokainen kärsimys ja kuolema on todistus ei ainoastaan pahan vallasta vaan myös elävän Jumalan totuudesta. Vaikka ihminen on tuntenut totuuden, elävän Jumalan sanan, joka pysyy iankaikkisesti ja joka kuuliaisuuden kautta antaa elämän, hänen heikkoutensa mukautua Saatanan kekseliäisyyteen on perin outo. Kaikki, joita Jumala opettaa, tunnustavat Kristuksen Hänen Pojakseen. Kaikki, jotka eivät usko Jumalan tunnettuihin julistuksiin, osoittavat synnin suosion, eivätkä työskentele elämän ja kuolemattomuuden puolella, jotka täydellisen totuuden pyhityksen kautta tuodaan valoon. Ellei luonteessa, sanoissa ja hengessä tapahdu muutosta, sielut joutuvat kadotukseen.</w:t>
      </w:r>
    </w:p>
    <w:p>
      <w:pPr>
        <w:pStyle w:val="ArticleScripture"/>
        <w:jc w:val="left"/>
      </w:pPr>
      <w:r>
        <w:rPr>
          <w:rFonts w:ascii="Times New Roman" w:hAnsi="Times New Roman" w:eastAsia="Times New Roman" w:cs="Times New Roman"/>
        </w:rPr>
        <w:t>“Ei ole mitään keskimmäistä tietä ennalleen palautettuun Paratiisiin. Ihmiselle näitä viimeisiä päiviä varten annettua sanomaa ei tule sulauttaa inhimillisiin keksintöihin. Meidän ei tule turvautua maailmallisten lakimiesten menettelytapoihin. Meidän tulee olla nöyriä rukouksen miehiä, emmekä saa toimia niiden tavoin, jotka ovat Saatanan välikappaleiden sokaisemia.”</w:t>
      </w:r>
    </w:p>
    <w:p>
      <w:pPr>
        <w:pStyle w:val="ArticleScripture"/>
        <w:jc w:val="left"/>
      </w:pPr>
      <w:r>
        <w:rPr>
          <w:rFonts w:ascii="Times New Roman" w:hAnsi="Times New Roman" w:eastAsia="Times New Roman" w:cs="Times New Roman"/>
        </w:rPr>
        <w:t>”Monilla on usko, mutta ei sellainen usko, joka vaikuttaa rakkauden kautta ja puhdistaa sielun. Pelastava usko ei ole yksinkertaisesti pelkkää totuuden uskomista. ”Riivaajatkin uskovat ja vapisevat.” Jumalan Hengen innoitus antaa ihmisille uskon, joka on pakottava voima, joka muovaa luonnetta ja johtaa ihmiset korkeammalle kuin pelkkiin muodollisiin tekoihin. Sanojen, tekojen ja hengen tulee todistaa siitä, että me olemme Kristuksen seuraajia.</w:t>
      </w:r>
    </w:p>
    <w:p>
      <w:pPr>
        <w:pStyle w:val="ArticleScripture"/>
        <w:jc w:val="left"/>
      </w:pPr>
      <w:r>
        <w:rPr>
          <w:rFonts w:ascii="Times New Roman" w:hAnsi="Times New Roman" w:eastAsia="Times New Roman" w:cs="Times New Roman"/>
        </w:rPr>
        <w:t>”Suurinkaan valo ja siunaus, jonka Jumala on antanut, ei ole turva rikkomusta ja luopumusta vastaan näinä viimeisinä päivinä. Ne, jotka Jumala on korottanut korkeisiin luottamustehtäviin, voivat kääntyä taivaan valosta inhimilliseen viisauteen. Silloin heidän valostaan tulee pimeys, heidän Jumalan uskomiksi antamistaan kyvyistään ansa, heidän luonteestaan loukkaus Jumalalle. Jumalaa ei pilkata. Hänestä pois poikkeamista ovat aina seuranneet ja tulevat aina seuraamaan varmat seuraukset. Sellaisten tekojen tekeminen, jotka ovat Jumalalle vastenmielisiä, johtaa pahantekijää askel askeleelta petokseen ja siihen, että monet synnit tehdään rankaisematta, ellei niistä määrätietoisesti tehdä parannusta ja niitä hylätä, sen sijaan että pyrittäisiin oikeuttamaan ne. Kaikkien, jotka tahtovat omata sellaisen luonteen, joka tekisi heistä Jumalan työtovereita ja saattaisi heidät saamaan Jumalan hyväksynnän, tulee erottautua Jumalan vihollisista ja pitää kiinni siitä totuudesta, jonka Kristus antoi Johannekselle annettavaksi maailmalle.” Manuscript Releases, osa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Neljännenkymmenennen jakeen kätketty historia – numero yksitoista</dc:title>
  <dc:subject>Numero yksitoista</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