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kolmekymmentäseitsemän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Kolmekymmentäseitsemän</w:t>
      </w:r>
    </w:p>
    <w:p>
      <w:pPr>
        <w:pStyle w:val="ArticleBody"/>
        <w:jc w:val="left"/>
      </w:pPr>
      <w:r>
        <w:rPr>
          <w:rFonts w:ascii="Times New Roman" w:hAnsi="Times New Roman" w:eastAsia="Times New Roman" w:cs="Times New Roman"/>
        </w:rPr>
        <w:t>William Millerin unessa alun ”meteli”, kun ihmiset alkoivat kajota jalokiviin, tapahtui sen jälkeen, kun Miller oli koonnut jalokivet ja kutsunut: ”tulkaa ja katsokaa.” Kristus, tomuharjaa kantavana miehenä, käyttää luutaa lakaistakseen pois roskat, kootakseen jalokivet paljon suurempaan rasiaan, ja sitten Hän kutsui Milleriä: ”tule ja katso.” Kun Kristus aloittaa luutatyönsä, huone on tyhjä, sillä Miller kirjoitti, että ”ovi avautui, ja mies astui huoneeseen, jolloin kaikki ihmiset poistuivat sieltä; ja hän, pitäen tomuharjaa kädessään, avasi ikkunat ja alkoi harjata tomua ja roskia huoneesta.”</w:t>
      </w:r>
    </w:p>
    <w:p>
      <w:pPr>
        <w:pStyle w:val="ArticleBody"/>
        <w:jc w:val="left"/>
      </w:pPr>
      <w:r>
        <w:rPr>
          <w:rFonts w:ascii="Times New Roman" w:hAnsi="Times New Roman" w:eastAsia="Times New Roman" w:cs="Times New Roman"/>
        </w:rPr>
        <w:t>Likaharjamies astuu huoneeseen, kun kaikki ihmiset ovat poistuneet siitä. Vuonna 2023 likaharjamies astui tyhjään huoneeseen, sillä sadan neljänkymmenenneljän tuhannen liike oli murskautunut ja hajonnut. Habakukin vuoden 2012 taulujen edustamat totuudet oli haudattu roskien sekaan, ja huone oli tyhjä. Likaharjamies on Hän, joka tuli Johannes Kastajan jälkeen, josta Johannes sanoi, että Hänellä oli viskin, ja että Hän käyttäisi sitä puhdistaakseen puimatantereensa perin pohjin.</w:t>
      </w:r>
    </w:p>
    <w:p>
      <w:pPr>
        <w:pStyle w:val="ArticleScripture"/>
        <w:jc w:val="left"/>
      </w:pPr>
      <w:r>
        <w:rPr>
          <w:rFonts w:ascii="Times New Roman" w:hAnsi="Times New Roman" w:eastAsia="Times New Roman" w:cs="Times New Roman"/>
        </w:rPr>
        <w:t>Minä totisesti kastan teidät vedellä parannukseen; mutta se, joka tulee minun jälkeeni, on minua väkevämpi, jonka kenkiä minä en ole arvollinen kantamaan; hän kastaa teidät Pyhällä Hengellä ja tulella. Hänen viskimensä on hänen kädessään, ja hän puhdistaa tarkoin puimatantereensa ja kokoaa nisunsa aittaan; mutta ruumenet hän polttaa sammumattomassa tulessa. Silloin Jeesus tuli Galileasta Jordanille Johanneksen tykö hänen kastettavakseen. Matteus 3:11–13.</w:t>
      </w:r>
    </w:p>
    <w:p>
      <w:pPr>
        <w:pStyle w:val="ArticleBody"/>
        <w:jc w:val="left"/>
      </w:pPr>
      <w:r>
        <w:rPr>
          <w:rFonts w:ascii="Times New Roman" w:hAnsi="Times New Roman" w:eastAsia="Times New Roman" w:cs="Times New Roman"/>
        </w:rPr>
        <w:t>Galilea on käännekohdan vertauskuva, ja sitä Jordanin kohtaa, jossa Jeesus tuli kastettavaksi, kutsutaan Bethabaraksi, ja se merkitsee ”lauttaylitystä”, ja se osoittaa paikan, jossa muinainen Israel ylitti rajan Luvattuun maahan. Kun Jeesus kastettiin, Hänestä tuli sitten Jeesus Kristus. Galilea, Jordan, Bethabara ja Jeesuksen tuleminen Kristukseksi korostavat kaikki taloudenhoitokauden muutosta, ja juuri tätä ovi myös edustaa, erityisesti filadelfialaisille, joille annetaan avoimen ja suljetun oven avain.</w:t>
      </w:r>
    </w:p>
    <w:p>
      <w:pPr>
        <w:pStyle w:val="ArticleScripture"/>
        <w:jc w:val="left"/>
      </w:pPr>
      <w:r>
        <w:rPr>
          <w:rFonts w:ascii="Times New Roman" w:hAnsi="Times New Roman" w:eastAsia="Times New Roman" w:cs="Times New Roman"/>
        </w:rPr>
        <w:t>Ja Filadelfiassa olevan seurakunnan enkelille kirjoita: Näin sanoo hän, joka on pyhä, joka on totinen, jolla on Daavidin avain, joka avaa, eikä kukaan sulje, ja sulkee, eikä kukaan avaa: Minä tiedän sinun tekosi. Katso, minä olen asettanut eteesi avoimen oven, eikä kukaan voi sitä sulkea; sillä sinulla on vähän voimaa, ja sinä olet ottanut vaarin minun sanastani etkä ole kieltänyt minun nimeäni. Ilmestys 3:7, 8.</w:t>
      </w:r>
    </w:p>
    <w:p>
      <w:pPr>
        <w:pStyle w:val="ArticleBody"/>
        <w:jc w:val="left"/>
      </w:pPr>
      <w:r>
        <w:rPr>
          <w:rFonts w:ascii="Times New Roman" w:hAnsi="Times New Roman" w:eastAsia="Times New Roman" w:cs="Times New Roman"/>
        </w:rPr>
        <w:t>Kun Kristus ”avasi” ”oven” ja ”astui huoneeseen”, huone oli ”Hänen huoneensa”, sillä Hän puhdistaa perin pohjin ”Hänen puimatantereensa”. Jos puimatanteretta on Hänen, huone on Hänen huoneensa.</w:t>
      </w:r>
    </w:p>
    <w:p>
      <w:pPr>
        <w:pStyle w:val="ArticleScripture"/>
        <w:jc w:val="left"/>
      </w:pPr>
      <w:r>
        <w:rPr>
          <w:rFonts w:ascii="Times New Roman" w:hAnsi="Times New Roman" w:eastAsia="Times New Roman" w:cs="Times New Roman"/>
        </w:rPr>
        <w:t>“Kapernaumissa Jeesus asui matkojensa väliaikoina sinne ja tänne kulkiessaan, ja sitä alettiin kutsua ‘hänen omaksi kaupungikseen’. Se sijaitsi Galileanmeren rannalla ja lähellä Gennesaretin kauniin tasangon rajoja, ellei suorastaan sen päällä.” Alfa ja omega, s. 252.</w:t>
      </w:r>
    </w:p>
    <w:p>
      <w:pPr>
        <w:pStyle w:val="ArticleBody"/>
        <w:jc w:val="left"/>
      </w:pPr>
      <w:r>
        <w:rPr>
          <w:rFonts w:ascii="Times New Roman" w:hAnsi="Times New Roman" w:eastAsia="Times New Roman" w:cs="Times New Roman"/>
        </w:rPr>
        <w:t>Hän astuu huoneeseensa kootakseen vehnänsä sekä kootakseen ja polttaakseen lusteet. Galilean, Jordanin, Bethabaran, kasteen sekä siirtymän Johanneksesta Jeesukseen edustama armotalouskauden muutos vastaa siirtymää Laodikean taistelevasta seurakunnasta Filadelfian voittavaan seurakuntaan. Hän astui huoneeseensa heinäkuussa 2023. Miller oli sulkenut silmänsä 18. heinäkuuta 2020 vallinneessa hyörinässä, ja kun hän avasi silmänsä, huone oli ihmisistä tyhjä; totuus oli haudattuna erehdyksen alle, ja sitten pölyharjamies avasi ikkunat ja alkoi lakaista roskat ulos.</w:t>
      </w:r>
    </w:p>
    <w:p>
      <w:pPr>
        <w:pStyle w:val="ArticleScripture"/>
        <w:jc w:val="left"/>
      </w:pPr>
      <w:r>
        <w:rPr>
          <w:rFonts w:ascii="Times New Roman" w:hAnsi="Times New Roman" w:eastAsia="Times New Roman" w:cs="Times New Roman"/>
        </w:rPr>
        <w:t>”Hänen viskensä on Hänen kädessään, ja Hän puhdistaa tarkoin puimatantereensa ja kokoaa nisunsa aittaan.” Matteus 3:12. Tämä oli yksi puhdistamisen ajoista. Totuuden sanojen kautta akanat erotettiin nisusta. Koska monet olivat liian turhamaisia ja omavanhurskaita ottaakseen vastaan nuhteen, liian maailmaa rakastavia hyväksyäkseen nöyryyden elämän, he kääntyivät pois Jeesuksesta. Monet tekevät yhä samoin. Sieluja koetellaan tänään samoin kuin noita opetuslapsia Kapernaumin synagogassa. Kun totuus saatetaan sydämeen, he näkevät, ettei heidän elämänsä ole sopusoinnussa Jumalan tahdon kanssa. He näkevät tarvitsevansa itsessään täydellisen muutoksen; mutta he eivät ole halukkaita ryhtymään tuohon itsensä kieltävään työhön. Sen tähden he vihastuvat, kun heidän syntinsä paljastetaan. He menevät pois loukkaantuneina, niin kuin opetuslapset jättivät Jeesuksen mutisten: ”Tämä puhe on kova; kuka voi sitä kuulla?” Alfa ja omega, 392.</w:t>
      </w:r>
    </w:p>
    <w:p>
      <w:pPr>
        <w:pStyle w:val="ArticleBody"/>
        <w:jc w:val="left"/>
      </w:pPr>
      <w:r>
        <w:rPr>
          <w:rFonts w:ascii="Times New Roman" w:hAnsi="Times New Roman" w:eastAsia="Times New Roman" w:cs="Times New Roman"/>
        </w:rPr>
        <w:t>Vuoden 2023 viimeisenä päivänä, joka koskettaa vuoden 2024 ensimmäistä päivää, Juudan heimon Leijona alkoi vähitellen avata sinettejä, jotka peittivät ilmoituksen Hänestä itsestään. Danielin kahdennentoista luvun sinettien avaamisen kolmivaiheisen koetusprosessin mukaisesti olisi silloin kolme koetusta, joita ilmaistaan sanoilla ”puhdistetaan, valkaistaan ja koetellaan”.</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eikä yksikään jumalattomista ymmärrä; mutta ymmärtäväiset ymmärtävät. Daniel 12:9, 10.</w:t>
      </w:r>
    </w:p>
    <w:p>
      <w:pPr>
        <w:pStyle w:val="ArticleBody"/>
        <w:jc w:val="left"/>
      </w:pPr>
      <w:r>
        <w:rPr>
          <w:rFonts w:ascii="Times New Roman" w:hAnsi="Times New Roman" w:eastAsia="Times New Roman" w:cs="Times New Roman"/>
        </w:rPr>
        <w:t>Ensimmäinen enkeli edustaa puhdistusta, sillä synnistä vakuuttunut syntinen panee syntinsä esipihalla olevan uhrin päälle, missä hänet vanhurskautetaan veren kautta.</w:t>
      </w:r>
    </w:p>
    <w:p>
      <w:pPr>
        <w:pStyle w:val="ArticleBody"/>
        <w:jc w:val="left"/>
      </w:pPr>
      <w:r>
        <w:rPr>
          <w:rFonts w:ascii="Times New Roman" w:hAnsi="Times New Roman" w:eastAsia="Times New Roman" w:cs="Times New Roman"/>
        </w:rPr>
        <w:t>Sitten veri viedään pyhäkköön, missä pyhyyden pyhitysprosessia kuvataan valkaistuksi esipihalta tulevan veren pesun kautta. Siellä vanhurskaus ilmenee niissä, jotka voittavat veren ja todistuksensa sanan kautta.</w:t>
      </w:r>
    </w:p>
    <w:p>
      <w:pPr>
        <w:pStyle w:val="ArticleBody"/>
        <w:jc w:val="left"/>
      </w:pPr>
      <w:r>
        <w:rPr>
          <w:rFonts w:ascii="Times New Roman" w:hAnsi="Times New Roman" w:eastAsia="Times New Roman" w:cs="Times New Roman"/>
        </w:rPr>
        <w:t>Sitten heidät koetellaan, ja viimeisinä päivinä heidän havaitaan olevan kymmenen kertaa parempia kuin kaikki muut Babylonin viisaat. Kolmas koetus on se, jossa heidät kirkastetaan kaikkeinpyhimmässä ja erotetaan toisesta luokasta, joka koostuu niistä, jotka tunnustautuvat viisaiksi. Tuo kolmas koetus on sunnuntailaki, ja ensimmäinen koetus on ensimmäisen enkelin kutsu palata perustuksiin, sillä seuraavassa vaiheessa temppeli pystytetään. Tuo seuraava vaihe on toisen enkelin erotussanoma, jota seuraa kolmannen enkelin ratkaiseva koetus.</w:t>
      </w:r>
    </w:p>
    <w:p>
      <w:pPr>
        <w:pStyle w:val="ArticleBody"/>
        <w:jc w:val="left"/>
      </w:pPr>
      <w:r>
        <w:rPr>
          <w:rFonts w:ascii="Times New Roman" w:hAnsi="Times New Roman" w:eastAsia="Times New Roman" w:cs="Times New Roman"/>
        </w:rPr>
        <w:t>Vuonna 2023 ensimmäinen enkeli saapui, niin kuin hän oli tehnyt 11. elokuuta 1840, jolloin hän laskeutui alas toisen vitsauksen islamia koskevan sanoman kanssa. Hän laskeutui alas niin kuin hän oli tehnyt 9/11:nä, mukanaan kolmannen vitsauksen islamia koskeva sanoma ja kutsu palata vanhoille poluille. Milleriläisen historian perustukset pystytettiin, kun toisen vitsauksen sanoma täyttyi 11. elokuuta 1840. Ilmestyskirjan kymmenennen luvun enkeli laskeutui tuolloin; tämä puolestaan esikuvasi Ilmestyskirjan kahdeksannentoista luvun enkelin laskeutumista ja kolmannen vitsauksen saapumista.</w:t>
      </w:r>
    </w:p>
    <w:p>
      <w:pPr>
        <w:pStyle w:val="ArticleBody"/>
        <w:jc w:val="left"/>
      </w:pPr>
      <w:r>
        <w:rPr>
          <w:rFonts w:ascii="Times New Roman" w:hAnsi="Times New Roman" w:eastAsia="Times New Roman" w:cs="Times New Roman"/>
        </w:rPr>
        <w:t>Josiah Litch on se historiallinen henkilö, joka liittyy 11. elokuuta 1840 perustettuihin perustuksiin. Nimi ”Josiah” merkitsee ”Jumalan perustusta”, ja kuningas Joosia pyhässä historiassa edustaa Joosian uskonpuhdistusta, johon sisältyi Mooseksen kirjan kirouksen löytäminen, sen oltua haudattuna pyhäkössä olevan rojun sekaan, aivan kuten Millerin jalokivet olivat haudattuina huoneeseen.</w:t>
      </w:r>
    </w:p>
    <w:p>
      <w:pPr>
        <w:pStyle w:val="ArticleBody"/>
        <w:jc w:val="left"/>
      </w:pPr>
      <w:r>
        <w:rPr>
          <w:rFonts w:ascii="Times New Roman" w:hAnsi="Times New Roman" w:eastAsia="Times New Roman" w:cs="Times New Roman"/>
        </w:rPr>
        <w:t>Kuningas Joosia kuoli Megiddossa, joka on Ilmestyskirjan kuudennentoista luvun Harmagedon. Joosian uskonpuhdistus oli sen profetian täyttymys, jonka tottelematon profeetta esitti, kun Jerobeam pystytti ne kaksi alttaria Beeteliin ja Daaniin. Tuo tottelematon profeetta kuoli aasin ja leijonan välissä. Kuningas Joosia oli ennustettu nimeltä, ja hänen uskonpuhdistuksensa oli osa tuota ennustusta, johon sisältyi, että tuleva kuningas Joosia kukistaisi juuri sen alttarin, jonka äärellä tottelematon profeetta kohtasi jumalattoman kuninkaan Jerobeamin.</w:t>
      </w:r>
    </w:p>
    <w:p>
      <w:pPr>
        <w:pStyle w:val="ArticleBody"/>
        <w:jc w:val="left"/>
      </w:pPr>
      <w:r>
        <w:rPr>
          <w:rFonts w:ascii="Times New Roman" w:hAnsi="Times New Roman" w:eastAsia="Times New Roman" w:cs="Times New Roman"/>
        </w:rPr>
        <w:t>Josia merkitsee Jumalan perustusta, ja kuningas Josia täytti ennustuksen, joka oli annettu noin 340 vuotta ennen hänen hallituskauttaan. Hän johti herätyksen ja uskonpuhdistuksen, joka lopulta saapui sille alttarille, jossa Juudasta tullut profeetta oli kohdannut kuningas Jerobeamin. Siellä Josia murskasi alttarin, niin kuin ennustus oli sanonut hänen tekevän. Nuo kaksi Jerobeamin alttaria olivat tarkoituksellisia Jerusalemin temppelin väärennöksiä aina siihen saakka, että Jerobeam sääti väärennetyt juhlapäivät. Näin tehdessään hän yksinkertaisesti teki sen, mitä Aaron teki kultaisen vasikan kanssa. Aaronin kapina oli muinaisen Israelin pyhän historian perustassa. Se tapahtui silloin, kun Mooses oli vastaanottamassa lakia, joka on Jumalan hallituksen perustus.</w:t>
      </w:r>
    </w:p>
    <w:p>
      <w:pPr>
        <w:pStyle w:val="ArticleBody"/>
        <w:jc w:val="left"/>
      </w:pPr>
      <w:r>
        <w:rPr>
          <w:rFonts w:ascii="Times New Roman" w:hAnsi="Times New Roman" w:eastAsia="Times New Roman" w:cs="Times New Roman"/>
        </w:rPr>
        <w:t>Aaronin kapina oli perustavanlaatuinen kapina, ja se toistui, kun Jerobeam perusti kymmenen pohjoista sukukuntaa Israeliksi. Mooses nuhteli Aaronia, ja Mooses on alfa eli perustus suhteessa Kristukseen, oomegaan. Aaron ja Mooses edustavat kahta ryhmää perustavanlaatuisessa kapinassa, ja kolmas ryhmä ovat sankarit, jotka asettuivat Mooseksen rinnalle — leeviläiset. Kuningas Jerobeam ja Juudasta tullut profeetta ovat ne kaksi ryhmää pohjoisen valtakunnan perustavanlaatuisessa kapinassa, ja jälleen leeviläiset ovat sankarit.</w:t>
      </w:r>
    </w:p>
    <w:p>
      <w:pPr>
        <w:pStyle w:val="ArticleBody"/>
        <w:jc w:val="left"/>
      </w:pPr>
      <w:r>
        <w:rPr>
          <w:rFonts w:ascii="Times New Roman" w:hAnsi="Times New Roman" w:eastAsia="Times New Roman" w:cs="Times New Roman"/>
        </w:rPr>
        <w:t>Jerobeamin perustavanlaatuisen kapinan yhteydessä Juudasta tullut profeetta nuhtelee häntä ja ennustaa kuninkaasta, jonka nimeksi tulisi ”Jumalan perustus” — Joosia. Ennustetun uskonpuhdistuksen täyttymykseen sisältyi se, että kun Joosia aloitti herätyksensä ja uskonpuhdistuksensa, Mooseksen kirouksen sanat löydettiin, ja Mooseksen pyhien sanojen lukeminen vahvisti jo alkaneen herätyksen ja uskonpuhdistuksen. Joosia, selvästi profeetallinen vertauskuva, edustaa herätystä ja uskonpuhdistusta, joka saa voimansa, kun Mooseksen kirjoituksista löydetään profetia.</w:t>
      </w:r>
    </w:p>
    <w:p>
      <w:pPr>
        <w:pStyle w:val="ArticleBody"/>
        <w:jc w:val="left"/>
      </w:pPr>
      <w:r>
        <w:rPr>
          <w:rFonts w:ascii="Times New Roman" w:hAnsi="Times New Roman" w:eastAsia="Times New Roman" w:cs="Times New Roman"/>
        </w:rPr>
        <w:t>Perustavanlaatuinen kapina kuningas Jerobeamin kertomuksessa tulee edustetuksi Israelin kuninkaassa sekä myös siinä Juudasta tulleessa profeetassa, joka lähetettiin jumalallisen julistuksen kanssa Jerobeamin perustavanlaatuista kapinaa vastaan sekä sellaisten ohjeiden kanssa, joissa profeetalle osoitettiin, mitä tietä hänen tuli välttää palatessaan Juudaan. Juudasta tullut profeetta torjuu Jerobeamin pyynnön jäädä, mutta hyväksyy sen jälkeen Beetelin valehtelevan profeetan kutsun ja sinetöi kohtalonsa. Tottelematon profeetta kuolisi aasin ja leijonan välissä, ja sitten hänet haudattaisiin valehtelevan profeetan hautaan.</w:t>
      </w:r>
    </w:p>
    <w:p>
      <w:pPr>
        <w:pStyle w:val="ArticleBody"/>
        <w:jc w:val="left"/>
      </w:pPr>
      <w:r>
        <w:rPr>
          <w:rFonts w:ascii="Times New Roman" w:hAnsi="Times New Roman" w:eastAsia="Times New Roman" w:cs="Times New Roman"/>
        </w:rPr>
        <w:t>11. elokuuta 1840 toisen vaivan profetia täyttyi, ja adventismin perustukset laskettiin. Josiah Litch esitti profetian vuonna 1838, ja sitten kymmenen päivää ennen 11. elokuuta 1840 hän tarkensi laskelmiaan ja ennusti 11. elokuuta 1840 päiväksi, jona ottomaanien yliherruus päättyisi, islamia koskevan toisen vaivan profetian täyttymyksenä.</w:t>
      </w:r>
    </w:p>
    <w:p>
      <w:pPr>
        <w:pStyle w:val="ArticleBody"/>
        <w:jc w:val="left"/>
      </w:pPr>
      <w:r>
        <w:rPr>
          <w:rFonts w:ascii="Times New Roman" w:hAnsi="Times New Roman" w:eastAsia="Times New Roman" w:cs="Times New Roman"/>
        </w:rPr>
        <w:t>Kuningas Joosia on viimeisen herätyksen ja uskonpuhdistuksen vertauskuva, sillä jokainen profeetta puhuu viimeisistä päivistä suoremmin kuin mistään aikaisemmista päivistä. Kuningas Joosia on viimeisen herätyksen ja uskonpuhdistuksen vertauskuva, ja tuo uskonpuhdistus on esitetty Raamatussa ennustuksen kautta. Joelin kirja yksilöi viimeisen herätyksen ja uskonpuhdistuksen, joka tapahtuu niiden keskuudessa, joista tulee ne sataneljäkymmentäneljätuhatta. Joosian herätys tapahtui kahdessa vaiheessa: se alkoi, ja sitten eräs profetia avattiin, mikä antoi työlle lisää vauhtia. Nuo kaksi vaihetta ovat varhais- ja myöhäissade, niin kuin ne esitetään Joelin kirjassa ja täyttyvät Apostolien teoissa ja sitten täyttyvät jälleen milleriittien historiassa.</w:t>
      </w:r>
    </w:p>
    <w:p>
      <w:pPr>
        <w:pStyle w:val="ArticleBody"/>
        <w:jc w:val="left"/>
      </w:pPr>
      <w:r>
        <w:rPr>
          <w:rFonts w:ascii="Times New Roman" w:hAnsi="Times New Roman" w:eastAsia="Times New Roman" w:cs="Times New Roman"/>
        </w:rPr>
        <w:t>Aaronin, kuningas Jerobeamin ja Juudasta tulleen profeetan kohdalla aina kuningas Josiaan saakka, ja sitten edelleen Josiah Litchiin, hän tunnistaa todistuksen linjan, joka koskee perustavaa koetusta. Perustava koetus on ensimmäinen koetus, jota seuraa temppelikoetus, kun huippukivi asetetaan paikoilleen. Sen jälkeen tulee kolmas koetus, ratkaiseva koetus.</w:t>
      </w:r>
    </w:p>
    <w:p>
      <w:pPr>
        <w:pStyle w:val="ArticleBody"/>
        <w:jc w:val="left"/>
      </w:pPr>
      <w:r>
        <w:rPr>
          <w:rFonts w:ascii="Times New Roman" w:hAnsi="Times New Roman" w:eastAsia="Times New Roman" w:cs="Times New Roman"/>
        </w:rPr>
        <w:t>Kultaisesta vasikasta Jerobeamin alttareihin Beetelissä ja Daanissa, kuningas Joosiaan kautta Josiah Litchiin, ulottuu sarja profeetallisia askelia, jotka johtavat 9/11:n perustavaan koetukseen. Kun New Yorkin suuret rakennukset sortuivat 9/11:ssä, kolmannen voi-huudon profetia osoitti koetuksen, joka kutsui palaamaan vanhoille perustaville poluille, sillä 11. elokuuta 1840:n ja 9/11:n rinnakkaisuus oli nähtävissä jokaiselle laodikealaiselle seitsemännen päivän adventistille, joka halusi nähdä. Al-Qaidan osallisuus 9/11:een asetetaan nykyään usein kyseenalaiseksi salaliittoteorioiden päivinä, jotka yleisesti ottaen ovat tosia, mutta Al-Qaida merkitsee ”perustusta”, ja he aloittivat järjestönä vuotta ennen lopun aikaa vuonna 1989, itse asiassa 11. elokuuta 1988.</w:t>
      </w:r>
    </w:p>
    <w:p>
      <w:pPr>
        <w:pStyle w:val="ArticleBody"/>
        <w:jc w:val="left"/>
      </w:pPr>
      <w:r>
        <w:rPr>
          <w:rFonts w:ascii="Times New Roman" w:hAnsi="Times New Roman" w:eastAsia="Times New Roman" w:cs="Times New Roman"/>
        </w:rPr>
        <w:t>Ellei näitä perustusten profeetallista symboliikkaa koskevia yksityiskohtia huomata, paljon menetetään. Syyskuun 11. päivän tapahtumissa perustukset laskettiin ensimmäisessä vaiheessa. Toisessa vaiheessa temppeli valmistuu, kun kulmakivi asetetaan paikalleen. Kolmas vaihe on sunnuntailain suljettu ovi. Syyskuun 11. päivästä sunnuntailakiin asti sanoma on ensisijaisesti suunnattu Laodikean seitsemännen päivän adventisteille, sillä tuomio alkaa Jumalan huoneesta, ja se päättyy Jumalan huoneen osalta sunnuntailakiin. Siinä ja silloin Laodikean seitsemännen päivän adventismi sivuutetaan, niin kuin protestantit sivuutettiin milleriläisessä historiassa ja juutalaiset Kristuksen historiassa, ja niin kuin ne sivuutettiin, jotka kuolivat yli neljänkymmenen vuoden aikana Mooseksen historiassa.</w:t>
      </w:r>
    </w:p>
    <w:p>
      <w:pPr>
        <w:pStyle w:val="ArticleBody"/>
        <w:jc w:val="left"/>
      </w:pPr>
      <w:r>
        <w:rPr>
          <w:rFonts w:ascii="Times New Roman" w:hAnsi="Times New Roman" w:eastAsia="Times New Roman" w:cs="Times New Roman"/>
        </w:rPr>
        <w:t>Syyskuun 11. päivän kolmas voi ennakokuvattiin elokuun 11. päivän 1840 toisessa voissa, ja sillä tasolla molempia tienviittoja edustaa aasi, joka on islamin ensimmäinen symboli Raamatun profetiassa. Sunnuntailaki on pedon merkki, ja tätä petoa kuvataan usein leijonana, jolloin se toimii Juudan sukukunnan Leijonan väärennöksenä. Sunnuntailaki on leijona, ja tottelematon profeetta Juudasta kuoli aasin ja leijonan välissä, ja hänet haudattiin samaan hautaan Betelin valheellisen profeetan kanssa. Hän kuoli profeetallisena ajanjaksona syyskuun 11. päivästä sunnuntailakiin asti, joka on profeetallinen ajanjakso aasista leijonaan. Tuo koetuksen ajanjakso on Betelin valheellisen profeetan hauta, johon tämä haudatti Juudasta tulleen tottelemattoman profeetan omaan hautaansa.</w:t>
      </w:r>
    </w:p>
    <w:p>
      <w:pPr>
        <w:pStyle w:val="ArticleBody"/>
        <w:jc w:val="left"/>
      </w:pPr>
      <w:r>
        <w:rPr>
          <w:rFonts w:ascii="Times New Roman" w:hAnsi="Times New Roman" w:eastAsia="Times New Roman" w:cs="Times New Roman"/>
        </w:rPr>
        <w:t>Jerobeamin valtakunta, joka esitetään Juudan valtakunnan väärennöksenä, jossa Jerusalem ja temppeli sijaitsevat, kuvasi milleriittisen historian protestantteja, jotka eivät enää olleet Jumalan kansaa. He menettivät liittomääritelmänsä 11. elokuuta 1840:n ja 22. lokakuuta 1844:n suljetun oven välillä. Tuo historia vastaa ajanjaksoa 9/11:stä sunnuntailakiin, ja tästä syystä Juudan tottelematon profeetta haudataan samaan hautaan kuin luopiot protestantit, joita edusti Beetelin valehteleva profeetta.</w:t>
      </w:r>
    </w:p>
    <w:p>
      <w:pPr>
        <w:pStyle w:val="ArticleBody"/>
        <w:jc w:val="left"/>
      </w:pPr>
      <w:r>
        <w:rPr>
          <w:rFonts w:ascii="Times New Roman" w:hAnsi="Times New Roman" w:eastAsia="Times New Roman" w:cs="Times New Roman"/>
        </w:rPr>
        <w:t>Kaiken kaikkiaan kuningas Josia oli hyvä kuningas, mutta hän kuoli Megiddossa, mikä on ilmeinen ja suora viittaus Harmagedoniin. Hän eksyi tieltään kieltäytymällä ottamasta vastaan Nekon varoitussanomaa. Neko, Egyptin kuningas ja siten etelän kuningas, oli matkalla käydäkseen taisteluun Babylonia, pohjoisen kuningasta, vastaan. Josia edustaa niitä juutalaisia, jotka kuolevat Harmagedonissa, koska he hylkäsivät Danielin 11:40–45:n varoitussanoman etelän kuninkaan ja pohjoisen kuninkaan taistelusta. Tuo sanoma tuli perustukseksi 11. syyskuuta tapahtumissa.</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p>
    <w:p>
      <w:pPr>
        <w:pStyle w:val="ArticleBody"/>
        <w:jc w:val="left"/>
      </w:pP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Ensimmäinen koe on perustuksia koskeva koe, ja vuonna 2024 suunnilleen puolet sapatin Zoom-kokouksiin osallistuneista lähti pois sen ainoan opillisen väitteen tähden, joka on esitetty vuoden 1843 taulussa. Tämä väite koski sitä symbolia, joka vahvistaa Jumalan kansan näyn viimeisinä päivinä. Milleriläisten kiistassa protestantit väittivät, että Antiokhos Epifanes tai islam oli se valta, joka korottaa itsensä ja kukistuu vahvistaakseen näyn Daniel 11:n jakeessa neljätoista.</w:t>
      </w:r>
    </w:p>
    <w:p>
      <w:pPr>
        <w:pStyle w:val="ArticleScripture"/>
        <w:jc w:val="left"/>
      </w:pPr>
      <w:r>
        <w:rPr>
          <w:rFonts w:ascii="Times New Roman" w:hAnsi="Times New Roman" w:eastAsia="Times New Roman" w:cs="Times New Roman"/>
        </w:rPr>
        <w:t>Ja niinä aikoina monet nousevat etelän kuningasta vastaan; myös sinun kansasi väkivaltaiset miehet korottavat itsensä vahvistaakseen näyn, mutta he lankeavat. Daniel 11:14.</w:t>
      </w:r>
    </w:p>
    <w:p>
      <w:pPr>
        <w:pStyle w:val="ArticleBody"/>
        <w:jc w:val="left"/>
      </w:pPr>
      <w:r>
        <w:rPr>
          <w:rFonts w:ascii="Times New Roman" w:hAnsi="Times New Roman" w:eastAsia="Times New Roman" w:cs="Times New Roman"/>
        </w:rPr>
        <w:t>Oliko islam tai Antiochos Epifanes kansasi ryöstäjät, vai oliko se Rooma, kuten Miller tunnisti. Miller oli ymmärtänyt, että pakanallisuuden ja paavillisuuden hävittävät vallat olivat kumpikin se valta, joka korotti itsensä, joka kukistui ja joka oli Jumalan kansan ryöstäjä. Tämä perustelu on esitetty siinä kartassa, joka oli ”Jumalan käden ohjaama, eikä sitä tule muuttaa”, ja se on ainoa esitys kummallakaan Habakukin tauluista, joka yksilöi tapahtuman, jolla ei ollut suoraa viittausta profeetallisessa Sanassa. Viittaus kartassa oli tarkoitettu korostamaan tuota perustavaa argumenttia Jumalan profeetallisen Sanan erottavan voiman vertauskuvana.</w:t>
      </w:r>
    </w:p>
    <w:p>
      <w:pPr>
        <w:pStyle w:val="ArticleBody"/>
        <w:jc w:val="left"/>
      </w:pPr>
      <w:r>
        <w:rPr>
          <w:rFonts w:ascii="Times New Roman" w:hAnsi="Times New Roman" w:eastAsia="Times New Roman" w:cs="Times New Roman"/>
        </w:rPr>
        <w:t>Vuonna 2024 noin puolet Zoom-ryhmästä lähti pois sen virheellisen käsityksen vuoksi, että näyn vahvistaa Yhdysvallat eikä Rooma, kuten milleriläiset niin osuvasti puolustivat.</w:t>
      </w:r>
    </w:p>
    <w:p>
      <w:pPr>
        <w:pStyle w:val="ArticleBody"/>
        <w:jc w:val="left"/>
      </w:pPr>
      <w:r>
        <w:rPr>
          <w:rFonts w:ascii="Times New Roman" w:hAnsi="Times New Roman" w:eastAsia="Times New Roman" w:cs="Times New Roman"/>
        </w:rPr>
        <w:t>Vuonna 2023 alkanut puhdistus alkoi, kun Kristus astui huoneeseen viskimensä kanssa, ja viskin on Hänen totuuden sanansa. Kun Hän astui huoneeseensa, se oli tyhjä ihmisistä, niinpä Hän nosti erämaahan äänen valmistamaan Herran tietä. Äänen tuli valmistaa tie, jotta liiton enkeli tulisi äkisti temppeliinsä; siihen sadan neljänkymmenenneljän tuhannen temppeliin.</w:t>
      </w:r>
    </w:p>
    <w:p>
      <w:pPr>
        <w:pStyle w:val="ArticleBody"/>
        <w:jc w:val="left"/>
      </w:pPr>
      <w:r>
        <w:rPr>
          <w:rFonts w:ascii="Times New Roman" w:hAnsi="Times New Roman" w:eastAsia="Times New Roman" w:cs="Times New Roman"/>
        </w:rPr>
        <w:t>Sitten vuonna 2024 tulee ensimmäinen koetus, perustusten koetus, koetus siitä, kuka vahvistaa näyn — sen näyn, joka sinetöi jäännöksen. Sisäinen näky, joka sinetöi jäännöksen, on Kristuksen näky kymmenennessä luvussa, ja ulkoinen näky on se näky, jonka antikristus vahvistaa, ja antikristus on Rooma. Sisäinen näky Kristuksesta ja ulkoinen näky antikristuksesta. Sinetöiminen on totuuteen juurtumista sekä hengellisesti että älyllisesti; ja kymmenennen luvun sisäinen näky on hengellinen, ja yhdennentoista luvun ulkoinen näky on älyllinen. Molempien näkyjen ymmärtäminen ja niitä vastaava kokemus on vaadittu edellytys jokaiselle, joka aikoo tulla sinetöidyksi, niin kuin Daniel edusti Danielin kirjan kymmenennen luvun ensimmäisessä jakeessa.</w:t>
      </w:r>
    </w:p>
    <w:p>
      <w:pPr>
        <w:pStyle w:val="ArticleScripture"/>
        <w:jc w:val="left"/>
      </w:pPr>
      <w:r>
        <w:rPr>
          <w:rFonts w:ascii="Times New Roman" w:hAnsi="Times New Roman" w:eastAsia="Times New Roman" w:cs="Times New Roman"/>
        </w:rPr>
        <w:t>Persian kuninkaan Kyyroksen kolmantena vuonna Danielille, jonka nimeksi oli kutsuttu Beltesassar, ilmoitettiin eräs asia; ja asia oli tosi, mutta määrätty aika oli pitkä; ja hän ymmärsi asian ja sai näyssä ymmärryksen. Daniel 10:1.</w:t>
      </w:r>
    </w:p>
    <w:p>
      <w:pPr>
        <w:pStyle w:val="ArticleBody"/>
        <w:jc w:val="left"/>
      </w:pPr>
      <w:r>
        <w:rPr>
          <w:rFonts w:ascii="Times New Roman" w:hAnsi="Times New Roman" w:eastAsia="Times New Roman" w:cs="Times New Roman"/>
        </w:rPr>
        <w:t>Perustusten alfatesti koski Daniel 11:n jaetta 14, ja se oli rinnakkainen Millerin liikkeen saman perustavan testin kanssa, ja tuo testi oli ainoa kiistakysymys Millerin liikkeen historiasta, joka on esitetty siinä taulussa, jonka Habakukin vartija käskettiin kirjoittaa ja tehdä selväksi. Vuoden 2024 perustava testi oli ensimmäisen enkelin laskeutuminen, sellaisena kuin sitä edustavat 11. elokuuta 1840, 1888 ja 9/11.</w:t>
      </w:r>
    </w:p>
    <w:p>
      <w:pPr>
        <w:pStyle w:val="ArticleBody"/>
        <w:jc w:val="left"/>
      </w:pPr>
      <w:r>
        <w:rPr>
          <w:rFonts w:ascii="Times New Roman" w:hAnsi="Times New Roman" w:eastAsia="Times New Roman" w:cs="Times New Roman"/>
        </w:rPr>
        <w:t>Tuo enkeli oli myös laskeutunut Mikaelina, sillä Mikael on se, joka herätti Mooseksen kuolleista, ja Mooses yhdessä Elian kanssa herätettiin kuolleista vuoden 2023 viimeisenä päivänä. Tätä ylösnousemusta Hesekiel kuvaa neljän tuulen profetian kautta toteutuvaksi, ja sisar White kutsuu sitä vihastuneeksi pidätellyksi hevoseksi, joka on 11. elokuuta 1840 ja 11. syyskuuta ilmennyt islam. Alfa-koe oli perustava, ulkoiseen näkyyn liittyvä koetus. Omega-koe olisi sisäinen, huipentava näky.</w:t>
      </w:r>
    </w:p>
    <w:p>
      <w:pPr>
        <w:pStyle w:val="ArticleBody"/>
        <w:jc w:val="left"/>
      </w:pPr>
      <w:r>
        <w:rPr>
          <w:rFonts w:ascii="Times New Roman" w:hAnsi="Times New Roman" w:eastAsia="Times New Roman" w:cs="Times New Roman"/>
        </w:rPr>
        <w:t>Miksi olisi olemassa alfa ja omega, joita seuraisi kolmas koetus? Juuri tämän kysymyksen minä tuon esiin. Vuoden 2024 ulkoisen koettelun alfa-näky on ensimmäinen kolmesta koetuksesta. Tuo perustava koetus on läpäistävä, jotta voisi olla osallinen huipentavan omega-koetuksen yhteydessä. Nuo kaksi koetusta ovat profeetalliselta luonteeltaan erilaisia kuin kolmas koetus. Kolmas koetus on koetinkivi, joka osoittaa, onko ehdokas todella läpäissyt kaksi edellistä vaihetta.</w:t>
      </w:r>
    </w:p>
    <w:p>
      <w:pPr>
        <w:pStyle w:val="ArticleBody"/>
        <w:jc w:val="left"/>
      </w:pPr>
      <w:r>
        <w:rPr>
          <w:rFonts w:ascii="Times New Roman" w:hAnsi="Times New Roman" w:eastAsia="Times New Roman" w:cs="Times New Roman"/>
        </w:rPr>
        <w:t>Ensimmäinen koe on perustus, ja toinen koe on valmiiksi saatettu temppeli. Temppelin perustus laskettiin ensimmäisen Babylonista lähtemistä koskevan asetuksen historian aikana. Toisen asetuksen historiassa temppeli valmistui. Kolmas asetus oli toisenlainen, sillä siinä Juudan kansallinen suvereniteetti palautettiin, antaen heille vallan saattaa syytteeseen siviili- ja uskonnollisia rikoksia. Tuomio palautetaan kolmannen asetuksen yhteydessä. Vuonna 2024 perustava alfa-koe erotti ne, jotka olivat likaharjamiehen käytännöllisesti katsoen tyhjässä huoneessa.</w:t>
      </w:r>
    </w:p>
    <w:p>
      <w:pPr>
        <w:pStyle w:val="ArticleBody"/>
        <w:jc w:val="left"/>
      </w:pPr>
      <w:r>
        <w:rPr>
          <w:rFonts w:ascii="Times New Roman" w:hAnsi="Times New Roman" w:eastAsia="Times New Roman" w:cs="Times New Roman"/>
        </w:rPr>
        <w:t>Omegan koetus on se, jossa temppeli valmistuu, mitä kuvataan lakikiven asettamisella paikoilleen. Temppelin valmistuminen on voittava seurakunta, joka perustetaan silloin, kun luste poistetaan. Temppelin valmistuminen Millerin unessa tapahtui silloin, kun jalokivet heitettiin takaisin suurempaan lipastoon ”ilman mitään näkyvää vaivaa sen miehen puolelta, joka heitti ne sisään”. Kun Miller on tunnistanut likaharjamiehen jalokivien heittäjäksi suurempaan lipastoon, hän päättää todistuksensa sanoihin: ”Minä huusin pelkästä ilosta, ja tuo huuto herätti minut.”</w:t>
      </w:r>
    </w:p>
    <w:p>
      <w:pPr>
        <w:pStyle w:val="ArticleBody"/>
        <w:jc w:val="left"/>
      </w:pPr>
      <w:r>
        <w:rPr>
          <w:rFonts w:ascii="Times New Roman" w:hAnsi="Times New Roman" w:eastAsia="Times New Roman" w:cs="Times New Roman"/>
        </w:rPr>
        <w:t>Huomaa, että Millerin herättävä suuri huuto sai voimansa ”ilosta”. Ilo on niiden Joelin kirjan ihmisten vertauskuva, joilla on ”uusi viini”, ja ”häpeä” on kohdannut niitä muita viininjuojia, jotka on erotettu uudesta viinistä. Millerin herättävä Keskiyön huuto seuraa sen jälkeen, kun likaharjamies heittää jalokivet suurempaan arkkuun. Suurempi arkku on täynnä jalokiviä, jotka on erotettu roskasta ja heitetty arkkuun, joka on sekä sadan neljänkymmenenneljän tuhannen temppeli että Keskiyön huudon sanoma. Temppeli valmistuu toisessa säädöksessä eli toisessa enkelissä eli toisessa ja omega-koetuksessa. Millerin unessa omega-koetus esitetään siinä, kun taivaan ikkunat avataan.</w:t>
      </w:r>
    </w:p>
    <w:p>
      <w:pPr>
        <w:pStyle w:val="ArticleScripture"/>
        <w:jc w:val="left"/>
      </w:pPr>
      <w:r>
        <w:rPr>
          <w:rFonts w:ascii="Times New Roman" w:hAnsi="Times New Roman" w:eastAsia="Times New Roman" w:cs="Times New Roman"/>
        </w:rPr>
        <w:t>Ja minä kuulin ikään kuin suuren kansanjoukon äänen ja ikään kuin paljojen vetten äänen ja ikään kuin väkevien ukkosenjylinöiden äänen sanovan: Halleluja! Sillä Herra Jumala, Kaikkivaltias, hallitsee. Iloitkaamme ja riemuitkaamme ja antakaamme kunnia hänelle, sillä Karitsan häät ovat tulleet, ja hänen vaimonsa on valmistanut itsensä. Ja hänen annettiin pukeutua hohtavan puhtaaseen pellavavaatteeseen; sillä pellavavaate on pyhien vanhurskaus. Ja hän sanoi minulle: Kirjoita: Autuaat ne, jotka ovat kutsutut Karitsan hääaterialle. Ja hän sanoi minulle: Nämä ovat Jumalan totiset sanat. Ilmestys 19:6–9.</w:t>
      </w:r>
    </w:p>
    <w:p>
      <w:pPr>
        <w:pStyle w:val="ArticleBody"/>
        <w:jc w:val="left"/>
      </w:pPr>
      <w:r>
        <w:rPr>
          <w:rFonts w:ascii="Times New Roman" w:hAnsi="Times New Roman" w:eastAsia="Times New Roman" w:cs="Times New Roman"/>
        </w:rPr>
        <w:t>22. lokakuuta 1844 ”Kristuksen neljä tulemista” täyttyi, ja kukin näistä neljästä tulemisesta täyttyy täydellisemmin pian tulevan sunnuntailain yhteydessä. Hän tuli liiton sanansaattajana, Malakian kolmannessa luvussa esitetyn leeviläisten puhdistamisen ja puhdistuksen täyttymyksenä. Hän tuli vastaanottamaan valtakunnan Danielin 7:13:n täyttymyksenä. Hän tuli puhdistamaan pyhäkön Danielin 8:14:n täyttymyksenä, ja Hän tuli myös häihin. Häät tapahtuvat, kun morsian on tehnyt itsensä valmiiksi.</w:t>
      </w:r>
    </w:p>
    <w:p>
      <w:pPr>
        <w:pStyle w:val="ArticleScripture"/>
        <w:jc w:val="left"/>
      </w:pPr>
      <w:r>
        <w:rPr>
          <w:rFonts w:ascii="Times New Roman" w:hAnsi="Times New Roman" w:eastAsia="Times New Roman" w:cs="Times New Roman"/>
        </w:rPr>
        <w:t>”Kun hedelmä on kypsynyt, hän lähettää heti sirpin, sillä elonaika on tullut.” Kristus odottaa hartaalla kaipauksella itsensä ilmestymistä seurakunnassaan. Kun Kristuksen luonne on täydellisesti toistunut Hänen kansassaan, silloin Hän tulee ottamaan heidät omikseen.” Kristuksen vertaukset, 69.</w:t>
      </w:r>
    </w:p>
    <w:p>
      <w:pPr>
        <w:pStyle w:val="ArticleBody"/>
        <w:jc w:val="left"/>
      </w:pPr>
      <w:r>
        <w:rPr>
          <w:rFonts w:ascii="Times New Roman" w:hAnsi="Times New Roman" w:eastAsia="Times New Roman" w:cs="Times New Roman"/>
        </w:rPr>
        <w:t>“Inspiraation” mukaan “maailmaa voidaan varoittaa vain” siten, että nähdään “miehiä ja naisia”, joilla on Jumalan sinetti, sunnuntailain kriisin aikana.</w:t>
      </w:r>
    </w:p>
    <w:p>
      <w:pPr>
        <w:pStyle w:val="ArticleScripture"/>
        <w:jc w:val="left"/>
      </w:pPr>
      <w:r>
        <w:rPr>
          <w:rFonts w:ascii="Times New Roman" w:hAnsi="Times New Roman" w:eastAsia="Times New Roman" w:cs="Times New Roman"/>
        </w:rPr>
        <w:t>”Pyhän Hengen tehtävänä on näyttää maailmalle todeksi synti, vanhurskaus ja tuomio. Maailmaa voidaan varoittaa ainoastaan siten, että ne, jotka uskovat totuuden, nähdään totuuden kautta pyhitettyinä, korkeiden ja pyhien periaatteiden mukaisesti toimivina ja korkeassa, jalossa merkityksessä osoittavina sen selkeän rajalinjan niiden välillä, jotka pitävät Jumalan käskyt, ja niiden, jotka polkevat ne jalkojensa alle. Hengen pyhitys tekee näkyväksi eron niiden välillä, joilla on Jumalan sinetti, ja niiden, jotka pitävät väärää lepopäivää. Kun koetus tulee, käy selvästi ilmi, mikä pedon merkki on. Se on sunnuntain pitäminen. Ne, jotka kuultuaan totuuden yhä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Kun morsian valmistautuu, elonkorjuu on tullut. Elonkorjuu alkaa esikoisvehna-uhrin kokoamisella, joka korotetaan heilutusuhrin tunnusmerkkinä. Ensin kootaan esikoishedelmät, jotka ovat Ilmestyskirjan sata neljäkymmentäneljä tuhatta, ja sitten toinen lauma, joka on suuri joukko. Tunnusmerkki on hänen väkevä armeijansa, ja hänen väkevä armeijansa on puettu hienoon valkoiseen pellavaan. Häissä sadan neljänkymmenenneljän tuhannen temppeli valmistuu ennen sunnuntailain tuomiota, eikä tuo temppeli ole ainoastaan Millerin suurempi arkku, vaan se on myös voittoisa seurakunta, jolla on kaikki lahjat, mukaan lukien profetian henki.</w:t>
      </w:r>
    </w:p>
    <w:p>
      <w:pPr>
        <w:pStyle w:val="ArticleScripture"/>
        <w:jc w:val="left"/>
      </w:pPr>
      <w:r>
        <w:rPr>
          <w:rFonts w:ascii="Times New Roman" w:hAnsi="Times New Roman" w:eastAsia="Times New Roman" w:cs="Times New Roman"/>
        </w:rPr>
        <w:t>Ja minä lankesin hänen jalkojensa juureen kumartaakseni häntä. Ja hän sanoi minulle: Varo, ettet sitä tee; minä olen sinun kanssapalvelijasi ja sinun veljiesi, niiden, joilla on Jeesuksen todistus. Kumartaen rukoile Jumalaa; sillä Jeesuksen todistus on profetian henki. Ilmestys 19:10.</w:t>
      </w:r>
    </w:p>
    <w:p>
      <w:pPr>
        <w:pStyle w:val="ArticleBody"/>
        <w:jc w:val="left"/>
      </w:pPr>
      <w:r>
        <w:rPr>
          <w:rFonts w:ascii="Times New Roman" w:hAnsi="Times New Roman" w:eastAsia="Times New Roman" w:cs="Times New Roman"/>
        </w:rPr>
        <w:t>Sata neljäkymmentäneljätuhatta ovat niitä, joilla on Jeesuksen todistus, ja Jeesuksen todistus esitetään ”käsky käskyn päälle, sääntö säännön päälle” sekä Raamatussa että Profetian Hengessä. Kun sadan neljänkymmenenneljän tuhannen laodikealainen liike muuttuu sadan neljänkymmenenneljän tuhannen filadelfialaiseksi liikkeeksi, he kaikki käyttävät käsky käskyn päälle, sääntö säännön päälle -menetelmää esittäessään todistuksensa. Tuo todistus on yhdistelmä jumalallista verta ja inhimillistä todistusta.</w:t>
      </w:r>
    </w:p>
    <w:p>
      <w:pPr>
        <w:pStyle w:val="ArticleScripture"/>
        <w:jc w:val="left"/>
      </w:pPr>
      <w:r>
        <w:rPr>
          <w:rFonts w:ascii="Times New Roman" w:hAnsi="Times New Roman" w:eastAsia="Times New Roman" w:cs="Times New Roman"/>
        </w:rPr>
        <w:t>Ja he voittivat hänet Karitsan veren kautta ja todistuksensa sanan kautta, eivätkä rakastaneet henkeään kuolemaan asti. Ilmestys 12:11.</w:t>
      </w:r>
    </w:p>
    <w:p>
      <w:pPr>
        <w:pStyle w:val="ArticleBody"/>
        <w:jc w:val="left"/>
      </w:pPr>
      <w:r>
        <w:rPr>
          <w:rFonts w:ascii="Times New Roman" w:hAnsi="Times New Roman" w:eastAsia="Times New Roman" w:cs="Times New Roman"/>
        </w:rPr>
        <w:t>Ihmisyyden todistus yhdistyneenä Jumaluuden vereen on Mooseksen ja Karitsan todistus. Mooses oli ihmisyys, alfa Omega-Karitsan jumaluuden verelle. Kaikki lahjat palautetaan heti, kun morsian valmistaa itsensä, ja väkevänä, valkeaan liinavaatteeseen puettuna sotajoukkona hän ottaa paikkansa Herran etenevän armeijan lippuna. Tuo taistelumarssi alkaa, kun morsian valmistetaan ja puetaan valkoiseen, jolloin taivaan ikkunat avataan, niin kuin ne avattiin Millerin unessa.</w:t>
      </w:r>
    </w:p>
    <w:p>
      <w:pPr>
        <w:pStyle w:val="ArticleScripture"/>
        <w:jc w:val="left"/>
      </w:pPr>
      <w:r>
        <w:rPr>
          <w:rFonts w:ascii="Times New Roman" w:hAnsi="Times New Roman" w:eastAsia="Times New Roman" w:cs="Times New Roman"/>
        </w:rPr>
        <w:t>Ja minä näin taivaan avoinna, ja katso: valkoinen hevonen; ja sen selässä istuvaa kutsuttiin Uskolliseksi ja Totiseksi, ja vanhurskaudessa hän tuomitsee ja sotii. Hänen silmänsä olivat niin kuin tulen liekki, ja hänen päässään oli monta kruunua; ja hänellä oli kirjoitettu nimi, jota ei kukaan tiennyt paitsi hän itse. Ja hän oli puettu vereen kastettuun viittaan, ja hänen nimensä on Jumalan Sana. Ja ne sotajoukot, jotka olivat taivaassa, seurasivat häntä valkoisilla hevosilla, puettuina hienoon pellavaan, valkeaan ja puhtaaseen. Ja hänen suustaan lähtee terävä miekka, että hän sillä löisi kansoja; ja hän kaitsee heitä rautaisella valtikalla; ja hän polkee Kaikkivaltiaan Jumalan kiivauden ja vihan viinikuurnan. Ja hänellä on viitassaan ja kupeellaan kirjoitettuna nimi: KUNINGASTEN KUNINGAS JA HERRAIN HERRA. Ilmestys 19:11–16.</w:t>
      </w:r>
    </w:p>
    <w:p>
      <w:pPr>
        <w:pStyle w:val="ArticleBody"/>
        <w:jc w:val="left"/>
      </w:pPr>
      <w:r>
        <w:rPr>
          <w:rFonts w:ascii="Times New Roman" w:hAnsi="Times New Roman" w:eastAsia="Times New Roman" w:cs="Times New Roman"/>
        </w:rPr>
        <w:t>Kun likaharjamies astuu tyhjään huoneeseen ja avaa ikkunat, hän kokoaa jalokivet ja heittää ne suurempaan oomega-arkkuun. James White tunnistaisi nuo jalokivet Jumalan kansaksi, mutta William Miller sanoisi sinulle, että symboleilla on useampi kuin yksi merkitys, ja jalokivet edustavat paitsi hajallaan olevia perustotuuksia, myös hajallaan olevia jalokiviä siinä kruunussa, joka nostetaan ylös edustamaan Kristuksen kirkkauden valtakuntaa.</w:t>
      </w:r>
    </w:p>
    <w:p>
      <w:pPr>
        <w:pStyle w:val="ArticleScripture"/>
        <w:jc w:val="left"/>
      </w:pPr>
      <w:r>
        <w:rPr>
          <w:rFonts w:ascii="Times New Roman" w:hAnsi="Times New Roman" w:eastAsia="Times New Roman" w:cs="Times New Roman"/>
        </w:rPr>
        <w:t>Ja Herra, heidän Jumalansa, pelastaa heidät sinä päivänä kansansa laumana; sillä he ovat kuin kruunun kivet, kohotettuina kuin lippumerkki hänen maassansa. Sakarja 9:16.</w:t>
      </w:r>
    </w:p>
    <w:p>
      <w:pPr>
        <w:pStyle w:val="ArticleBody"/>
        <w:jc w:val="left"/>
      </w:pPr>
      <w:r>
        <w:rPr>
          <w:rFonts w:ascii="Times New Roman" w:hAnsi="Times New Roman" w:eastAsia="Times New Roman" w:cs="Times New Roman"/>
        </w:rPr>
        <w:t>Perustavanlaatuista alfa-koetusta, jossa Rooma vahvistaa näyn, seuraava omega ja toinen koetus on huipentava omega-koetus. Se on temppelin-koetuksen päätökseen saattaminen, joka edeltää tuomion kolmatta lakmustestiä. Koetus puhdistaa kaksi palvojien luokkaa erilleen toisistaan erottaen viisaat ja tyhmät öljyn perusteella, joka on sanoma, tai kuten sisar White tunnisti Kapernaumin synagogaa koskevassa kommentaarissaan — ”totuuden sanat”.</w:t>
      </w:r>
    </w:p>
    <w:p>
      <w:pPr>
        <w:pStyle w:val="ArticleBody"/>
        <w:jc w:val="left"/>
      </w:pPr>
      <w:r>
        <w:rPr>
          <w:rFonts w:ascii="Times New Roman" w:hAnsi="Times New Roman" w:eastAsia="Times New Roman" w:cs="Times New Roman"/>
        </w:rPr>
        <w:t>Kapernaum on se paikka, jossa Joh. 6:66:ssa Jeesus menetti kerralla suurimman määrän opetuslapsia, eivätkä nämä opetuslapset koskaan palanneet. Kristuksen aikana suurimpana opetuslapseuden koetuksena Kapernaum on symboli opetuslapseuden omegakoetuksesta Kristuksen aikana, mikä puolestaan esikuvaa opetuslapseuden omegakoetusta kolmivaiheisessa koetusprosessissa, joka alkoi vuonna 2023. Kapernaumissa koetus esitettiin taivaan leivän kautta, ja se osoitti juutalaisten epäonnistumisen heidän profetian ymmärtämiskyvyttömyytensä yhteydessä, mikä johtui heidän haluttomuudestaan hyväksyä, että kun Jeesus puhui luonnollisista asioista, ne oli ymmärrettävä hengellisessä sovellutuksessa.</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Kristuksen puhe synagogassa elämän leivästä oli käännekohta Juudaksen historiassa. Hän kuuli sanat: ”Ellette syö Ihmisen Pojan lihaa ja juo Hänen vertansa, teillä ei ole elämää itsessänne.” Joh. 6:53. Hän näki, että Kristus tarjosi hengellistä eikä maallista hyvää. Hän piti itseään kaukonäköisenä ja ajatteli voivansa nähdä, ettei Jeesus tulisi saamaan kunniaa eikä voisi antaa seuraajilleen mitään korkeaa asemaa. Hän päätti olla liittymättä Kristukseen niin läheisesti, ettei voisi vetäytyä pois. Hän tarkkailisi. Ja hän tarkkaili.</w:t>
      </w:r>
    </w:p>
    <w:p>
      <w:pPr>
        <w:pStyle w:val="ArticleScripture"/>
        <w:jc w:val="left"/>
      </w:pPr>
      <w:r>
        <w:rPr>
          <w:rFonts w:ascii="Times New Roman" w:hAnsi="Times New Roman" w:eastAsia="Times New Roman" w:cs="Times New Roman"/>
        </w:rPr>
        <w:t>”Siitä lähtien hän ilmaisi epäilyksiä, jotka saattoivat opetuslapset hämmennyksiin. …” Alfa ja omega, 719.</w:t>
      </w:r>
    </w:p>
    <w:p>
      <w:pPr>
        <w:pStyle w:val="ArticleHeading"/>
        <w:jc w:val="left"/>
      </w:pPr>
      <w:r>
        <w:rPr>
          <w:rFonts w:ascii="Arial" w:hAnsi="Arial" w:eastAsia="Arial" w:cs="Arial"/>
        </w:rPr>
        <w:t>Ensimmäinen koe</w:t>
      </w:r>
    </w:p>
    <w:p>
      <w:pPr>
        <w:pStyle w:val="ArticleScripture"/>
        <w:jc w:val="left"/>
      </w:pPr>
      <w:r>
        <w:rPr>
          <w:rFonts w:ascii="Times New Roman" w:hAnsi="Times New Roman" w:eastAsia="Times New Roman" w:cs="Times New Roman"/>
        </w:rPr>
        <w:t>Katse, jonka Jeesus loi itsekeskeiseen Juudakseen, vakuutti hänet siitä, että Mestari oli tunkeutunut hänen ulkokultaisuuteensa ja lukenut hänen alhaisen, halpamaisen luonteensa. Tämä oli suorempi nuhde kuin mikään, minkä Juudas oli aiemmin saanut. Se katkeroitti hänet, ja näin avautui ovi, jonka kautta Saatana tuli hallitsemaan hänen ajatuksiaan. Sen sijaan että hän olisi tehnyt parannuksen, hän suunnitteli kostoa. Syntinsä tiedostamisen pistämänä ja mielettömyyteen yllytettynä siitä, että hänen syyllisyytensä oli tullut ilmi, hän nousi pöydästä ja meni ylipapin palatsiin, missä hän tapasi neuvoston koolla. Hän oli Saatanan hengen vallassa ja toimi kuin järkensä menettänyt. Palkkioksi Mestarinsa kavaltamisesta hänelle luvattiin kolmekymmentä hopearahaa; ja paljon vähäisemmästä summasta kuin mitä voiderasia maksoi hän myi Vapahtajan.</w:t>
      </w:r>
    </w:p>
    <w:p>
      <w:pPr>
        <w:pStyle w:val="ArticleScripture"/>
        <w:jc w:val="left"/>
      </w:pPr>
      <w:r>
        <w:rPr>
          <w:rFonts w:ascii="Times New Roman" w:hAnsi="Times New Roman" w:eastAsia="Times New Roman" w:cs="Times New Roman"/>
        </w:rPr>
        <w:t>Hengessä ja käytännössä monet muistuttavat Juudasta. Niin kauan kuin heidän luonteensa ruttopaikasta vaietaan, mitään avointa vihamielisyyttä ei ilmene; mutta kun heitä nuhdellaan, katkeruus täyttää heidän sydämensä.” Youth Instructor, 12. heinäkuuta 1900.</w:t>
      </w:r>
    </w:p>
    <w:p>
      <w:pPr>
        <w:pStyle w:val="ArticleHeading"/>
        <w:jc w:val="left"/>
      </w:pPr>
      <w:r>
        <w:rPr>
          <w:rFonts w:ascii="Nirmala UI" w:hAnsi="Nirmala UI" w:eastAsia="Nirmala UI" w:cs="Nirmala UI"/>
        </w:rPr>
        <w:t>दूसरी</w:t>
      </w:r>
      <w:r>
        <w:rPr>
          <w:rFonts w:ascii="Arial" w:hAnsi="Arial" w:eastAsia="Arial" w:cs="Arial"/>
        </w:rPr>
        <w:t xml:space="preserve"> </w:t>
      </w:r>
      <w:r>
        <w:rPr>
          <w:rFonts w:ascii="Nirmala UI" w:hAnsi="Nirmala UI" w:eastAsia="Nirmala UI" w:cs="Nirmala UI"/>
        </w:rPr>
        <w:t>परीक्षा</w:t>
      </w:r>
    </w:p>
    <w:p>
      <w:pPr>
        <w:pStyle w:val="ArticleScripture"/>
        <w:jc w:val="left"/>
      </w:pPr>
      <w:r>
        <w:rPr>
          <w:rFonts w:ascii="Times New Roman" w:hAnsi="Times New Roman" w:eastAsia="Times New Roman" w:cs="Times New Roman"/>
        </w:rPr>
        <w:t>“Ennen pääsiäistä Juudas oli toistamiseen tavannut papit ja kirjanoppineet ja tehnyt lopullisen sopimuksen Jeesuksen luovuttamisesta heidän käsiinsä.... Juudas loukkaantui nyt Kristuksen teosta, kun tämä pesi opetuslastensa jalat. Jos Jeesus saattoi niin alentaa itsensä, hän ajatteli, ei Hän voinut olla Israelin kuningas. Kaikki toivo maallisesta kunniasta ajallisessa valtakunnassa oli murskattu. Juudas oli vakuuttunut siitä, ettei Kristuksen seuraamisesta ollut mitään voitettavaa. Nähdessään Hänen, Juudaksen mielestä, alentavan itsensä hän vahvistui aikomuksessaan kieltää Hänet ja tunnustaa tulleensa petetyksi. Riivaaja oli vallannut hänet, ja hän päätti saattaa päätökseen työn, jonka hän oli suostunut tekemään pettämällä Herransa.” Aikakausien Toivo, 645.</w:t>
      </w:r>
    </w:p>
    <w:p>
      <w:pPr>
        <w:pStyle w:val="ArticleHeading"/>
        <w:jc w:val="left"/>
      </w:pPr>
      <w:r>
        <w:rPr>
          <w:rFonts w:ascii="Arial" w:hAnsi="Arial" w:eastAsia="Arial" w:cs="Arial"/>
        </w:rPr>
        <w:t>Lopullinen päätös</w:t>
      </w:r>
    </w:p>
    <w:p>
      <w:pPr>
        <w:pStyle w:val="ArticleScripture"/>
        <w:jc w:val="left"/>
      </w:pPr>
      <w:r>
        <w:rPr>
          <w:rFonts w:ascii="Times New Roman" w:hAnsi="Times New Roman" w:eastAsia="Times New Roman" w:cs="Times New Roman"/>
        </w:rPr>
        <w:t>Yllättyneenä ja hämmentyneenä siitä, että hänen aikeensa oli paljastettu, Juudas nousi kiireesti poistuakseen huoneesta. ”Niin Jeesus sanoi hänelle: Minkä teet, tee se pian.... Saatuaan palan hän meni kohta ulos; ja oli yö.” Yö se olikin petturille, kun hän kääntyi pois Kristuksesta ulkoiseen pimeyteen.</w:t>
      </w:r>
    </w:p>
    <w:p>
      <w:pPr>
        <w:pStyle w:val="ArticleScripture"/>
        <w:jc w:val="left"/>
      </w:pPr>
      <w:r>
        <w:rPr>
          <w:rFonts w:ascii="Times New Roman" w:hAnsi="Times New Roman" w:eastAsia="Times New Roman" w:cs="Times New Roman"/>
        </w:rPr>
        <w:t>“Niin kauan kuin tätä askelta ei ollut otettu, Juudas ei ollut ohittanut parannuksen mahdollisuutta. Mutta kun hän lähti Herransa ja opetuslastovereidensa läsnäolosta, lopullinen ratkaisu oli tehty. Hän oli ylittänyt rajan.</w:t>
      </w:r>
    </w:p>
    <w:p>
      <w:pPr>
        <w:pStyle w:val="ArticleScripture"/>
        <w:jc w:val="left"/>
      </w:pPr>
      <w:r>
        <w:rPr>
          <w:rFonts w:ascii="Times New Roman" w:hAnsi="Times New Roman" w:eastAsia="Times New Roman" w:cs="Times New Roman"/>
        </w:rPr>
        <w:t>Ihmeellinen oli Jeesuksen pitkämielisyys Hänen kohdatessaan tätä kiusattua sielua. Mitään, mitä olisi voitu tehdä Juudaksen pelastamiseksi, ei ollut jätetty tekemättä. Sen jälkeen kun hän oli kahdesti tehnyt liiton Herransa kavaltamisesta, Jeesus antoi hänelle yhä tilaisuuden parannukseen. Lukemalla petturin sydämen salaisen aikomuksen Kristus antoi Juudakselle viimeisen, vakuuttavan todisteen jumaluudestaan. Tämä oli tuolle väärälle opetuslapselle viimeinen kutsu parannukseen. Yhtäkään vetoomusta, jonka Kristuksen jumalallis-inhimillinen sydän saattoi esittää, ei ollut säästetty. Armon aallot, jotka itsepäinen ylpeys oli lyönyt takaisin, palasivat voimakkaampana, alistavan rakkauden vuoksena. Mutta vaikka syyllisyytensä paljastuminen yllätti ja säikäytti Juudaksen, hän tuli vain entistä päättäväisemmäksi. Sakramentilliselta ehtoolliselta hän lähti ulos saattaakseen päätökseen kavallustyön.</w:t>
      </w:r>
    </w:p>
    <w:p>
      <w:pPr>
        <w:pStyle w:val="ArticleScripture"/>
        <w:jc w:val="left"/>
      </w:pPr>
      <w:r>
        <w:rPr>
          <w:rFonts w:ascii="Times New Roman" w:hAnsi="Times New Roman" w:eastAsia="Times New Roman" w:cs="Times New Roman"/>
        </w:rPr>
        <w:t>“Lausuessaan voi-huudon Juudaksen ylle Kristuksella oli myös armollinen tarkoitus opetuslapsiaan kohtaan. Näin Hän antoi heille ratkaisevan todisteen messiaalisuudestaan. ”Minä sanon sen teille jo ennen kuin se tapahtuu”, Hän sanoi, ”että te, kun se tapahtuu, uskoisitte, että MINÄ OLEN.” Jos Jeesus olisi pysynyt vaiti, näennäisesti tietämättömänä siitä, mitä Hänen ylleen oli tuleva, opetuslapset olisivat voineet ajatella, ettei heidän Mestarillaan ollut jumalallista ennakkotietoa ja että Hänet oli yllätetty ja kavallettuna annettu murhanhimoisen joukon käsiin. Vuotta aikaisemmin Jeesus oli sanonut opetuslapsille valinneensa kaksitoista, ja että yksi heistä oli perkele. Nyt Hänen sanansa Juudakselle, jotka osoittivat, että tämän petos oli täysin hänen Mestarinsa tiedossa, vahvistaisivat Kristuksen tosi seuraajien uskoa Hänen nöyryytyksensä aikana. Ja kun Juudas olisi tullut kauhistuttavaan loppuunsa, he muistaisivat sen voi-huudon, jonka Jeesus oli lausunut pettäjän ylle.” Aikakausien Toivo,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kolmekymmentäseitsemän</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