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Laodikean seitsemännen päivän adventistikirkko – numero neljäkymmentäkaksi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Luku neljäkymmentäkaksi</w:t>
      </w:r>
    </w:p>
    <w:p>
      <w:pPr>
        <w:pStyle w:val="ArticleBody"/>
        <w:jc w:val="left"/>
      </w:pPr>
      <w:r>
        <w:rPr>
          <w:rFonts w:ascii="Times New Roman" w:hAnsi="Times New Roman" w:eastAsia="Times New Roman" w:cs="Times New Roman"/>
        </w:rPr>
        <w:t>Kun 3. Mooseksen kirjan kahdeskymmeneskolmas luku jaetaan kahdeksi yhtä pitkäksi, kahdenkymmenenkahden jakeen riviksi yhdessä Kristuksen rivin kanssa, jossa kevätjuhlat kohtasivat vastatyyppinsä, voimme osoittaa rivin, joka alkaa kolmella vaiheella: perjantai-illan pääsiäinen, sapatin happamattoman leivän juhla ja viikon ensimmäisen päivän esikoishedelmät. Tämä on yksi tienviitta, kuten Kristuksen kaste edustaa, mutta tuolla yhdellä tienviitalla on kolme vaihetta.</w:t>
      </w:r>
    </w:p>
    <w:p>
      <w:pPr>
        <w:pStyle w:val="ArticleBody"/>
        <w:jc w:val="left"/>
      </w:pPr>
      <w:r>
        <w:rPr>
          <w:rFonts w:ascii="Times New Roman" w:hAnsi="Times New Roman" w:eastAsia="Times New Roman" w:cs="Times New Roman"/>
        </w:rPr>
        <w:t>Kun aloitamme ylösnousemuksesta ja etenemme tulevaisuuteen neljäkymmentä päivää, saavumme käännekohtaan, sillä silloin Kristus lakkasi opettamasta kasvoista kasvoihin ja astui ylös pilvissä. Myös sataneljäkymmentäneljätuhatta astuvat ylös pilvissä.</w:t>
      </w:r>
    </w:p>
    <w:p>
      <w:pPr>
        <w:pStyle w:val="ArticleScripture"/>
        <w:jc w:val="left"/>
      </w:pPr>
      <w:r>
        <w:rPr>
          <w:rFonts w:ascii="Times New Roman" w:hAnsi="Times New Roman" w:eastAsia="Times New Roman" w:cs="Times New Roman"/>
        </w:rPr>
        <w:t>Ja he kuulivat suuren äänen taivaasta sanovan heille: Nouskaa tänne. Ja he nousivat taivaaseen pilvessä, ja heidän vihollisensa näkivät heidät. Ja sillä hetkellä tapahtui suuri maanjäristys, ja kymmenes osa kaupungista kukistui, ja maanjäristyksessä sai surmansa seitsemäntuhatta ihmistä; ja muut joutuivat pelon valtaan ja antoivat kunnian taivaan Jumalalle. Toinen voi-huuto on mennyt; katso, kolmas voi-huuto tulee pian. Ja seitsemäs enkeli puhalsi pasuunaan; ja taivaassa kuului suuria ääniä, jotka sanoivat: Maailman valtakunnista on tullut meidän Herramme ja hänen Voideltunsa valtakunta, ja hän on hallitseva aina ja iankaikkisesti. Ilmestys 11:12–15.</w:t>
      </w:r>
    </w:p>
    <w:p>
      <w:pPr>
        <w:pStyle w:val="ArticleBody"/>
        <w:jc w:val="left"/>
      </w:pPr>
      <w:r>
        <w:rPr>
          <w:rFonts w:ascii="Times New Roman" w:hAnsi="Times New Roman" w:eastAsia="Times New Roman" w:cs="Times New Roman"/>
        </w:rPr>
        <w:t>Toinen ja kolmas voi ovat islam, ja seitsemäs enkeli on kolmas voi, joka jälleen on islam. Kolmas voi saapuu nopeasti maanjäristyksen yhteydessä. Maanjäristys on sunnuntailaki Yhdysvalloissa; Yhdysvallat on Ilmestyskirjan kolmattatoista lukua vastaava maapeto, ja sunnuntailaki on ravistus, joka on järistys. Maapeto on kymmenen kuninkaan johtava kuningas, ja kun Yhdysvallat kukistetaan sunnuntailain aikana, kaupungin kymmenes osa on kaatunut. Samana hetkenä sunnuntailain aikana ne kaksi todistajaa, joita Elia ja Mooses edustavat, samat kaksi todistajaa, jotka ilmestyivät kirkastettuina Kristuksen kanssa Pietarille, Jaakobille ja Johannekselle, temmataan ylös taivaaseen pilvessä, ja kaikki näkevät, sillä heidän vihollisensa katselivat heitä.</w:t>
      </w:r>
    </w:p>
    <w:p>
      <w:pPr>
        <w:pStyle w:val="ArticleBody"/>
        <w:jc w:val="left"/>
      </w:pPr>
      <w:r>
        <w:rPr>
          <w:rFonts w:ascii="Times New Roman" w:hAnsi="Times New Roman" w:eastAsia="Times New Roman" w:cs="Times New Roman"/>
        </w:rPr>
        <w:t>Neljäkymmentä päivää ylösnousemuksen jälkeen Jeesus ”astui ylös” pilviin, ja ne kymmenen päivää yläsalissa alkoivat. Taivaaseenastuminen on näkyvä koetus, samoin kuin toinen niistä kolmesta enkelistä. Hänen taivaaseenastumisensa yhteydessä enkelit ilmoittivat, että Hän palaisi pilvien kanssa, niin kuin Hän juuri oli astunut ylös pilvien kanssa.</w:t>
      </w:r>
    </w:p>
    <w:p>
      <w:pPr>
        <w:pStyle w:val="ArticleScripture"/>
        <w:jc w:val="left"/>
      </w:pPr>
      <w:r>
        <w:rPr>
          <w:rFonts w:ascii="Times New Roman" w:hAnsi="Times New Roman" w:eastAsia="Times New Roman" w:cs="Times New Roman"/>
        </w:rPr>
        <w:t>Ja kun hän oli tämän puhunut, hänet otettiin ylös heidän nähtensä, ja pilvi vei hänet pois heidän näkyvistään. Ja kun he hänen mennessään ylös katselivat kiinteästi taivaaseen, katso, heidän vieressään seisoi kaksi miestä valkeissa vaatteissa; ja nämä sanoivat: Galilean miehet, miksi seisotte ja katsotte taivaaseen? Tämä sama Jeesus, joka otettiin teiltä ylös taivaaseen, on tuleva samalla tavalla kuin te näitte hänen menevän taivaaseen. Ap. t. 1:9–11.</w:t>
      </w:r>
    </w:p>
    <w:p>
      <w:pPr>
        <w:pStyle w:val="ArticleBody"/>
        <w:jc w:val="left"/>
      </w:pPr>
      <w:r>
        <w:rPr>
          <w:rFonts w:ascii="Times New Roman" w:hAnsi="Times New Roman" w:eastAsia="Times New Roman" w:cs="Times New Roman"/>
        </w:rPr>
        <w:t>Hänen paluunsa toisessa tulemisessaan tapahtuu Hänen valtakuntansa ”kirkkaudessa”.</w:t>
      </w:r>
    </w:p>
    <w:p>
      <w:pPr>
        <w:pStyle w:val="ArticleScripture"/>
        <w:jc w:val="left"/>
      </w:pPr>
      <w:r>
        <w:rPr>
          <w:rFonts w:ascii="Times New Roman" w:hAnsi="Times New Roman" w:eastAsia="Times New Roman" w:cs="Times New Roman"/>
        </w:rPr>
        <w:t>Sillä joka ikinä häpeää minua ja minun sanojani tässä avionrikkojassa ja syntisessä sukupolvessa, sitä myös Ihmisen Poika on häpeävä, kun hän tulee Isänsä kirkkaudessa pyhien enkelien kanssa. Mark. 8:38.</w:t>
      </w:r>
    </w:p>
    <w:p>
      <w:pPr>
        <w:pStyle w:val="ArticleBody"/>
        <w:jc w:val="left"/>
      </w:pPr>
      <w:r>
        <w:rPr>
          <w:rFonts w:ascii="Times New Roman" w:hAnsi="Times New Roman" w:eastAsia="Times New Roman" w:cs="Times New Roman"/>
        </w:rPr>
        <w:t>Tämä sama ”kirkkaus” oli se, minkä Pietari, Jaakob ja Johannes näkivät Kirkastusvuorella. Kirkastusvuori oli niin ikään toinen askel, jota edelsi Kesarea Filippi ja jota seurasi Kesarea Maritima. Toinen koetus on myös pedon kuvan koetus, koetus, joka edellyttää profeetallista tunnistamista siitä, että pedon kuva on muodostumassa. Toinen koetus on myös se, kun Melsar tarkastaa Danielin ja hänen ystävänsä verratakseen heidän kasvojensa näköä niihin, jotka eivät syöneet kasvisruokaa. Se on näkyvä koetus. Toinen askel Abramin liittohistorian kolmessa liittoaskeleessa oli ympärileikkauksen ”merkki”. Toinen askel kuvaa Jumalan kansan sinetöimistä, kun heidät korotetaan tunnuslipuksi. Toinen askel on se, jossa ”kirkkaus” ilmenee, sillä ensimmäisen enkelin kolme askelta ovat pelko, ”kirkkaus” ja tuomio. Helluntaikauden neljäskymmenes päivä vastaa Kirkastusvuorta. Riisu kenkäsi, sillä paikka, jossa seisot, on pyhä maa.</w:t>
      </w:r>
    </w:p>
    <w:p>
      <w:pPr>
        <w:pStyle w:val="ArticleBody"/>
        <w:jc w:val="left"/>
      </w:pPr>
      <w:r>
        <w:rPr>
          <w:rFonts w:ascii="Times New Roman" w:hAnsi="Times New Roman" w:eastAsia="Times New Roman" w:cs="Times New Roman"/>
        </w:rPr>
        <w:t>Taivaaseenastuminen on näkökoe, ja juhlaketjussa neljänkymmenen päivän kohdalla tapahtuvaa taivaaseenastumista edeltää viisi päivää, joiden yhteydessä on pasuunansoiton juhla. Pasuunansoiton juhla yksilöi seitsemännen pasuunan varoituksen, joka on islamin varoitus.</w:t>
      </w:r>
    </w:p>
    <w:p>
      <w:pPr>
        <w:pStyle w:val="ArticleBody"/>
        <w:jc w:val="left"/>
      </w:pPr>
      <w:r>
        <w:rPr>
          <w:rFonts w:ascii="Times New Roman" w:hAnsi="Times New Roman" w:eastAsia="Times New Roman" w:cs="Times New Roman"/>
        </w:rPr>
        <w:t>Taivaaseenastuminen seuraa pasuunoita viiden päivän kuluttua, ja sitten viisi päivää taivaaseenastumisen jälkeen sovituspäivä merkitsee tuomiota. Pasuuna on vanhat polut; se on Laodikean sanoma, se on islam, ja se on ensimmäisen enkelin perustava sanoma. Viisi päivää myöhemmin, kun ”kasvoista kasvoihin” -opetus päättyy, toisen enkelin toinen, näkyvä koetus merkitään taivaaseenastumisella. Viisi päivää sen jälkeen tuomio merkitsee kolmatta enkeliä.</w:t>
      </w:r>
    </w:p>
    <w:p>
      <w:pPr>
        <w:pStyle w:val="ArticleBody"/>
        <w:jc w:val="left"/>
      </w:pPr>
      <w:r>
        <w:rPr>
          <w:rFonts w:ascii="Times New Roman" w:hAnsi="Times New Roman" w:eastAsia="Times New Roman" w:cs="Times New Roman"/>
        </w:rPr>
        <w:t>Viisi päivää sen jälkeen, kun tuomio Jumalan huoneen yli on päättynyt, tuomio kohtaa Yhdysvallat, kuten helluntaipäivä osoittaa.</w:t>
      </w:r>
    </w:p>
    <w:p>
      <w:pPr>
        <w:pStyle w:val="ArticleScripture"/>
        <w:jc w:val="left"/>
      </w:pPr>
      <w:r>
        <w:rPr>
          <w:rFonts w:ascii="Times New Roman" w:hAnsi="Times New Roman" w:eastAsia="Times New Roman" w:cs="Times New Roman"/>
        </w:rPr>
        <w:t>Ja hän sanoi Abramille: Totisesti tiedä, että sinun jälkeläisesi on oleva muukalaisena maassa, joka ei ole heidän omansa, ja he palvelevat sen kansaa; ja he sortavat heitä neljäsataa vuotta. Mutta myös sen kansakunnan, jota he palvelevat, minä tuomitsen; ja sen jälkeen he lähtevät sieltä suuret rikkaudet mukanaan. 1. Moos. 15:13, 14.</w:t>
      </w:r>
    </w:p>
    <w:p>
      <w:pPr>
        <w:pStyle w:val="ArticleBody"/>
        <w:jc w:val="left"/>
      </w:pPr>
      <w:r>
        <w:rPr>
          <w:rFonts w:ascii="Times New Roman" w:hAnsi="Times New Roman" w:eastAsia="Times New Roman" w:cs="Times New Roman"/>
        </w:rPr>
        <w:t>Se ”suuri omaisuus”, joka sadallaneljällätuhannella on sunnuntailain aikana, jolloin Yhdysvaltain ”kansakunta” tuomitaan, on Jesajan kuudennen luvun omaisuus, joka edustaa jumaluutta. Abrahamin liittoprofetia sanoo: ”myös sen kansan”, osoittaen näin, että Jumalan kansa sinetöidään ennen sunnuntailakia. Sitten sunnuntailain aikana, ajanjaksona, jota lehtimajanjuhlan seitsemän päivää edustavat, myöhäissade vuodatetaan ilman määrää, kun tuomio pannaan täytäntöön sen suuren joukon ylle, joka on Jumalan huoneen ulkopuolella.</w:t>
      </w:r>
    </w:p>
    <w:p>
      <w:pPr>
        <w:pStyle w:val="ArticleBody"/>
        <w:jc w:val="left"/>
      </w:pPr>
      <w:r>
        <w:rPr>
          <w:rFonts w:ascii="Times New Roman" w:hAnsi="Times New Roman" w:eastAsia="Times New Roman" w:cs="Times New Roman"/>
        </w:rPr>
        <w:t>18. heinäkuuta 2020 ne kaksi todistajaa surmattiin Sodoman ja Egyptin kaduilla. Nuo kaksi todistajaa olivat Mooses ja Elia, ja William Miller oli oman historiansa Elia. Unessaan hän sulki silmänsä hetkeksi, ja 18. heinäkuuta 2020 hän profeetallisesti sulki silmänsä kuolemassa. Kun hän avasi silmänsä, huone oli tyhjä, ovi ja ikkunat olivat auki. Kun Miller sitten näki, mitä tomuharjamies oli saamassa aikaan, hän pyysi tätä olemaan varovainen, ja tomuharjamies vakuutti hänelle, että kaikki olisi hyvin.</w:t>
      </w:r>
    </w:p>
    <w:p>
      <w:pPr>
        <w:pStyle w:val="ArticleBody"/>
        <w:jc w:val="left"/>
      </w:pPr>
      <w:r>
        <w:rPr>
          <w:rFonts w:ascii="Times New Roman" w:hAnsi="Times New Roman" w:eastAsia="Times New Roman" w:cs="Times New Roman"/>
        </w:rPr>
        <w:t>Kun Miller heräsi erämaassa heinäkuussa 2023, happamattoman leivän juhla saapui juuri ennen ylösnousemusta 31. joulukuuta 2023. Siinä vaiheessa tosi Keskiyön huudon profeetallinen sanoma, se ”huuto”, jota jokainen muu koskaan sinetöistään avattu profeetallinen sanoma oli esikuvannut, alkoi avautua sinetöistään, sillä kolmen ja puolen päivän päättyminen osoittaa ”lopun ajan”, ja ”lopun aikana” tapahtuu aina profeetallinen sinettien avaaminen. Näin on aina, sillä Kristus on sama eilen, tänään ja iankaikkisesti. Hänen menettelynsä ihmisten kanssa ovat alati samat, sillä Hän toimii nyt samoja ”linjoja” pitkin kuin Hän on aina toiminut. Kolmen ja puolen päivän lopussa Jeesuksen Kristuksen ilmestys avattiin sinetöistään.</w:t>
      </w:r>
    </w:p>
    <w:p>
      <w:pPr>
        <w:pStyle w:val="ArticleBody"/>
        <w:jc w:val="left"/>
      </w:pPr>
      <w:r>
        <w:rPr>
          <w:rFonts w:ascii="Times New Roman" w:hAnsi="Times New Roman" w:eastAsia="Times New Roman" w:cs="Times New Roman"/>
        </w:rPr>
        <w:t>Ylösnousemusruumista oli ennakolta kuvattu Aadamissa, joka ensin muovattiin ja jonka jälkeen häneen puhallettiin elämän henkäys. Myös Hesekielin 37. luvun kuolleet kuivat luut koottiin ensin yhteen yhden profetian kautta, ja sen jälkeen saatettiin elämään toisen profetian kautta, joka toi elämän henkäyksen elottomaan ruumiiseen sanomalla neljästä tuulesta, mikä on sinetöimissanoma. Molemmissa vertauskuvissa avattu profetia on kaksiosainen, ja tämä esitetään monin eri tavoin. Ne ovat sisäinen ja ulkoinen; ne ovat Ulai- ja Hiddekel-jokien näky; ne ovat chazon- ja mareh-näyt; ne ovat kaksi todistajaa, kaksi kultaista putkea ja niin edelleen.</w:t>
      </w:r>
    </w:p>
    <w:p>
      <w:pPr>
        <w:pStyle w:val="ArticleBody"/>
        <w:jc w:val="left"/>
      </w:pPr>
      <w:r>
        <w:rPr>
          <w:rFonts w:ascii="Times New Roman" w:hAnsi="Times New Roman" w:eastAsia="Times New Roman" w:cs="Times New Roman"/>
        </w:rPr>
        <w:t>Milleriläisessä historiassa Keskiyön huuto oli se profetia, joka yhtyi toisen enkelin profetiaan. Kaksivaiheinen profetia. Kun kuolleet kuivat luut herätettiin henkiin vuonna 2023, ne profeetallisen välttämättömyyden mukaan tarvitsivat koetuksen, sillä profetian sinettien avaaminen aloittaa aina kolmivaiheisen koetusprosessin. Kaksi ensimmäistä koetusta olisivat perustavaa laatua oleva koetus ja sitten temppelin koetus.</w:t>
      </w:r>
    </w:p>
    <w:p>
      <w:pPr>
        <w:pStyle w:val="ArticleBody"/>
        <w:jc w:val="left"/>
      </w:pPr>
      <w:r>
        <w:rPr>
          <w:rFonts w:ascii="Times New Roman" w:hAnsi="Times New Roman" w:eastAsia="Times New Roman" w:cs="Times New Roman"/>
        </w:rPr>
        <w:t>Viisi päivää ylösnousemuksen jälkeen—erämaassa huutavan ääni, jota happamattoman leivän aika edustaa, päättyy, sillä Elia, jota Miller ja Johannes Kastaja edustavat, valmistivat molemmat tietä Hänelle, jonka kenkiä he eivät olleet arvollisia kantamaan. Ylösnousemuksessa Jeesus alkaa neljänkymmenen päivän ajanjaksonsa opettaen ”kasvoista kasvoihin”. Tuo ”kasvoista kasvoihin” -opetus alkoi Danielille kahdentenakymmenentenä toisena päivänä kymmenennessä luvussa. Siinä se esitetään kolmena askeleena ja kolmena kosketuksena sekä vahvistumisen kaksinkertaistumisena.</w:t>
      </w:r>
    </w:p>
    <w:p>
      <w:pPr>
        <w:pStyle w:val="ArticleBody"/>
        <w:jc w:val="left"/>
      </w:pPr>
      <w:r>
        <w:rPr>
          <w:rFonts w:ascii="Times New Roman" w:hAnsi="Times New Roman" w:eastAsia="Times New Roman" w:cs="Times New Roman"/>
        </w:rPr>
        <w:t>Viisi päivää ennen kuin neljäkymmentä päivää päättyvät, Islamin pasuunan varoitus annetaan. Islamin varoitusta edusti aasi, jolla Kristus ratsasti riemullisessa saapumisessaan Jerusalemiin. Ennen kuin Hän laskeutui Öljymäen rinteitä Jerusalemiin, Hän käski ensin opetuslastensa mennä ja päästää aasin irti.</w:t>
      </w:r>
    </w:p>
    <w:p>
      <w:pPr>
        <w:pStyle w:val="ArticleScripture"/>
        <w:jc w:val="left"/>
      </w:pPr>
      <w:r>
        <w:rPr>
          <w:rFonts w:ascii="Times New Roman" w:hAnsi="Times New Roman" w:eastAsia="Times New Roman" w:cs="Times New Roman"/>
        </w:rPr>
        <w:t>”Tämä näky annettiin vuonna 1847, jolloin sapatinviettoa noudattavia adventtiveljiä oli vain hyvin vähän, ja heistäkin vain harvat katsoivat sen vieton olevan niin tärkeä, että se vetäisi rajan Jumalan kansan ja epäuskoisten välille. Nyt tuon näyn täyttymys alkaa tulla näkyviin. Tässä mainittu ’tuon ahdistuksen ajan alku’ ei viittaa siihen aikaan, jolloin vitsaukset alkavat vuotaa maahan, vaan lyhyeen ajanjaksoon juuri ennen kuin ne vuodatetaan, aikana jolloin Kristus on pyhäkössä. Tuona aikana, samalla kun pelastustyö on päättymäisillään, ahdistus on tulossa maan päälle, ja kansakunnat vihastuvat, mutta niitä pidetään aisoissa niin, etteivät ne estä kolmannen enkelin työn etenemistä. Tuona aikana tulee ’myöhäissade’ eli virvoitus Herran kasvojen edestä antamaan voiman kolmannen enkelin suurelle huudolle ja valmistamaan pyhät kestämään aikana, jolloin ne seitsemän viimeistä vitsausta vuodatetaan.” Early Writings, 85.</w:t>
      </w:r>
    </w:p>
    <w:p>
      <w:pPr>
        <w:pStyle w:val="ArticleBody"/>
        <w:jc w:val="left"/>
      </w:pPr>
      <w:r>
        <w:rPr>
          <w:rFonts w:ascii="Times New Roman" w:hAnsi="Times New Roman" w:eastAsia="Times New Roman" w:cs="Times New Roman"/>
        </w:rPr>
        <w:t>Syyskuun 11. päivänä Hän käski enkeleitään päästämään aasin irti, ja sitten vähäisempi George Bush pidätti aasin. Kyyros on esikuva ensimmäisestä enkelistä, sillä hän julisti ensimmäisen asetuksen. Sen tähden hän edustaa sekä 11. elokuuta 1840 että syyskuun 11. päivää, ja syyskuun 11. päivänä islam, jota edustaa ”kansojen vihastuminen”, päästettiin irti ja sitten pidettiin kurissa. Tuolloin myöhäissade alkoi langeta. Kyyros edustaa islamin molempia tienviittoja 11. elokuuta 1840 ja syyskuun 11. päivänä.</w:t>
      </w:r>
    </w:p>
    <w:p>
      <w:pPr>
        <w:pStyle w:val="ArticleScripture"/>
        <w:jc w:val="left"/>
      </w:pPr>
      <w:r>
        <w:rPr>
          <w:rFonts w:ascii="Times New Roman" w:hAnsi="Times New Roman" w:eastAsia="Times New Roman" w:cs="Times New Roman"/>
        </w:rPr>
        <w:t>”Kolmen viikon ajan Gabriel kamppaili pimeyden valtoja vastaan pyrkien torjumaan niitä vaikutuksia, jotka vaikuttivat Kyyroksen mieleen; ja ennen kuin taistelu päättyi, Kristus itse tuli Gabrielin avuksi. ’Persian valtakunnan enkeli seisoi minua vastaan kaksikymmentäyksi päivää’, Gabriel ilmoittaa; ’mutta katso, Miikael, yksi ensimmäisistä enkeliruhtinaista, tuli auttamaan minua; ja minä jäin sinne Persian kuningasten luo.’ Daniel 10:13. Kaikki, mitä taivas saattoi tehdä Jumalan kansan hyväksi, tehtiin. Voitto saavutettiin lopulta; vihollisen voimat pidettiin aisoissa koko Kyyroksen ajan ja koko hänen poikansa Kambysesin ajan, joka hallitsi noin seitsemän ja puoli vuotta.” Profeetat ja kuninkaat, 571.</w:t>
      </w:r>
    </w:p>
    <w:p>
      <w:pPr>
        <w:pStyle w:val="ArticleBody"/>
        <w:jc w:val="left"/>
      </w:pPr>
      <w:r>
        <w:rPr>
          <w:rFonts w:ascii="Times New Roman" w:hAnsi="Times New Roman" w:eastAsia="Times New Roman" w:cs="Times New Roman"/>
        </w:rPr>
        <w:t>Kyyros, 11. elokuuta 1840, jolloin ottomaanien yliherruus lakkasi, kuten tienraivaajat ilmaisivat asian, toisen vitsauksen islam pidettiin aisoissa. Tämä pidätys merkitsi sen kolmensadanyhdeksänkymmenenyhden vuoden ja viidentoista päivän aikaprofetian päättymistä, joka alkoi, kun neljä enkeliä, jotka edustivat neljää islamilaista sulttaania, päästettiin irti kuudennen enkelin toimesta; tämä enkeli edusti toista vitsausta islamin kolmesta vitsauksesta. 11. syyskuuta islam iski ja sitten sitä pidätettiin, kuten Kyyroksen ja vuoden 1840 historiassa kuvattu pidättäminen osoittaa. Kaikki nuo kolme todistajaa osoittavat islamin pidättämisen tai irtipäästämisen, ja Kristuksen riemullisen sisääntulon alussa aasi päästettiin irti.</w:t>
      </w:r>
    </w:p>
    <w:p>
      <w:pPr>
        <w:pStyle w:val="ArticleBody"/>
        <w:jc w:val="left"/>
      </w:pPr>
      <w:r>
        <w:rPr>
          <w:rFonts w:ascii="Times New Roman" w:hAnsi="Times New Roman" w:eastAsia="Times New Roman" w:cs="Times New Roman"/>
        </w:rPr>
        <w:t>Aasin irtipäästäminen ennen Hänen voitollista sisääntuloaan yksilöi pasuunasanoman, joka saapuu viisi päivää ennen taivaaseenastumista. Sanoma siitä, että islam vapautetaan jälleen, niin kuin se vapautettiin 11. syyskuuta, ja niin kuin se jälleen vapautetaan viisitoista päivää myöhemmin sunnuntailaissa, joka on helluntai, on se sanoma, joka merkitsee keskiyön huudon alkua. Se, että aasi päästetään irti, merkitsee keskiyön huudon sanoman julistamisen alkua eli alfaa, ja sunnuntailaissa, jossa keskiyön huuto muuttuu suureksi huudoksi, islam iskee jälleen maapetoon.</w:t>
      </w:r>
    </w:p>
    <w:p>
      <w:pPr>
        <w:pStyle w:val="ArticleBody"/>
        <w:jc w:val="left"/>
      </w:pPr>
      <w:r>
        <w:rPr>
          <w:rFonts w:ascii="Times New Roman" w:hAnsi="Times New Roman" w:eastAsia="Times New Roman" w:cs="Times New Roman"/>
        </w:rPr>
        <w:t>Keskiyön huudon ajanjakso alkaa islamin alfa-iskulla ja päättyy islamin oomega-iskuun. Islamin iskut Yhdysvaltoja vastaan esitetään Bileamin ja hänen aasinsa todistuksessa, joka luonnollisesti on kuvattu 4. Mooseksen kirjan 22. luvussa. Laodikealaisen seitsemännen päivän adventtikirkon kohtalo maan pedon protestanttisena sarvena esitetään Jesajan 22:22:ssa (sisäinen), ja republikaanisen sarven kohtalo esitetään 4. Mooseksen kirjan 22:22:ssa (ulkoinen) ja siitä eteenpäin.</w:t>
      </w:r>
    </w:p>
    <w:p>
      <w:pPr>
        <w:pStyle w:val="ArticleScripture"/>
        <w:jc w:val="left"/>
      </w:pPr>
      <w:r>
        <w:rPr>
          <w:rFonts w:ascii="Times New Roman" w:hAnsi="Times New Roman" w:eastAsia="Times New Roman" w:cs="Times New Roman"/>
        </w:rPr>
        <w:t>Ja Jumalan viha syttyi, koska hän lähti; ja Herran enkeli asettui tielle vastustajaksi häntä vastaan. Hän ratsasti aasillaan, ja hänen kaksi palvelijaansa olivat hänen kanssaan.</w:t>
      </w:r>
    </w:p>
    <w:p>
      <w:pPr>
        <w:pStyle w:val="ArticleScripture"/>
        <w:jc w:val="left"/>
      </w:pPr>
      <w:r>
        <w:rPr>
          <w:rFonts w:ascii="Times New Roman" w:hAnsi="Times New Roman" w:eastAsia="Times New Roman" w:cs="Times New Roman"/>
        </w:rPr>
        <w:t>Ja aasintamma näki Herran enkelin seisovan tiellä, paljastettu miekka kädessään; ja aasintamma poikkesi tieltä ja meni pellolle. Niin Bileam löi aasintammaa saadakseen sen takaisin tielle. 4. Moos. 22:22, 23.</w:t>
      </w:r>
    </w:p>
    <w:p>
      <w:pPr>
        <w:pStyle w:val="ArticleBody"/>
        <w:jc w:val="left"/>
      </w:pPr>
      <w:r>
        <w:rPr>
          <w:rFonts w:ascii="Times New Roman" w:hAnsi="Times New Roman" w:eastAsia="Times New Roman" w:cs="Times New Roman"/>
        </w:rPr>
        <w:t>Syyskuun 11. päivän tapahtumissa väärä profeetta Bileam, joka edustaa Yhdysvaltoja ja George Bush nuorempaa, pyrki saattamaan päätökseen sen työn, jonka hänen isänsä George Bush vanhempi oli aloittanut globalistien yrityksessä kukistaa Yhdysvallat ja toteuttaa sen, mitä hän nimitti ”uudeksi maailmanjärjestykseksi”. Globalistien raamatullinen motiivi on tappaa Jumalan jäännöskansa, ja George Bush nuorempi edustaa isänsä profeetallisen perinnön päätepistettä tämän johdattaessa sisään ”uutta maailmanjärjestystä”, kuten hän sitä nimitti. Bushin ”uusi maailmanjärjestys” saapuu lohikäärmeen, pedon ja väärän profeetan kolminkertaiseen liittoon sunnuntailaissa, ja George Bush nuorempi merkitsee sen ajanjakson alkua, joka huipentuu sunnuntailakiin; se on sinetöimisen aika, pedon kuvan koetusaika, Ilmestyskirjan kahdeksannentoista luvun ensimmäisen äänen edustama ajanjakso ja paljon muuta. Bileamin aasi käänsi globalistisen ohjelman syrjään, kunnes ne sataneljäkymmentäneljätuhatta on sinetöity heidän otsiinsa.</w:t>
      </w:r>
    </w:p>
    <w:p>
      <w:pPr>
        <w:pStyle w:val="ArticleScripture"/>
        <w:jc w:val="left"/>
      </w:pPr>
      <w:r>
        <w:rPr>
          <w:rFonts w:ascii="Times New Roman" w:hAnsi="Times New Roman" w:eastAsia="Times New Roman" w:cs="Times New Roman"/>
        </w:rPr>
        <w:t>Asafin laulu eli psalmi. Älä ole vaiti, Jumala, älä vaikene äläkä pysy toimettomana, oi Jumala. Sillä katso, sinun vihollisesi metelöivät, ja ne, jotka sinua vihaavat, nostavat päänsä. He punovat kavalia juonia sinun kansaasi vastaan ja pitävät neuvoa sinun suojattejasi vastaan. He sanovat: Tulkaa, hävittäkäämme heidät olemasta kansa, ettei Israelin nimeä enää muistettaisi. Sillä he ovat yksimielisesti neuvotelleet keskenään; he ovat tehneet liiton sinua vastaan. Psalmit 83:1–5.</w:t>
      </w:r>
    </w:p>
    <w:p>
      <w:pPr>
        <w:pStyle w:val="ArticleBody"/>
        <w:jc w:val="left"/>
      </w:pPr>
      <w:r>
        <w:rPr>
          <w:rFonts w:ascii="Times New Roman" w:hAnsi="Times New Roman" w:eastAsia="Times New Roman" w:cs="Times New Roman"/>
        </w:rPr>
        <w:t>Jakeet kuudennesta eteenpäin yksilöivät ”viholliset” ”kymmeneksi” kansaksi, joita Ilmestyskirjan seitsemännessätoista luvussa kuvataan kymmenenä kuninkaana. Siellä kymmenet kuninkaat ovat yhtä mieltä, mutta Aasaf sanoo: ”he ovat neuvotelleet keskenään yksimielisesti; he ovat tehneet liiton sinua vastaan.” Nämä kymmenen kuningasta ovat viimeisten päivien globalistinen paha liittouma, joka on päättänyt ”hävittää” ”Israelin”, ”sinun kätketyt omasi”, niin ettei se enää olisi ”kansana”. Sen kymmenen kuninkaan liittouman tehtävänä, jotka ”korottavat” paavillisen vallan kolmiliiton ”pääksi”, on hävittää hengellinen ”Israel”, joka on kätkettynä ”Korkeimman salaisessa paikassa”.</w:t>
      </w:r>
    </w:p>
    <w:p>
      <w:pPr>
        <w:pStyle w:val="ArticleBody"/>
        <w:jc w:val="left"/>
      </w:pPr>
      <w:r>
        <w:rPr>
          <w:rFonts w:ascii="Times New Roman" w:hAnsi="Times New Roman" w:eastAsia="Times New Roman" w:cs="Times New Roman"/>
        </w:rPr>
        <w:t>Syyskuun 11. päivänä islamin aasi käänsi lohikäärmeen ohjelman pois sen polulta, sillä Ilmestyskirjan 18. luvun väkevä enkeli laskeutui miekka kädessään. Sisäinen koetus oli silloin palata vanhoille poluille. Tuossa vaiheessa sekä ensimmäisen että toisen enkelin milleriläisten historioiden toisto alkoi uudistua, niin kuin se on esitetty Ilmestyskirjan kahdeksannentoista luvun kolmen ensimmäisen jakeen historiassa. Nuo kolme ensimmäistä jaetta ovat ne jakeet, joiden sisar White sanoi täyttyvän silloin, kun New York Cityn suuret rakennukset sortuisivat.</w:t>
      </w:r>
    </w:p>
    <w:p>
      <w:pPr>
        <w:pStyle w:val="ArticleBody"/>
        <w:jc w:val="left"/>
      </w:pPr>
      <w:r>
        <w:rPr>
          <w:rFonts w:ascii="Times New Roman" w:hAnsi="Times New Roman" w:eastAsia="Times New Roman" w:cs="Times New Roman"/>
        </w:rPr>
        <w:t>Syyskuun 11. päivän tapahtumissa täyttyi Ilmestyskirjan 18:1–3, ja rinnakkaisuus ensimmäisen enkelin laskeutumisesta valaisemaan maa kirkkaudellaan 11. elokuuta 1840 yhdistyi tuolloin toiseen enkeliin, joka julisti Babylonin lankeemuksen. Bileam oli ensimmäisen enkelin vertauskuva, ja Bileamia seurasivat hänen kaksi palvelijaansa, jotka edustivat toista enkeliä.</w:t>
      </w:r>
    </w:p>
    <w:p>
      <w:pPr>
        <w:pStyle w:val="ArticleBody"/>
        <w:jc w:val="left"/>
      </w:pPr>
      <w:r>
        <w:rPr>
          <w:rFonts w:ascii="Times New Roman" w:hAnsi="Times New Roman" w:eastAsia="Times New Roman" w:cs="Times New Roman"/>
        </w:rPr>
        <w:t>Bileamin kuvauksessa väärän profeetan republikaanisesta sarvesta Bileamilla olisi vielä kaksi yhteenottoa islamin aasin kanssa. Kolmannessa yhteenotossa aasi ”puhuisi”, ja profetian puhuminen merkitsee sunnuntailakia. Lokakuun 7. päivänä 2023 aasi iski jälleen, mutta ei hengelliseen nykyiseen ihanaan maahan. Se iski kirjaimelliseen muinaiseen ihanaan maahan, ja Bileam ja hänen aasinsa olivat nyt toisessa yhteenotossaan.</w:t>
      </w:r>
    </w:p>
    <w:p>
      <w:pPr>
        <w:pStyle w:val="ArticleScripture"/>
        <w:jc w:val="left"/>
      </w:pPr>
      <w:r>
        <w:rPr>
          <w:rFonts w:ascii="Times New Roman" w:hAnsi="Times New Roman" w:eastAsia="Times New Roman" w:cs="Times New Roman"/>
        </w:rPr>
        <w:t>Mutta Herran enkeli asettui seisomaan viinitarhojen polulle, muuri tällä puolen ja muuri tuolla puolen. Ja kun aasintamma näki Herran enkelin, se painautui muuria vasten ja puristi Bileamin jalan muuria vasten; ja hän löi sitä jälleen. 4. Moos. 22:24, 25.</w:t>
      </w:r>
    </w:p>
    <w:p>
      <w:pPr>
        <w:pStyle w:val="ArticleBody"/>
        <w:jc w:val="left"/>
      </w:pPr>
      <w:r>
        <w:rPr>
          <w:rFonts w:ascii="Times New Roman" w:hAnsi="Times New Roman" w:eastAsia="Times New Roman" w:cs="Times New Roman"/>
        </w:rPr>
        <w:t>Muinaisen Israelin viinitarha kuvaa laodikealaista seitsemännen päivän adventismia viinitarhana. Molemmat ovat liittokansaa, jolle annettiin vastuu olla Jumalan lain haltijoina; tämä laki on vertauskuvallisesti ”muuri” ja yksi niistä osatekijöistä, joista viinitarha koostuu.</w:t>
      </w:r>
    </w:p>
    <w:p>
      <w:pPr>
        <w:pStyle w:val="ArticleScripture"/>
        <w:jc w:val="left"/>
      </w:pPr>
      <w:r>
        <w:rPr>
          <w:rFonts w:ascii="Times New Roman" w:hAnsi="Times New Roman" w:eastAsia="Times New Roman" w:cs="Times New Roman"/>
        </w:rPr>
        <w:t>Mitä muuta olisi voitu tehdä viinitarhalleni, mitä minä en olisi sille tehnyt? Miksi se, kun minä odotin sen tuottavan rypäleitä, tuottikin villimarjoja? Ja nyt, kuulkaa, minä ilmoitan teille, mitä minä teen viinitarhalleni: minä poistan sen aidan, ja se joutuu syötäväksi; minä murskaan sen muurin, ja se tallataan maahan. Jesaja 5:4, 5.</w:t>
      </w:r>
    </w:p>
    <w:p>
      <w:pPr>
        <w:pStyle w:val="ArticleBody"/>
        <w:jc w:val="left"/>
      </w:pPr>
      <w:r>
        <w:rPr>
          <w:rFonts w:ascii="Times New Roman" w:hAnsi="Times New Roman" w:eastAsia="Times New Roman" w:cs="Times New Roman"/>
        </w:rPr>
        <w:t>Sekä muinainen kirjaimellinen että nykyinen hengellinen Israel kapinoivat ja hylkäsivät pyhät vastuunsa. Syyskuun 11. päivästä sunnuntailaista koskevaan lakiin asti profeetallista kysymystä kuvataan ”muurilla”. Tämä profeetallinen kysymys on kirkon ja valtion välisen erottavan ”muurin” murtaminen Yhdysvaltain perustuslaissa. Syyskuun 11. päivän yhteydessä Bush pani täytäntöön Patriot Act -lain, mikä oli merkittävä askel perustuslain kumoamisessa, sillä juuri siinä perustuslakia ohjannut filosofia käännettiin päälaelleen, kun roomalaisen lain periaatteet, joiden mukaan ihminen on syyllinen, kunnes toisin todistetaan, hyväksyttiin englantilaisen lain periaatteen yläpuolelle, joka pitää kiinni siitä, että ihminen on syytön, kunnes hänen syyllisyytensä näytetään toteen.</w:t>
      </w:r>
    </w:p>
    <w:p>
      <w:pPr>
        <w:pStyle w:val="ArticleBody"/>
        <w:jc w:val="left"/>
      </w:pPr>
      <w:r>
        <w:rPr>
          <w:rFonts w:ascii="Times New Roman" w:hAnsi="Times New Roman" w:eastAsia="Times New Roman" w:cs="Times New Roman"/>
        </w:rPr>
        <w:t>Ajanjakso syyskuun 11. päivästä sunnuntailaiksi sisältää profeetallisia viittauksia ”muureihin”. Se, että islam murskaa muurit Bileamin aasina, osoittaa, että juuri islamin kysymys tarjoaa harhautuneen logiikan, jolla perustuslain sisältämät periaatteet kumotaan. Tässä profeetallisessa merkityksessä islam, raamatullinen väärä profeetta, on se, mikä pettää Yhdysvallat pedon kuvan koetuksen aikana, samoin kuin Yhdysvaltain väärä profeetta pettää koko maailman maailmanlaajuisen pedon kuvan koetuksen aikana.</w:t>
      </w:r>
    </w:p>
    <w:p>
      <w:pPr>
        <w:pStyle w:val="ArticleBody"/>
        <w:jc w:val="left"/>
      </w:pPr>
      <w:r>
        <w:rPr>
          <w:rFonts w:ascii="Times New Roman" w:hAnsi="Times New Roman" w:eastAsia="Times New Roman" w:cs="Times New Roman"/>
        </w:rPr>
        <w:t>7. lokakuuta 2023 islamin aasi hyökkäsi muinaiseen kirjaimelliseen ihanaan maahan, ja kun aasi päästetään irti ennen keskiyön huudon julistusta, islam iskee jälleen Yhdysvaltoihin, nykyiseen hengelliseen ihanaan maahan, niin kuin se teki 11. syyskuuta 2001. Toisen kerran, kun Bileam lyö aasia, kyseessä on toinen enkeli, ja toinen enkeli tuottaa aina kaksinkertaistumisen, kuten ilmenee ”viinitarhapolusta”, jolla on kaksi muuria.</w:t>
      </w:r>
    </w:p>
    <w:p>
      <w:pPr>
        <w:pStyle w:val="ArticleScripture"/>
        <w:jc w:val="left"/>
      </w:pPr>
      <w:r>
        <w:rPr>
          <w:rFonts w:ascii="Times New Roman" w:hAnsi="Times New Roman" w:eastAsia="Times New Roman" w:cs="Times New Roman"/>
        </w:rPr>
        <w:t>Ja Herran enkeli meni edelleen ja asettui ahtaaseen paikkaan, jossa ei ollut tietä väistyä oikealle eikä vasemmalle. Ja kun aasintamma näki Herran enkelin, se laskeutui maahan Bileamin alle; silloin Bileamin viha syttyi, ja hän löi aasintammaa sauvalla. Ja Herra avasi aasintamman suun, ja se sanoi Bileamille: Mitä minä olen sinulle tehnyt, että olet lyönyt minua nämä kolme kertaa? 4. Moos. 22:26–28.</w:t>
      </w:r>
    </w:p>
    <w:p>
      <w:pPr>
        <w:pStyle w:val="ArticleBody"/>
        <w:jc w:val="left"/>
      </w:pPr>
      <w:r>
        <w:rPr>
          <w:rFonts w:ascii="Times New Roman" w:hAnsi="Times New Roman" w:eastAsia="Times New Roman" w:cs="Times New Roman"/>
        </w:rPr>
        <w:t>Kun tarkastelemme jakeita kaksikymmentäkaksi ja kolme tarkemmin, havaitsemme, että juuri jakeessa kaksikymmentäkolme aasintammaa lyödään ensimmäisen kerran.</w:t>
      </w:r>
    </w:p>
    <w:p>
      <w:pPr>
        <w:pStyle w:val="ArticleScripture"/>
        <w:jc w:val="left"/>
      </w:pPr>
      <w:r>
        <w:rPr>
          <w:rFonts w:ascii="Times New Roman" w:hAnsi="Times New Roman" w:eastAsia="Times New Roman" w:cs="Times New Roman"/>
        </w:rPr>
        <w:t>Ja Jumalan viha syttyi, koska hän meni; ja Herran enkeli asettui tielle hänen vastustajakseen. Hän ratsasti aasillaan, ja hänen kaksi palvelijaansa olivat hänen kanssaan.</w:t>
      </w:r>
    </w:p>
    <w:p>
      <w:pPr>
        <w:pStyle w:val="ArticleScripture"/>
        <w:jc w:val="left"/>
      </w:pPr>
      <w:r>
        <w:rPr>
          <w:rFonts w:ascii="Times New Roman" w:hAnsi="Times New Roman" w:eastAsia="Times New Roman" w:cs="Times New Roman"/>
        </w:rPr>
        <w:t>Ja aasintamma näki Herran enkelin seisovan tiellä, miekka paljastettuna hänen kädessään; ja aasintamma poikkesi tieltä ja meni kedolle. Silloin Bileam löi aasintammaa saadakseen sen takaisin tielle. 4. Moos. 22:22, 23.</w:t>
      </w:r>
    </w:p>
    <w:p>
      <w:pPr>
        <w:pStyle w:val="ArticleBody"/>
        <w:jc w:val="left"/>
      </w:pPr>
      <w:r>
        <w:rPr>
          <w:rFonts w:ascii="Times New Roman" w:hAnsi="Times New Roman" w:eastAsia="Times New Roman" w:cs="Times New Roman"/>
        </w:rPr>
        <w:t>Jumalan viha Bileamia kohtaan siitä, että tämä suostui pyyntöön ryhtyä vääräksi profeetaksi, oli rinnakkainen Kristuksen päätökselle lopettaa vuoropuhelunsa saivartelevien juutalaisten kanssa Matteuksen 22. luvun viimeisessä jakeessa. 4. Mooseksen kirjan 22. luvun jae kaksikymmentäkolme vastaa Matteuksen 23. lukua, ja 4. Mooseksen kirjan 22. luvun jakeet kaksikymmentäneljä ja kaksikymmentäviisi vastaavat Matteuksen lukuja 24 ja 25. Jakeet kaksikymmentäkuusi, kaksikymmentäseitsemän ja kaksikymmentäkahdeksan vastaavat Matteuksen lukuja 26, 27 ja 28.</w:t>
      </w:r>
    </w:p>
    <w:p>
      <w:pPr>
        <w:pStyle w:val="ArticleBody"/>
        <w:jc w:val="left"/>
      </w:pPr>
      <w:r>
        <w:rPr>
          <w:rFonts w:ascii="Times New Roman" w:hAnsi="Times New Roman" w:eastAsia="Times New Roman" w:cs="Times New Roman"/>
        </w:rPr>
        <w:t>Matteus 23 on ensimmäinen enkeli, 24 ja 25 ovat toinen enkeli, ja 26, 27 ja 28 ovat kolmas enkeli. 4. Mooseksen kirjassa 22 jakeessa 23 on ensimmäinen enkeli, jakeissa 24 ja 25 on toinen enkeli, ja jakeissa 26, 27 ja 28 on kolmas enkeli. Matteus puhuttelee liittokansaa, vanhaa ja uutta; 4. Mooseksen kirja osoittaa islamin roolin Jumalan kurituksen välineenä sunnuntainpalvontaa vastaan, joka alkaa Yhdysvalloissa ja sen jälkeen maailmassa. Kolmannen iskun jälkeen, kun aasintamma puhuu, Bileam valaistuu siitä, mitä juuri oli tapahtunut.</w:t>
      </w:r>
    </w:p>
    <w:p>
      <w:pPr>
        <w:pStyle w:val="ArticleScripture"/>
        <w:jc w:val="left"/>
      </w:pPr>
      <w:r>
        <w:rPr>
          <w:rFonts w:ascii="Times New Roman" w:hAnsi="Times New Roman" w:eastAsia="Times New Roman" w:cs="Times New Roman"/>
        </w:rPr>
        <w:t>Silloin Herra avasi Bileamin silmät, niin että hän näki Herran enkelin seisovan tiellä, paljastettu miekka kädessään; ja hän kumarsi päänsä ja heittäytyi kasvoilleen maahan. Ja Herran enkeli sanoi hänelle: Miksi olet lyönyt aasiasi nämä kolme kertaa? Katso, minä lähdin estämään sinua, koska tiesi on nurja minun edessäni. Ja aasi näki minut ja väistyi minun tieltäni nämä kolme kertaa; ellei se olisi väistynyt minun tieltäni, olisin totisesti jo nyt surmannut sinut ja jättänyt sen eloon. Niin Bileam sanoi Herran enkelille: Minä olen tehnyt syntiä, sillä en tiennyt, että sinä seisoit tiellä minua vastassa; jos siis tämä on sinulle vastenmielistä, minä palaan takaisin. 4. Moos. 22:31–34.</w:t>
      </w:r>
    </w:p>
    <w:p>
      <w:pPr>
        <w:pStyle w:val="ArticleBody"/>
        <w:jc w:val="left"/>
      </w:pPr>
      <w:r>
        <w:rPr>
          <w:rFonts w:ascii="Times New Roman" w:hAnsi="Times New Roman" w:eastAsia="Times New Roman" w:cs="Times New Roman"/>
        </w:rPr>
        <w:t>Bileam edustaa väärää profeettaa, joka on Yhdysvallat, joka puhuu lohikäärmeen tavoin sunnuntailaissa. Sunnuntailain aikana, kun hänet valaistaan, hän edustaa niitä, jotka ovat yhä Babylonissa, jotka silloin herätetään sunnuntailain kysymykseen ja kutsutaan ulos Babylonista.</w:t>
      </w:r>
    </w:p>
    <w:p>
      <w:pPr>
        <w:pStyle w:val="ArticleBody"/>
        <w:jc w:val="left"/>
      </w:pPr>
      <w:r>
        <w:rPr>
          <w:rFonts w:ascii="Times New Roman" w:hAnsi="Times New Roman" w:eastAsia="Times New Roman" w:cs="Times New Roman"/>
        </w:rPr>
        <w:t>Viisi päivää happamattoman leivän sanoman opetusta Milleriltä, sitten kolmekymmentä päivää, jolloin Kristus opettaa pappejaan, joita kolmekymmentä edustaa, mikä johtaa pasuunavaroitussanomaan aasin irtipäästämisestä; tämä edeltää viidellä päivällä tunnuslipun korottamista, mikä edeltää viidellä päivällä suljettua ovea vertauksessa kymmenestä neitsyestä, mikä edeltää viidellä päivällä helluntaisunnuntailakia, joka saattaa voimaan lehtimajajuhlan seitsemän päivän jakson, joka on myöhäissateen täysi vuodatus sunnuntailakikriisin aikana, sillä tuon ajanjakson koetus koskee seitsemättä päivää.</w:t>
      </w:r>
    </w:p>
    <w:p>
      <w:pPr>
        <w:pStyle w:val="ArticleBody"/>
        <w:jc w:val="left"/>
      </w:pPr>
      <w:r>
        <w:rPr>
          <w:rFonts w:ascii="Times New Roman" w:hAnsi="Times New Roman" w:eastAsia="Times New Roman" w:cs="Times New Roman"/>
        </w:rPr>
        <w:t>Luku viisi on neitsyiden vertauskuva, olivatpa he viisaita tai tyhmiä. Luku kolmekymmentä on pappien vertauskuva, mihin 3. Mooseksen kirjan nimi viittaa. Luku seitsemän on sapatti. 3. Mooseksen kirjan luku kaksikymmentäkolme kuvaa pappien historian, Malakian kirjan kolmannen luvun leeviläiset, viisaat neitsyet sekä sadankahdenkymmenenneljän tuhannen joukon sapatin koetusajan aikana.</w:t>
      </w:r>
    </w:p>
    <w:p>
      <w:pPr>
        <w:pStyle w:val="ArticleBody"/>
        <w:jc w:val="left"/>
      </w:pPr>
      <w:r>
        <w:rPr>
          <w:rFonts w:ascii="Times New Roman" w:hAnsi="Times New Roman" w:eastAsia="Times New Roman" w:cs="Times New Roman"/>
        </w:rPr>
        <w:t>Jatkamme näiden asioiden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Laodikean seitsemännen päivän adventistikirkko – numero neljäkymmentäkaksi</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