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neljäkymmentäkuusi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Numero nelikymmentäkuusi</w:t>
      </w:r>
    </w:p>
    <w:p>
      <w:pPr>
        <w:pStyle w:val="ArticleBody"/>
        <w:jc w:val="left"/>
      </w:pPr>
      <w:r>
        <w:rPr>
          <w:rFonts w:ascii="Times New Roman" w:hAnsi="Times New Roman" w:eastAsia="Times New Roman" w:cs="Times New Roman"/>
        </w:rPr>
        <w:t>Caesarea Philippi Caesarea Maritimaan kuvaa ajanjaksoa kolmannesta hetkestä yhdeksänteen hetkeen, joka jakautuu kuudennella hetkellä. Caesareasta Caesareaan ulottuvan jaon muodosti Kirkastusvuori. Kirkastusvuori asettaa kaksi muuta linjaa yhdenmukaisiksi sen kolmen askeleen tienviitan kanssa, joka edeltää helluntailaista sunnuntailakia viidellä päivällä.</w:t>
      </w:r>
    </w:p>
    <w:p>
      <w:pPr>
        <w:pStyle w:val="ArticleBody"/>
        <w:jc w:val="left"/>
      </w:pPr>
      <w:r>
        <w:rPr>
          <w:rFonts w:ascii="Times New Roman" w:hAnsi="Times New Roman" w:eastAsia="Times New Roman" w:cs="Times New Roman"/>
        </w:rPr>
        <w:t>Vuorella Isä Jumala puhui toisen kerran. Ensimmäisen kerran Hän puhui Kristuksen kasteessa, viimeisen kerran juuri ennen ristiä.</w:t>
      </w:r>
    </w:p>
    <w:p>
      <w:pPr>
        <w:pStyle w:val="ArticleScripture"/>
        <w:jc w:val="left"/>
      </w:pPr>
      <w:r>
        <w:rPr>
          <w:rFonts w:ascii="Times New Roman" w:hAnsi="Times New Roman" w:eastAsia="Times New Roman" w:cs="Times New Roman"/>
        </w:rPr>
        <w:t>Nyt minun sieluni on järkytetty; ja mitä minä sanoisin? Isä, pelasta minut tästä hetkestä; mutta sitä varten minä olen tullut tähän hetkeen. Isä, kirkasta nimesi. Silloin taivaasta tuli ääni, joka sanoi: Minä olen sen kirkastanut, ja olen sen vielä uudelleen kirkastava. Niin kansa, joka seisoi siinä ja kuuli sen, sanoi, että oli ukkostanut; toiset sanoivat: Enkeli puhui hänelle. Joh. 12:27–29.</w:t>
      </w:r>
    </w:p>
    <w:p>
      <w:pPr>
        <w:pStyle w:val="ArticleBody"/>
        <w:jc w:val="left"/>
      </w:pPr>
      <w:r>
        <w:rPr>
          <w:rFonts w:ascii="Times New Roman" w:hAnsi="Times New Roman" w:eastAsia="Times New Roman" w:cs="Times New Roman"/>
        </w:rPr>
        <w:t>Jumala kirkastaa nimensä, kun Hän sinetöi ne sata neljäkymmentäneljätuhatta ja kirjoittaa heihin nimensä.</w:t>
      </w:r>
    </w:p>
    <w:p>
      <w:pPr>
        <w:pStyle w:val="ArticleScripture"/>
        <w:jc w:val="left"/>
      </w:pPr>
      <w:r>
        <w:rPr>
          <w:rFonts w:ascii="Times New Roman" w:hAnsi="Times New Roman" w:eastAsia="Times New Roman" w:cs="Times New Roman"/>
        </w:rPr>
        <w:t>Sen, joka voittaa, minä teen pylvääksi Jumalani temppeliin, eikä hän enää koskaan lähde sieltä ulos; ja minä kirjoitan hänen päällensä Jumalani nimen ja Jumalani kaupungin nimen, uuden Jerusalemin, joka laskeutuu alas taivaasta minun Jumalani tyköä, sekä oman uuden nimeni. Jolla on korva, se kuulkoon, mitä Henki sanoo seurakunnille. Ilmestys 3:12, 13.</w:t>
      </w:r>
    </w:p>
    <w:p>
      <w:pPr>
        <w:pStyle w:val="ArticleBody"/>
        <w:jc w:val="left"/>
      </w:pPr>
      <w:r>
        <w:rPr>
          <w:rFonts w:ascii="Times New Roman" w:hAnsi="Times New Roman" w:eastAsia="Times New Roman" w:cs="Times New Roman"/>
        </w:rPr>
        <w:t>Kirkastusvuorella Pietari, Jaakob ja Johannes olivat ainoat läsnä olleet opetuslapset, niin kuin he olivat myös Jairuksen tyttären ylösnousemuksessa ja jälleen Getsemanessa. Getsemane, samoin kuin Isän puhe Johanneksen evankeliumin kahdennessatoista luvussa, tuli juuri ennen ristiä. Getsemane merkitsee ”öljypuristamoa”, mikä osoittaa neitsyiden öljykoetuksen. Getsemane on se ”kriisi”, joka tuo sielun ”kasvoista kasvoihin kuoleman kanssa”, ja viisaat neitsyet läpäisevät koetuksen, sillä toisen temppelin koetuksessa he tulivat kasvoista kasvoihin elämän kanssa, niin kuin Jeesus opetti ”kasvoista kasvoihin” kolmenkymmenen päivän ajan.</w:t>
      </w:r>
    </w:p>
    <w:p>
      <w:pPr>
        <w:pStyle w:val="ArticleBody"/>
        <w:jc w:val="left"/>
      </w:pPr>
      <w:r>
        <w:rPr>
          <w:rFonts w:ascii="Times New Roman" w:hAnsi="Times New Roman" w:eastAsia="Times New Roman" w:cs="Times New Roman"/>
        </w:rPr>
        <w:t>Ensimmäinen kerta, jolloin Isä puhui, oli Kristuksen kasteessa, ja ensimmäinen kerta, jolloin Hän otti mukaansa yksinomaan Pietarin, Jaakobin ja Johanneksen, oli silloin, kun Jairuksen kaksitoistavuotias tytär herätettiin kuolleista. Kaksitoistavuotiaan neitsyen ylösnousemus vastaa Kristuksen kastetta, joka symboloi ylösnousemuksen voimaa. Jairuksen tyttären ylösnousemus vastaa Kristuksen kastetta ja Kesarea Filippia. Getsemane ja Kristuksen järkkyminen, kun Isä puhui juuri ennen ristiä, vastaavat Kesarea Maritimaa.</w:t>
      </w:r>
    </w:p>
    <w:p>
      <w:pPr>
        <w:pStyle w:val="ArticleBody"/>
        <w:jc w:val="left"/>
      </w:pPr>
      <w:r>
        <w:rPr>
          <w:rFonts w:ascii="Times New Roman" w:hAnsi="Times New Roman" w:eastAsia="Times New Roman" w:cs="Times New Roman"/>
        </w:rPr>
        <w:t>Rivi riviltä Pietari edustaa niitä sataaneljääkymmentäneljää tuhatta, jotka sinetöidään Kesareassa Filippin luona, kun Simon Barjonan nimi muutetaan Pietariksi. Kerran Paniumissa, joka on Kesarea Filippi, sinetöitynä Pietari menee vuoren kuudenteen hetkeen, missä hänet korotetaan tunnusmerkiksi hänen jatkaessaan vastatakseen Korneliuksen kutsuun Kesarea Maritimassa. Kesareassa Filippin luona Pietari lähtee Exeterin leirikokouksesta mukanaan Jumalan sinetti ja julistettavakseen keskiyön huudon sanoma. Islamin sanoma, sellaisena kuin sitä edustaa pasuunansoiton juhla, vie Pietarin edelleen Kesareaan meren rannalle. Islamin sanoma korottaa Pietarin maailman nähtäväksi, sillä Pietari on ennalta ennustanut islamin profeetallisen saapumisen ennen pasuunansoiton juhlaa.</w:t>
      </w:r>
    </w:p>
    <w:p>
      <w:pPr>
        <w:pStyle w:val="ArticleScripture"/>
        <w:jc w:val="left"/>
      </w:pPr>
      <w:r>
        <w:rPr>
          <w:rFonts w:ascii="Times New Roman" w:hAnsi="Times New Roman" w:eastAsia="Times New Roman" w:cs="Times New Roman"/>
        </w:rPr>
        <w:t>Katso, minä lähetän teille profeetta Elian ennen kuin tulee Herran suuri ja peljättävä päivä. Ja hän kääntää isien sydämet lasten puoleen ja lasten sydämet heidän isiensä puoleen, etten minä tulisi ja löisi maata kirouksella. Malakia 4:5, 6.</w:t>
      </w:r>
    </w:p>
    <w:p>
      <w:pPr>
        <w:pStyle w:val="ArticleBody"/>
        <w:jc w:val="left"/>
      </w:pPr>
      <w:r>
        <w:rPr>
          <w:rFonts w:ascii="Times New Roman" w:hAnsi="Times New Roman" w:eastAsia="Times New Roman" w:cs="Times New Roman"/>
        </w:rPr>
        <w:t>Rivi riviltä Elian sanoma on sanoma, joka perustuu isien saattamiseen sopusointuun lastensa kanssa. Elia oli Isä Miller, joka kuvastaa lapsiaan. Ne sataneljäkymmentäneljätuhatta ovat William Millerin lapset, ja kääntää Millerin sydämet hänen lastensa puoleen merkitsee saattaa milleriläinen historia sopusointuun Elian historian kanssa sekä Johannes Kastajan historian sen sanansaattajan kanssa, joka liittyy sataneljäkymmentäneljään tuhanteen. Yksi näiden neljän linjan yhteensovittamisen osatekijä on se, että Elian, Johanneksen ja Millerin kunkin koetuksen historiassa ainoa nykyhetken totuuden sanoma oli se sanoma, joka tuli sanansaattajan kautta.</w:t>
      </w:r>
    </w:p>
    <w:p>
      <w:pPr>
        <w:pStyle w:val="ArticleScripture"/>
        <w:jc w:val="left"/>
      </w:pPr>
      <w:r>
        <w:rPr>
          <w:rFonts w:ascii="Times New Roman" w:hAnsi="Times New Roman" w:eastAsia="Times New Roman" w:cs="Times New Roman"/>
        </w:rPr>
        <w:t>Ja elialainen Elia, yksi Gileadin asukkaista, sanoi Ahabille: Niin totta kuin Herra, Israelin Jumala, elää, jonka edessä minä seison, näinä vuosina ei tule kastetta eikä sadetta, muutoin kuin minun sanani mukaan. 1. Kun. 17:1.</w:t>
      </w:r>
    </w:p>
    <w:p>
      <w:pPr>
        <w:pStyle w:val="ArticleBody"/>
        <w:jc w:val="left"/>
      </w:pPr>
      <w:r>
        <w:rPr>
          <w:rFonts w:ascii="Times New Roman" w:hAnsi="Times New Roman" w:eastAsia="Times New Roman" w:cs="Times New Roman"/>
        </w:rPr>
        <w:t>Sisär White ilmaisee selvästi, että ne, jotka eivät ottaneet vastaan Johanneksen sanomaa, jonka Jeesus samasti Eliakseksi, eivät voineet hyötyä Jeesuksen opetuksista; samoin ne, jotka hylkäsivät Millerin sanoman, jota edustaa ensimmäisen enkelin sanoma, eivät voineet hyötyä toisen enkelin sanomasta. Elian ilmoitukseen siitä, että sade tulisi vain hänen käskystään, liittyi lopullinen koetus, johon sisältyi kehotus valita Elian sanoman tai Baalin sanoman välillä. Profeetallinen symboli ”kuinka kauan” yhdistää Elian Karmelinvuoren sunnuntailakiin.</w:t>
      </w:r>
    </w:p>
    <w:p>
      <w:pPr>
        <w:pStyle w:val="ArticleScripture"/>
        <w:jc w:val="left"/>
      </w:pPr>
      <w:r>
        <w:rPr>
          <w:rFonts w:ascii="Times New Roman" w:hAnsi="Times New Roman" w:eastAsia="Times New Roman" w:cs="Times New Roman"/>
        </w:rPr>
        <w:t>Niin Ahab lähetti sanan kaikille Israelin lapsille ja kokosi profeetat Karmelinvuorelle. Ja Elia astui kaiken kansan eteen ja sanoi: Kuinka kauan te horjutte kahden mielipiteen välillä? Jos Herra on Jumala, seuratkaa häntä; mutta jos Baal, seuratkaa häntä. Eikä kansa vastannut hänelle sanaakaan. Silloin Elia sanoi kansalle: Minä, juuri minä yksin, olen jäänyt jäljelle Herran profeetaksi; mutta Baalin profeettoja on neljäsataa viisikymmentä miestä. Annettakoon siis meille kaksi mullikkaa; ja valitkoot he itselleen toisen mullikan, paloitelkoot sen ja pankoott sen puiden päälle, mutta älkööt sytyttäkö tulta alle; ja minä valmistan toisen mullikan ja panen sen puiden päälle enkä sytytä tulta alle. Ja huutakaa te jumalainne nimeä, ja minä huudan Herran nimeä; ja se jumala, joka vastaa tulella, hän olkoon Jumala. Ja kaikki kansa vastasi ja sanoi: Hyvin puhuttu. 1. Kun. 18:20–24.</w:t>
      </w:r>
    </w:p>
    <w:p>
      <w:pPr>
        <w:pStyle w:val="ArticleBody"/>
        <w:jc w:val="left"/>
      </w:pPr>
      <w:r>
        <w:rPr>
          <w:rFonts w:ascii="Times New Roman" w:hAnsi="Times New Roman" w:eastAsia="Times New Roman" w:cs="Times New Roman"/>
        </w:rPr>
        <w:t>Karmelin koe oli valinta kahden sanoman välillä. Se oli koe toden ja väärän profetian sekä sanansaattaja Elian ja niiden profeettojen välillä, jotka istuivat Iisebelin pöydässä. Kysymys oli sanansaattajasta ja sanomasta. Vuonna 1844 Karmel toistui, kun Herra aikaansai kokeen, joka osoitti Millerin oikeaksi profeetaksi ja Millerin sanoman kasteeksi ja sateeksi. Ero oikean profeetan ja oikean sanoman sekä väärän profeetan ja väärän sanoman välillä esitettiin Exeterin leirikokouksessa Exeterin teltan ja Watertownin ryhmän teltan kautta. Kaksi majaa, jotka edustivat totta vastakohtana väärälle. Karmelissa tehty ero sekä vuoden 1844 historia tunnistetaan Kesarea Filippissä, kun Pietari sinetöidään ja korotetaan vuorelle lipuksi. Hänet korotettiin, koska hän oli väittänyt, että hänen sanomansa oli myöhäissateen ainoa oikea sanoma. Hänet korotettiin, kun hänen ennustuksensa täyttyi.</w:t>
      </w:r>
    </w:p>
    <w:p>
      <w:pPr>
        <w:pStyle w:val="ArticleBody"/>
        <w:jc w:val="left"/>
      </w:pPr>
      <w:r>
        <w:rPr>
          <w:rFonts w:ascii="Times New Roman" w:hAnsi="Times New Roman" w:eastAsia="Times New Roman" w:cs="Times New Roman"/>
        </w:rPr>
        <w:t>Pasuunansoiton juhla on kolmas ja ratkaiseva koetinkivi helluntaikaudella, ja ennen tätä koetinkiveä Pietari osoittaa, että islam on päästettävä irti merkitsemään Keskiyön huudon julistuksen alkamista. Profetian täyttyminen on se, mikä teki eron milleriläisten ja protestanttien välillä, jotka edustavat entistä liittokansaa, joka ohitetaan. Elia surmasi henkilökohtaisesti väärät profeetat, kun ero toden ja valheen välillä oli tullut ilmi. Ero tehdään pasuunansoiton juhlassa, kun islamia koskeva ennustus täyttyy.</w:t>
      </w:r>
    </w:p>
    <w:p>
      <w:pPr>
        <w:pStyle w:val="ArticleBody"/>
        <w:jc w:val="left"/>
      </w:pPr>
      <w:r>
        <w:rPr>
          <w:rFonts w:ascii="Times New Roman" w:hAnsi="Times New Roman" w:eastAsia="Times New Roman" w:cs="Times New Roman"/>
        </w:rPr>
        <w:t>Milleriläisen historian keskiyönhuuto oli ennustus, jota korjattiin ja joka sen jälkeen täyttyi. Se täyttyi 22. lokakuuta 1844, kun taas Millerin alkuperäinen käsitys keskiyönhuudosta oli vuosi 1843. Samuel Snow edustaa sanoman korjausta, ja hänen sanomansa tuli tunnetuksi ”todellisena” keskiyönhuudon sanomana.</w:t>
      </w:r>
    </w:p>
    <w:p>
      <w:pPr>
        <w:pStyle w:val="ArticleBody"/>
        <w:jc w:val="left"/>
      </w:pPr>
      <w:r>
        <w:rPr>
          <w:rFonts w:ascii="Times New Roman" w:hAnsi="Times New Roman" w:eastAsia="Times New Roman" w:cs="Times New Roman"/>
        </w:rPr>
        <w:t>1844 oli havainnollistus Millerin sanoman ja protestanttien sanoman välisestä erosta. Koettelemisprosessissa protestantit surmattiin Millerin kautta, ja heistä tuli sitten luopioprotestantismi, Rooman tyttäret, Iisebelin papit. Ero tuli ilmi joko profeetallisen sanoman vastaanottamisen tai hylkäämisen kautta. Johanneksen ja Millerin kohdalla profeetallinen sanoma paljasti entisen liittokansan väärän sanoman, niiden, jotka sivuutettiin. Elian sanoma julisti, ettei sadetta tulisi muuten kuin hänen sanansa kautta, ja kolmen ja puolen vuoden kuluttua tuon väitteen koetus oli tuleva ilmeiseksi.</w:t>
      </w:r>
    </w:p>
    <w:p>
      <w:pPr>
        <w:pStyle w:val="ArticleScripture"/>
        <w:jc w:val="left"/>
      </w:pPr>
      <w:r>
        <w:rPr>
          <w:rFonts w:ascii="Times New Roman" w:hAnsi="Times New Roman" w:eastAsia="Times New Roman" w:cs="Times New Roman"/>
        </w:rPr>
        <w:t>Ja tapahtui, että kun Ahab näki Elian, Ahab sanoi hänelle: Oletko sinä se, joka saattaa Israelin onnettomuuteen? Hän vastasi: En minä ole saattanut Israelia onnettomuuteen, vaan sinä ja sinun isäsi huone, siinä että olette hylänneet Herran käskyt ja että sinä olet seurannut baaleja. Lähetä siis nyt sana ja kokoa minun luokseni koko Israel Karmelinvuorelle sekä Baalin profeetat, neljäsataa viisikymmentä, ja lehtojen profeetat, neljäsataa, jotka syövät Iisebelin pöydästä. 1. Kun. 18:17–19.</w:t>
      </w:r>
    </w:p>
    <w:p>
      <w:pPr>
        <w:pStyle w:val="ArticleBody"/>
        <w:jc w:val="left"/>
      </w:pPr>
      <w:r>
        <w:rPr>
          <w:rFonts w:ascii="Times New Roman" w:hAnsi="Times New Roman" w:eastAsia="Times New Roman" w:cs="Times New Roman"/>
        </w:rPr>
        <w:t>Väärän ja aidon välinen ero, olipa kyse sanansaattajasta tai sanomasta, tuli ilmi koetusprosessissa, johon sisältyi syytöksiä sekä sanomaa että sanansaattajaa vastaan. Elia oli se, jota syytettiin Israelin saattamisesta onnettomuuteen, sillä hänen sanomansa oli pysäyttänyt sateen. Jos Israelissa olisi jatkanut satamista, mitään kysymystä Eliasta ei olisi nostettu esiin. Kysymys perustui Elian ennustukseen ja sen täyttymiseen kolmen ja puolen vuoden aikana.</w:t>
      </w:r>
    </w:p>
    <w:p>
      <w:pPr>
        <w:pStyle w:val="ArticleBody"/>
        <w:jc w:val="left"/>
      </w:pPr>
      <w:r>
        <w:rPr>
          <w:rFonts w:ascii="Times New Roman" w:hAnsi="Times New Roman" w:eastAsia="Times New Roman" w:cs="Times New Roman"/>
        </w:rPr>
        <w:t>Kun Pietari on Caesarea Philipin koetinkivessä, joka on pasuunajuhla ja myös paikka, jossa aasintamma päästetään irti, Keskellä yötä kajahtavan huudon sanoman alku merkitään. Pietari, Elian kaltainen, on juuri nähnyt ennustuksensa vahvistuksen, ja ero oikean ja väärän välillä on osoitettu kaikkien nähtäväksi. Ennustuksen vahvistus kuvataan pasuunajuhlalla — joka on koetinkivi. Ennustusta esikuvasivat sekä vuosi 1840 että vuosi 1844, jolloin ennustus oikaistaan ja sen jälkeen täyttyy. Josiah Litchin oikaistu ennustus valtuutti ensimmäisen enkelin 11. elokuuta 1840, ja Millerin ennustuksen vuodesta 1843 oikaisi Snow.</w:t>
      </w:r>
    </w:p>
    <w:p>
      <w:pPr>
        <w:pStyle w:val="ArticleScripture"/>
        <w:jc w:val="left"/>
      </w:pPr>
      <w:r>
        <w:rPr>
          <w:rFonts w:ascii="Times New Roman" w:hAnsi="Times New Roman" w:eastAsia="Times New Roman" w:cs="Times New Roman"/>
        </w:rPr>
        <w:t>”Vuonna 1840 toinen huomattava profetian täyttyminen herätti laajaa mielenkiintoa. Kaksi vuotta aiemmin Josiah Litch, yksi toisen adventin johtavista saarnaajista, julkaisi Ilmestyskirjan 9. luvun selityksen, jossa hän ennusti Osmanien valtakunnan lankeemuksen. Hänen laskelmiensa mukaan tämän vallan oli määrä kukistua... 11. elokuuta 1840, jolloin ottomaanien vallan Konstantinopolissa voidaan odottaa murtuvan. Ja uskon, että tämän havaitaan pitävän paikkansa.”</w:t>
      </w:r>
    </w:p>
    <w:p>
      <w:pPr>
        <w:pStyle w:val="ArticleScripture"/>
        <w:jc w:val="left"/>
      </w:pPr>
      <w:r>
        <w:rPr>
          <w:rFonts w:ascii="Times New Roman" w:hAnsi="Times New Roman" w:eastAsia="Times New Roman" w:cs="Times New Roman"/>
        </w:rPr>
        <w:t>”Juuri määrättynä ajankohtana Turkki hyväksyi lähettiläittensä kautta Euroopan liittoutuneiden valtojen suojeluksen ja asettui siten kristittyjen kansakuntien valvonnan alaiseksi. Tapahtuma täytti ennustuksen täsmälleen. Kun tämä tuli tunnetuksi, monet vakuuttuivat niiden profeetallisen tulkinnan periaatteiden oikeellisuudesta, jotka Miller ja hänen työtoverinsa olivat omaksuneet, ja adventtiliike sai ihmeellisen sysäyksen. Oppineet ja yhteiskunnalliselta asemaltaan huomattavat miehet liittyivät Milleriin sekä hänen näkemystensä saarnaamisessa että niiden julkaisemisessa, ja vuodesta 1840 vuoteen 1844 työ laajeni nopeasti.” Suuri taistelu, 334, 335.</w:t>
      </w:r>
    </w:p>
    <w:p>
      <w:pPr>
        <w:pStyle w:val="ArticleBody"/>
        <w:jc w:val="left"/>
      </w:pPr>
      <w:r>
        <w:rPr>
          <w:rFonts w:ascii="Times New Roman" w:hAnsi="Times New Roman" w:eastAsia="Times New Roman" w:cs="Times New Roman"/>
        </w:rPr>
        <w:t>Litchin ennustus koski islamia, ja Snow’n ennustus koski suljettua ovea. Kun Litchin ennustus täyttyi, sanoman vahvistanut menetelmä hyväksyttiin, ja ne, jotka hyväksyivät sanoman, ”yhdistyivät” sanansaattajaan. Sekä sanoma että sanansaattaja tunnistettiin ennustuksen täyttymyksessä. Litchin ennustus koski islamia, ja Snow’n ennustus koski suljettua ovea.</w:t>
      </w:r>
    </w:p>
    <w:p>
      <w:pPr>
        <w:pStyle w:val="ArticleScripture"/>
        <w:jc w:val="left"/>
      </w:pPr>
      <w:r>
        <w:rPr>
          <w:rFonts w:ascii="Times New Roman" w:hAnsi="Times New Roman" w:eastAsia="Times New Roman" w:cs="Times New Roman"/>
        </w:rPr>
        <w:t>”Näin Jumalan kansan iloisena odotuksessa, odottamassa Herraansa. Mutta Jumala oli tarkoittanut koetella heitä. Hänen kätensä peitti virheen profeetallisten ajanjaksojen laskennassa. Ne, jotka odottivat Herraansa, eivät havainneet tätä virhettä, eivätkä myöskään oppineimmat miehet, jotka vastustivat ajankohtaa, nähneet sitä. Jumala oli tarkoittanut, että Hänen kansansa kohtaisi pettymyksen. Aika kului umpeen, ja ne, jotka olivat odottaneet Vapahtajaansa iloisin odotuksin, olivat murheellisia ja masentuneita, kun taas ne, jotka eivät olleet rakastaneet Jeesuksen ilmestymistä, vaan omaksuneet sanoman pelosta, iloitsivat siitä, ettei Hän tullut odotettuna aikana. Heidän tunnustuksensa ei ollut vaikuttanut sydämeen eikä puhdistanut elämää. Ajan kuluminen oli omiaan paljastamaan sellaiset sydämet. He olivat ensimmäiset, jotka kääntyivät pois ja pilkkasivat murheellisia, pettyneitä niitä, jotka todella rakastivat Vapahtajansa ilmestymistä. Näin Jumalan viisauden siinä, että Hän koetteli kansaansa ja antoi sille läpitunkevan koetuksen paljastaakseen ne, jotka koetuksen hetkellä vetäytyisivät ja kääntyisivät takaisin.</w:t>
      </w:r>
    </w:p>
    <w:p>
      <w:pPr>
        <w:pStyle w:val="ArticleScripture"/>
        <w:jc w:val="left"/>
      </w:pPr>
      <w:r>
        <w:rPr>
          <w:rFonts w:ascii="Times New Roman" w:hAnsi="Times New Roman" w:eastAsia="Times New Roman" w:cs="Times New Roman"/>
        </w:rPr>
        <w:t>“Jeesus ja koko taivaallinen joukko katsoivat myötätunnolla ja rakkaudella niitä, jotka suloisessa odotuksessa olivat kaivanneet nähdä Hänet, jota heidän sielunsa rakastivat. Enkelit leijuivat heidän ympärillään vahvistaakseen heitä heidän koetuksensa hetkellä. Ne, jotka olivat laiminlyöneet ottaa vastaan taivaallisen sanoman, jäivät pimeyteen, ja Jumalan viha syttyi heitä vastaan, koska he eivät tahtoneet ottaa vastaan sitä valoa, jonka Hän oli lähettänyt heille taivaasta. Nuo uskolliset, pettyneet, jotka eivät voineet ymmärtää, miksi heidän Herransa ei tullut, eivät jääneet pimeyteen. Jälleen heidät johdatettiin Raamattujensa ääreen tutkimaan profeetallisia ajanjaksoja. Herran käsi poistettiin lukujen päältä, ja erehdys selitettiin. He näkivät, että profeetalliset ajanjaksot ulottuivat vuoteen 1844 ja että sama todistusaineisto, jonka he olivat esittäneet osoittaakseen profeetallisten ajanjaksojen päättyvän vuonna 1843, osoitti niiden päättyvän vuonna 1844. Valo Jumalan sanasta loisti heidän asemaansa, ja he havaitsivat viivytyksen ajan — ’Vaikka se [näky] viipyy, odota sitä.’ Rakkaudessaan Kristuksen välittömään tulemiseen he olivat sivuuttaneet näyn viivytyksen, jonka tarkoituksena oli tuoda ilmi todelliset odottajat. Jälleen heillä oli määrätty ajankohta. Kuitenkin minä näin, ettei moni heistä kyennyt kohoamaan ankaran pettymyksensä yläpuolelle omistaakseen sitä intoa ja voimaa, jotka olivat leimanneet heidän uskoaan vuonna 1843.</w:t>
      </w:r>
    </w:p>
    <w:p>
      <w:pPr>
        <w:pStyle w:val="ArticleScripture"/>
        <w:jc w:val="left"/>
      </w:pPr>
      <w:r>
        <w:rPr>
          <w:rFonts w:ascii="Times New Roman" w:hAnsi="Times New Roman" w:eastAsia="Times New Roman" w:cs="Times New Roman"/>
        </w:rPr>
        <w:t>“Saatana ja hänen enkelinsä saivat heistä voiton, ja ne, jotka eivät tahtoneet vastaanottaa sanomaa, onnittelivat itseään kaukonäköisestä arvostelukyvystään ja viisaudestaan siinä, etteivät olleet ottaneet vastaan sitä eksytystä, miksi he sitä nimittivät. He eivät käsittäneet, että he hylkäsivät Jumalan neuvon omaksi vahingokseen ja toimivat yhdessä saatanan ja hänen enkeliensä kanssa saattaakseen hämmennykseen Jumalan kansaa, joka eli todeksi taivaasta lähetettyä sanomaa.”</w:t>
      </w:r>
    </w:p>
    <w:p>
      <w:pPr>
        <w:pStyle w:val="ArticleScripture"/>
        <w:jc w:val="left"/>
      </w:pPr>
      <w:r>
        <w:rPr>
          <w:rFonts w:ascii="Times New Roman" w:hAnsi="Times New Roman" w:eastAsia="Times New Roman" w:cs="Times New Roman"/>
        </w:rPr>
        <w:t>“Tähän sanomaan uskovia sorrettiin kirkoissa. Jonkin aikaa ne, jotka eivät tahtoneet ottaa sanomaa vastaan, pidättyivät pelon vuoksi ilmaisemasta sydämensä tuntoja; mutta ajan kuluminen paljasti heidän todelliset tunteensa. He tahtoivat vaientaa sen todistuksen, jonka odottavat tunsivat velvollisuudekseen esittää, nimittäin että profeetalliset ajanjaksot ulottuivat vuoteen 1844. Uskovat selittivät selvästi erehdyksensä ja esittivät syyt siihen, miksi he odottivat Herraansa vuonna 1844. Heidän vastustajansa eivät kyenneet esittämään mitään väitteitä annettuja voimallisia perusteita vastaan. Kuitenkin kirkkojen viha syttyi; he päättivät olla kuuntelematta todistusaineistoa ja sulkea todistuksen pois kirkoista, jotta muut eivät voisi sitä kuulla. Ne, jotka eivät uskaltaneet salata toisilta sitä valoa, jonka Jumala oli heille antanut, suljettiin pois kirkoista; mutta Jeesus oli heidän kanssaan, ja he iloitsivat Hänen kasvojensa valossa. He olivat valmistetut vastaanottamaan toisen enkelin sanoman.” Early Writings, 235–237.</w:t>
      </w:r>
    </w:p>
    <w:p>
      <w:pPr>
        <w:pStyle w:val="ArticleBody"/>
        <w:jc w:val="left"/>
      </w:pPr>
      <w:r>
        <w:rPr>
          <w:rFonts w:ascii="Times New Roman" w:hAnsi="Times New Roman" w:eastAsia="Times New Roman" w:cs="Times New Roman"/>
        </w:rPr>
        <w:t>Pietari edustaa niitä sataneljääkymmentäneljää tuhatta, jotka Litchin tavoin esittävät korjatun ennustuksen islamista ja erään valtakunnan lopusta; ja Snow’n tavoin Pietari esittää myös korjatun ennustuksen suljetusta ovesta. Litchin sanoma islamin toisesta voi-huudosta oli ulkoinen ennustus, ja Snow’n suljettu ovi oli sisäinen ennustus. Snow’n kohdalla työ alkoi, kun Herra poisti kätensä luvuista, ja silloin nähtiin, että juuri samat todisteet, joiden oli aiemmin ajateltu todistavan vuoden 1843 puolesta, todistivatkin todellisuudessa 22. lokakuuta 1844. Litchin kohdalla kyse oli laskelmasta, joka täyttyessään toi Ilmestyskirjan kymmenennen luvun enkelin alas seisomaan maan ja meren päälle.</w:t>
      </w:r>
    </w:p>
    <w:p>
      <w:pPr>
        <w:pStyle w:val="ArticleBody"/>
        <w:jc w:val="left"/>
      </w:pPr>
      <w:r>
        <w:rPr>
          <w:rFonts w:ascii="Times New Roman" w:hAnsi="Times New Roman" w:eastAsia="Times New Roman" w:cs="Times New Roman"/>
        </w:rPr>
        <w:t>Se, että Litch laski ennustuksensa uudelleen kymmenen päivää ennen sen täyttymistä, osoittaa aiemman ennustuksen korjaamisen olevan koetus. Ovatko alku vuonna 1840 ja loppu vuonna 1844 todellisuudessa profeetallinen vertauskuva ennustuksesta, joka lasketaan uudelleen tullakseen todelliseksi keskiyön huudoksi? Ovatko milleriittisen historian alfa ja omega, jotka päättyivät keskiyön huudon julistamiseen, todellisuudessa esikuvia sadan neljänkymmenenneljän tuhannen todellisen keskiyön huudon profeetallisista ominaispiirteistä?</w:t>
      </w:r>
    </w:p>
    <w:p>
      <w:pPr>
        <w:pStyle w:val="ArticleBody"/>
        <w:jc w:val="left"/>
      </w:pPr>
      <w:r>
        <w:rPr>
          <w:rFonts w:ascii="Times New Roman" w:hAnsi="Times New Roman" w:eastAsia="Times New Roman" w:cs="Times New Roman"/>
        </w:rPr>
        <w:t>Korjatun ennustuksen julistamisen kummassakin vaiheessa Millerin sanomaa vastaan ilmeni kiistaa, sillä sanoma levottomutti ihmisiä. Kun Pietari seisoo Kesareassa Filippin luona, sanomasta vallitsee kiista, joka alkoi jo ennen Kesareaa Filippin luona, sillä juuri täyttymys vahvistaa, että vasta Pietarin sanan kautta sateen sanoma lankesi. Kesarea Filippin luona on pasuunanjuhla, ja se vastaa sitä, että Kristus lähettää kaksi opetuslasta, jotka edustavat toista enkeliä, päästämään irti islamin aasin. Islamin aasin irtipäästäminen julistaa Keskiyön huudon sanoman alkamisen Exeterin leirikokouksessa, sillä ratsain, päivän myöhässä, 13. elokuuta saapunut Samuel Snow, joka oli viivytellyt sen sijaan, että olisi saapunut avajaispäivänä, merkitsee viipymisen ajan päättymistä ja sen sanoman alkua, jota kokouksen päättyessä 17. päivänä kannettiin kuin hyökyaaltoa.</w:t>
      </w:r>
    </w:p>
    <w:p>
      <w:pPr>
        <w:pStyle w:val="ArticleBody"/>
        <w:jc w:val="left"/>
      </w:pPr>
      <w:r>
        <w:rPr>
          <w:rFonts w:ascii="Times New Roman" w:hAnsi="Times New Roman" w:eastAsia="Times New Roman" w:cs="Times New Roman"/>
        </w:rPr>
        <w:t>Milleriläisen historian kiista, kuningas Ahabia koskevat syytökset ja väittelevien juutalaisten vastustus Kristuksen tullessa Jerusalemiin osoittavat kaikki kiistaan, joka saavuttaa päätöksensä pasuunansoiton juhlassa, kun aasi päästetään irti. Aasin irtipäästäminen on sen profetian vahvistus, joka osoittaa suljetun oven adventismin kohdalla alussa Kesarea Filippissä ja suljetun oven tämän ajanjakson lopussa Kesarea Maritimassa. Aasi on sen islamin vertauskuva, joka kuuluu kolmanteen voihuutoon ja iskee Yhdysvaltoihin, Nashville, Tennessee mukaan luettuna. Heinäkuun 18. päivän 2020 epäonnistunutta ennustusta korjataan nyt asteittain, kun Herra vetää pois kätensä ja avaa Jeesuksen Kristuksen ilmestyksen sinetit. Tuo sinettien avaaminen alkoi erämaassa heinäkuussa 2023.</w:t>
      </w:r>
    </w:p>
    <w:p>
      <w:pPr>
        <w:pStyle w:val="ArticleHeading"/>
        <w:jc w:val="left"/>
      </w:pPr>
      <w:r>
        <w:rPr>
          <w:rFonts w:ascii="Arial" w:hAnsi="Arial" w:eastAsia="Arial" w:cs="Arial"/>
        </w:rPr>
        <w:t>Danielin yhdennentoista luvun näky</w:t>
      </w:r>
    </w:p>
    <w:p>
      <w:pPr>
        <w:pStyle w:val="ArticleBody"/>
        <w:jc w:val="left"/>
      </w:pPr>
      <w:r>
        <w:rPr>
          <w:rFonts w:ascii="Times New Roman" w:hAnsi="Times New Roman" w:eastAsia="Times New Roman" w:cs="Times New Roman"/>
        </w:rPr>
        <w:t>Trumpettien juhla edustaa seitsemättä pasuunaa, joka on kolmas voi-huuto, joka on islam. Pasuuna on ulkoinen sodan varoitussanoma, mutta se voidaan ymmärtää myös sisäiseksi kutsuksi pyhään juhlakokoukseen. Lakmustestinä, joka alkaa, kun toisen temppelin koetuksen kolmekymmentä päivää päättyvät, se on sekä ulkoinen että sisäinen sanoma. Ensimmäinen perustava koetus saapui keväällä 2024 antikristuksen ulkoisen näyn myötä, sellaisena kuin se on esitettynä Daniel 11:14:ssä.</w:t>
      </w:r>
    </w:p>
    <w:p>
      <w:pPr>
        <w:pStyle w:val="ArticleScripture"/>
        <w:jc w:val="left"/>
      </w:pPr>
      <w:r>
        <w:rPr>
          <w:rFonts w:ascii="Times New Roman" w:hAnsi="Times New Roman" w:eastAsia="Times New Roman" w:cs="Times New Roman"/>
        </w:rPr>
        <w:t>Ja niinä aikoina monet nousevat etelän kuningasta vastaan; myös sinun kansasi väkivaltaiset miehet korottavat itsensä vahvistaakseen näyn, mutta he lankeavat. Daniel 11:14.</w:t>
      </w:r>
    </w:p>
    <w:p>
      <w:pPr>
        <w:pStyle w:val="ArticleBody"/>
        <w:jc w:val="left"/>
      </w:pPr>
      <w:r>
        <w:rPr>
          <w:rFonts w:ascii="Times New Roman" w:hAnsi="Times New Roman" w:eastAsia="Times New Roman" w:cs="Times New Roman"/>
        </w:rPr>
        <w:t>Edellinen jae esitteli Paniumin, ja Paniumia koskeva todistus jatkuu aina jakeeseen viisitoista saakka.</w:t>
      </w:r>
    </w:p>
    <w:p>
      <w:pPr>
        <w:pStyle w:val="ArticleScripture"/>
        <w:jc w:val="left"/>
      </w:pPr>
      <w:r>
        <w:rPr>
          <w:rFonts w:ascii="Times New Roman" w:hAnsi="Times New Roman" w:eastAsia="Times New Roman" w:cs="Times New Roman"/>
        </w:rPr>
        <w:t>Sillä pohjoisen kuningas on palaava ja asettava liikkeelle joukon, joka on suurempi kuin entinen, ja on varmasti tuleva muutamien vuosien kuluttua suuren armeijan ja runsaan varallisuuden kanssa. Daniel 11:13.</w:t>
      </w:r>
    </w:p>
    <w:p>
      <w:pPr>
        <w:pStyle w:val="ArticleBody"/>
        <w:jc w:val="left"/>
      </w:pPr>
      <w:r>
        <w:rPr>
          <w:rFonts w:ascii="Times New Roman" w:hAnsi="Times New Roman" w:eastAsia="Times New Roman" w:cs="Times New Roman"/>
        </w:rPr>
        <w:t>Pohjoisen kuningas jakeissa kymmenestä viiteentoista on paavikunnan sijaisvalta, jota jakeessa kymmenen edusti Ronald Reagan, kun rautaesiripun muuri poistettiin, mistä esikuvana oli Berliinin muurin murtuminen 9. marraskuuta 1989. Jakeessa kuusitoista merkitään kirkon ja valtion välisen erottavan muurin poistaminen sunnuntailaissa. Jakeet yksitoista ja kaksitoista kuvaavat vuonna 2014 alkanutta Ukrainan sotaa, ja jae kolmetoista osoittaa vuoden 2024 vaalit, jolloin Trump, kahdeksas presidentti Reaganin jälkeen, joka myös on kahdeksas presidentti seitsemästä edellisestä presidentistä, ”palaa” suuremmassa voimassa, sillä palatessaan hän ”tuo liikkeelle entistä suuremman paljouden ja tulee varmasti määrättyjen vuosien kuluttua”. ”Määrätyt vuodet” ovat Joe Bidenin neljä vuotta.</w:t>
      </w:r>
    </w:p>
    <w:p>
      <w:pPr>
        <w:pStyle w:val="ArticleBody"/>
        <w:jc w:val="left"/>
      </w:pPr>
      <w:r>
        <w:rPr>
          <w:rFonts w:ascii="Times New Roman" w:hAnsi="Times New Roman" w:eastAsia="Times New Roman" w:cs="Times New Roman"/>
        </w:rPr>
        <w:t>Vuoden 2024 jälkeen Rooma jakeen kolmentoista mukaisesti tunkeutuu Paniumin profeetalliseen historiaan. Toukokuun 8. päivänä 2025 valittiin ensimmäinen paavi hengellisestä ihanasta maasta, ja hän valitsi nimekseen Leo, johon liittyy monia merkittäviä profeetallisia piirteitä. Sitten jakeessa viisitoista taistelu alkaa.</w:t>
      </w:r>
    </w:p>
    <w:p>
      <w:pPr>
        <w:pStyle w:val="ArticleScripture"/>
        <w:jc w:val="left"/>
      </w:pPr>
      <w:r>
        <w:rPr>
          <w:rFonts w:ascii="Times New Roman" w:hAnsi="Times New Roman" w:eastAsia="Times New Roman" w:cs="Times New Roman"/>
        </w:rPr>
        <w:t>Niin pohjoisen kuningas tulee, rakentaa vallin ja valloittaa lujimmin varustetut kaupungit; eikä etelän käsivarsi kestä, eivätkä hänen valiokansansa, eikä ole voimaa kestää. Daniel 11:15.</w:t>
      </w:r>
    </w:p>
    <w:p>
      <w:pPr>
        <w:pStyle w:val="ArticleBody"/>
        <w:jc w:val="left"/>
      </w:pPr>
      <w:r>
        <w:rPr>
          <w:rFonts w:ascii="Times New Roman" w:hAnsi="Times New Roman" w:eastAsia="Times New Roman" w:cs="Times New Roman"/>
        </w:rPr>
        <w:t>Paniumin taistelu käydään jakeessa viisitoista, ja maapeto, jota Donald Trump edustaa, voittaa etelän valtakunnan. Jakeen yksitoista etelän kuningas aloitti sodan Ukrainan kanssa, paaviuden sijaissijaisvallan kanssa, jota rahoitti ja tuki jakeen kymmenen paaviuden sijaissijaisvalta — Yhdysvallat. Etelän kuningas olisi voitokas Raphian taistelussa, mutta voiton jälkiseurauksissa asteittainen hajoaminen, joka aina liittyy lohikäärmeen etelän valtakunnan perikatoon, jättää etelän kuninkaan äärimmäisen haavoittuvaan asemaan, kun pohjoisen kuningas palaa, vahvempana kuin koskaan, ja valmistautuu Paniumin taisteluun. Venäjä ja Putin ovat etelän kuningas, kun Yhdysvallat käynnisti Ukrainan sodan vuonna 2014. Vuonna 2022 hyökkäys alkoi ja veri alkoi vuotaa. Vuonna 2024 pohjoisen kuningas palasi.</w:t>
      </w:r>
    </w:p>
    <w:p>
      <w:pPr>
        <w:pStyle w:val="ArticleBody"/>
        <w:jc w:val="left"/>
      </w:pPr>
      <w:r>
        <w:rPr>
          <w:rFonts w:ascii="Times New Roman" w:hAnsi="Times New Roman" w:eastAsia="Times New Roman" w:cs="Times New Roman"/>
        </w:rPr>
        <w:t>Pietari on Kesareassa Filippin alueella, mikä on Keskiyön huudon sanoman julistamisen alku. Pietari, Elian sekä Litchin ja Snow’n edustamien milleriläisten kaltaisena, on aiemmin esittänyt ennustuksen suljetusta ovesta ja islamista. Sen täyttyminen osoittaa eron toden ja väärän myöhäissateen sanoman sekä toden ja väärien sanansaattajien välillä. Pietarin sanoma on Nashvillea ja islamia koskeva korjattu sanoma, ja kun hän seisoo Kesareassa Filippin alueella, hän seisoo Paniumissa, siinä taistelussa, joka johtaa jakeen kuusitoista pyhäinpäivälakiin. Pietarin ennustuksen täyttyminen osoittaa Keskiyön huudon julistamisen alun, kun islam päästetään irti, mikä on myös, rivi rivin päälle, silloin kun Paniumin taistelu saapuu.</w:t>
      </w:r>
    </w:p>
    <w:p>
      <w:pPr>
        <w:pStyle w:val="ArticleHeading"/>
        <w:jc w:val="left"/>
      </w:pPr>
      <w:r>
        <w:rPr>
          <w:rFonts w:ascii="Arial" w:hAnsi="Arial" w:eastAsia="Arial" w:cs="Arial"/>
        </w:rPr>
        <w:t>Danielin kymmenennen luvun näky</w:t>
      </w:r>
    </w:p>
    <w:p>
      <w:pPr>
        <w:pStyle w:val="ArticleBody"/>
        <w:jc w:val="left"/>
      </w:pPr>
      <w:r>
        <w:rPr>
          <w:rFonts w:ascii="Times New Roman" w:hAnsi="Times New Roman" w:eastAsia="Times New Roman" w:cs="Times New Roman"/>
        </w:rPr>
        <w:t>Pasuunansoiton juhla edustaa seitsemättä pasuunaa, joka on kolmas voi-huuto, joka on islam. Pasuuna on varoitussanoma, ja myös kutsu pyhään juhlakokoukseen. Se on myös ratkaiseva koetus, joka alkaa, kun toisen temppelin koetuksen kolmekymmentä päivää päättyvät. Antikristuksen ensimmäinen perustavanlaatuinen ulkoinen koetusnäky saapui keväällä 2024, ja Kristuksen toinen sisäinen koetusnäky, sellaisena kuin se on esitetty Daniel 10:ssä, saapui vuonna 2026.</w:t>
      </w:r>
    </w:p>
    <w:p>
      <w:pPr>
        <w:pStyle w:val="ArticleScripture"/>
        <w:jc w:val="left"/>
      </w:pPr>
      <w:r>
        <w:rPr>
          <w:rFonts w:ascii="Times New Roman" w:hAnsi="Times New Roman" w:eastAsia="Times New Roman" w:cs="Times New Roman"/>
        </w:rPr>
        <w:t>Sitten minä nostin silmäni ja katselin, ja katso: siinä oli eräs mies, puettuna pellavavaatteisiin, ja hänen kupeilleen oli vyötetty Ufaasin puhdasta kultaa. Hänen ruumiinsa oli kuin krysoliitti, hänen kasvonsa kuin salaman näkö, hänen silmänsä kuin tulisoihdut, hänen käsivartensa ja jalkansa väriltään kuin kiillotettu vaski, ja hänen sanojensa ääni kuin kansanjoukon humina.</w:t>
      </w:r>
    </w:p>
    <w:p>
      <w:pPr>
        <w:pStyle w:val="ArticleScripture"/>
        <w:jc w:val="left"/>
      </w:pPr>
      <w:r>
        <w:rPr>
          <w:rFonts w:ascii="Times New Roman" w:hAnsi="Times New Roman" w:eastAsia="Times New Roman" w:cs="Times New Roman"/>
        </w:rPr>
        <w:t>Ja minä, Daniel, yksin näin näyn; miehet, jotka olivat minun kanssani, eivät nähneet näkyä, mutta heidän päällensä valtasi suuri vapistus, niin että he pakenivat ja kätkeytyivät.</w:t>
      </w:r>
    </w:p>
    <w:p>
      <w:pPr>
        <w:pStyle w:val="ArticleScripture"/>
        <w:jc w:val="left"/>
      </w:pPr>
      <w:r>
        <w:rPr>
          <w:rFonts w:ascii="Times New Roman" w:hAnsi="Times New Roman" w:eastAsia="Times New Roman" w:cs="Times New Roman"/>
        </w:rPr>
        <w:t>Niin minä jäin yksin ja näin tämän suuren näyn, eikä minuun jäänyt voimaa; sillä kasvoni muuttuivat minussa turmeltuneiksi, enkä säilyttänyt mitään voimaa.</w:t>
      </w:r>
    </w:p>
    <w:p>
      <w:pPr>
        <w:pStyle w:val="ArticleScripture"/>
        <w:jc w:val="left"/>
      </w:pPr>
      <w:r>
        <w:rPr>
          <w:rFonts w:ascii="Times New Roman" w:hAnsi="Times New Roman" w:eastAsia="Times New Roman" w:cs="Times New Roman"/>
        </w:rPr>
        <w:t>Minä kuulin hänen sanojensa äänen; ja kun kuulin hänen sanojensa äänen, vaivuin minä syvään uneen kasvoilleni, kasvoni maata kohti.</w:t>
      </w:r>
    </w:p>
    <w:p>
      <w:pPr>
        <w:pStyle w:val="ArticleScripture"/>
        <w:jc w:val="left"/>
      </w:pPr>
      <w:r>
        <w:rPr>
          <w:rFonts w:ascii="Times New Roman" w:hAnsi="Times New Roman" w:eastAsia="Times New Roman" w:cs="Times New Roman"/>
        </w:rPr>
        <w:t>Ja katso, käsi kosketti minua ja asetti minut polvieni varaan ja kämmenteni varaan. Ja hän sanoi minulle: Oi Daniel, sinä suuresti rakastettu mies, ymmärrä ne sanat, jotka minä sinulle puhun, ja nouse seisomaan paikallesi, sillä minut on nyt lähetetty sinun luoksesi. Ja kun hän oli puhunut tämän sanan minulle, minä nousin vavisten. Silloin hän sanoi minulle: Älä pelkää, Daniel, sillä ensimmäisestä päivästä asti, jona sinä annoit sydämesi ymmärtämiseen ja nöyryytit itsesi Jumalasi edessä, sinun sanasi on kuultu, ja minä olen tullut sinun sanojesi tähden. Mutta Persian valtakunnan ruhtinas vastusti minua kaksikymmentäyksi päivää; mutta katso, Miikael, yksi ensimmäisistä ruhtinaista, tuli minua auttamaan, ja minä jäin sinne Persian kuningasten luo. Nyt minä olen tullut saattamaan sinut ymmärtämään, mitä on tapahtuva sinun kansallesi viimeisinä päivinä, sillä näky koskee vielä monia päiviä. Ja kun hän puhui minulle tällaisia sanoja, minä painoin kasvoni maata kohti ja kävin mykäksi.</w:t>
      </w:r>
    </w:p>
    <w:p>
      <w:pPr>
        <w:pStyle w:val="ArticleScripture"/>
        <w:jc w:val="left"/>
      </w:pPr>
      <w:r>
        <w:rPr>
          <w:rFonts w:ascii="Times New Roman" w:hAnsi="Times New Roman" w:eastAsia="Times New Roman" w:cs="Times New Roman"/>
        </w:rPr>
        <w:t>Ja katso, joku, ihmislapsia muistuttavan olennon kaltainen, kosketti huuliani. Silloin minä avasin suuni, puhuin ja sanoin hänelle, joka seisoi minun edessäni: Oi herrani, näyn tähden tuskat ovat vallanneet minut, enkä ole säilyttänyt voimaa. Sillä kuinka tämän herrani palvelija voisi puhua tämän herrani kanssa? Minussa ei näet heti enää ollut voimaa jäljellä, eikä minuun jäänyt henkeä.</w:t>
      </w:r>
    </w:p>
    <w:p>
      <w:pPr>
        <w:pStyle w:val="ArticleScripture"/>
        <w:jc w:val="left"/>
      </w:pPr>
      <w:r>
        <w:rPr>
          <w:rFonts w:ascii="Times New Roman" w:hAnsi="Times New Roman" w:eastAsia="Times New Roman" w:cs="Times New Roman"/>
        </w:rPr>
        <w:t>Sitten tuli jälleen luokseni ja kosketti minua eräs, joka oli miehen näköinen, ja hän vahvisti minua, ja sanoi: Älä pelkää, sinä suuresti rakastettu mies; rauha olkoon sinulle, ole luja, ole luja. Ja kun hän oli puhunut minulle, minä vahvistuin ja sanoin: Puhukoon herrani, sillä sinä olet vahvistanut minua. Daniel 10:5–19.</w:t>
      </w:r>
    </w:p>
    <w:p>
      <w:pPr>
        <w:pStyle w:val="ArticleBody"/>
        <w:jc w:val="left"/>
      </w:pPr>
      <w:r>
        <w:rPr>
          <w:rFonts w:ascii="Times New Roman" w:hAnsi="Times New Roman" w:eastAsia="Times New Roman" w:cs="Times New Roman"/>
        </w:rPr>
        <w:t>Daniel näkee kahdentenakymmenentenä toisena päivänä näyn taivaallisesta Ylimmäisestä Papista viimeisinä päivinä. Näky Roomasta vahvistamassa näyn oli vuoden 2024 perustava ja alfa-koetus, ja näky Kristuksesta on temppeli-koetus. Se tuottaa erottamisen sen luokan kohdalla, joka pakenee Danielia ja kätkeytyy. Tuo luokka piiloutuu valheiden ja petoksen alle, ja tästä syystä he saavat voimakkaan eksytyksen.</w:t>
      </w:r>
    </w:p>
    <w:p>
      <w:pPr>
        <w:pStyle w:val="ArticleBody"/>
        <w:jc w:val="left"/>
      </w:pPr>
      <w:r>
        <w:rPr>
          <w:rFonts w:ascii="Times New Roman" w:hAnsi="Times New Roman" w:eastAsia="Times New Roman" w:cs="Times New Roman"/>
        </w:rPr>
        <w:t>Sitten Danielia kosketetaan kolme kertaa, ensin Gabrielin, sitten Kristuksen ja kolmannen kerran jälleen Gabrielin toimesta. Kaikkeinpyhimmässä, kun Danielia kosketetaan kolme kertaa, hän kuvaa vahvistumista, sillä tämä alkaa siitä, ettei hänessä näyn nähtyään ollut lainkaan voimaa, mutta kolmannen kosketuksen myötä hänet lopulta vahvistetaan. Hänet vahvistetaan ymmärtämään, mitä Jumalan kansalle on tapahtuva viimeisinä päivinä. Profeetallinen sanoma siitä, mitä Jumalan kansalle tapahtuu viimeisinä päivinä, on se sanoma, jota edustaa vertaus kymmenestä neitsyestä.</w:t>
      </w:r>
    </w:p>
    <w:p>
      <w:pPr>
        <w:pStyle w:val="ArticleBody"/>
        <w:jc w:val="left"/>
      </w:pPr>
      <w:r>
        <w:rPr>
          <w:rFonts w:ascii="Times New Roman" w:hAnsi="Times New Roman" w:eastAsia="Times New Roman" w:cs="Times New Roman"/>
        </w:rPr>
        <w:t>Daniel alkaa ilman voimaa, sillä Kristuksen katselulasinäky jätti hänet voimattomaksi, mutta kolmen kosketuksen loppuun mennessä hän on vahvistettu, ja käsky ”ole luja, niin, ole luja” on kahdennus, joka merkitsee toista enkeliä eli toista koetusta. Toinen koetus on temppelikoetus, jossa Jumalan kansaa vahvistetaan julistamaan Keskiyön huudon sanomaa Exeterin leirikokouksen päättyessä. Tuo koetus on temppelikoetus, jossa huippukivi, joka oli perustus- ja kulmakivi, tulee temppelin ihmeelliseksi huippukiveksi ja merkitsee siten sen valmistumista. Daniel vahvistetaan kahdentenakymmenentenä toisena päivänä, kun hän uskon kautta astuu Kaikkeinpyhimpään. Kun hän tekee niin, Gabriel koskettaa häntä, sitten Kristus koskettaa häntä ja sitten Gabriel koskettaa häntä jälleen. Daniel vahvistetaan näin ollen julistamaan sanomaa Kaikkeinpyhimmässä, missä hän näkee Kristuksen kahden enkelin välissä, ja se paikka Kaikkeinpyhimmässä, jossa Kristus on keskellä, on armoistuin kahden suojaavan kerubin katsellessa arkkia, jota valaisee valtaistuimellaan istuvan Kristuksen Shekinan kirkkauden valo. Danielin kymmenennen luvun näky on profeetallisesti jäsennetty siten, että Daniel katselee Kristuksen kirkkautta Shekinana armoistuimen valtaistuimella, samalla kun kaksi suojaavaa kerubia katsoo arkkiin!</w:t>
      </w:r>
    </w:p>
    <w:p>
      <w:pPr>
        <w:pStyle w:val="ArticleBody"/>
        <w:jc w:val="left"/>
      </w:pPr>
      <w:r>
        <w:rPr>
          <w:rFonts w:ascii="Times New Roman" w:hAnsi="Times New Roman" w:eastAsia="Times New Roman" w:cs="Times New Roman"/>
        </w:rPr>
        <w:t>Ennen pasuunajuhlaa Elia väittää, että hänen sanomansa sateesta on ainoa sateesta annettu sanoma, joka on Herralta, ja hän esittää ennustuksen, joka saavuttaa päätöksensä osoituksessa, joka todistaa, kuka on tai ei ole sanansaattaja ja mikä on tai ei ole sanoma. Kolmen ja puolen vuoden ajan ennen Karmelia kuningas Ahab etsi Eliaa, sillä Karmelia edeltää kiistan aika. Karmelinvuori on yksinkertaisesti lakmustesti, jossa luonne tulee ilmi. Sama ajanjakso milleriittien historiassa sisälsi saman todistuksen, sillä ne, jotka vihasivat sanomaa, sulkivat uskolliset pois kirkoista, ja uskolliset korottivat sen jälkeen sanoman, joka kutsui ihmisiä ulos langenneiden entisten liittokansan joukosta, joiden ohi kuljettiin.</w:t>
      </w:r>
    </w:p>
    <w:p>
      <w:pPr>
        <w:pStyle w:val="ArticleBody"/>
        <w:jc w:val="left"/>
      </w:pPr>
      <w:r>
        <w:rPr>
          <w:rFonts w:ascii="Times New Roman" w:hAnsi="Times New Roman" w:eastAsia="Times New Roman" w:cs="Times New Roman"/>
        </w:rPr>
        <w:t>Pietari on helluntailaisessa sunnuntailaissa julistamassa Joelin sanomaa, mikä merkitsee, että Pietari julistaa samaa sanomaa silloin, kun Keskiyön huudon ajanjakso alkaa Exeterin leirikokouksen päättyessä; tämä alkoi silloin, kun Pietarin ennustus oli oikaistu, samoin kuin Snow’n ja Litchin sanomat. Kiista edeltää aina ennustuksen täyttymystä. Kiista alkaa sen vuoksi ennen ennustuksen täyttymystä.</w:t>
      </w:r>
    </w:p>
    <w:p>
      <w:pPr>
        <w:pStyle w:val="ArticleBody"/>
        <w:jc w:val="left"/>
      </w:pPr>
      <w:r>
        <w:rPr>
          <w:rFonts w:ascii="Times New Roman" w:hAnsi="Times New Roman" w:eastAsia="Times New Roman" w:cs="Times New Roman"/>
        </w:rPr>
        <w:t>Sanoma, joka saattaa Ahabin, Iisebelin ja hänen profeettansa sekä Kristuksen ajan saivartelevat juutalaiset ja milleriläisen historian langenneet protestantit levottomuuteen, samastetaan Pietarin toimesta Joelin kirjaan. Ennen kolmatta koetinkiveä, jota merkitsee aasin päästäminen irti, Laodikealainen adventismi hyökkää Pietarin sanomaa vastaan, ja Pietari vastaa vastustukseen osoittamalla, etteivät sanansaattajat ole juovuksissa, vaan he ovat yksinkertaisesti Joelin kolmen luvun täyttymys. Joelin kolme lukua alkavat ankaralla Laodikealaisen adventismin tuomiolla. Kun sanoma saavuttaa niiden korvat, jotka ovat väkevällä juomalla juovutettuja, he tulevat reagoimaan. He asettuivat Kristusta vastaan, kun Hän laskeutui vuorelta matkallaan Jerusalemiin, ja he asettuivat Häntä vastaan jälleen Jerusalemissa.</w:t>
      </w:r>
    </w:p>
    <w:p>
      <w:pPr>
        <w:pStyle w:val="ArticleBody"/>
        <w:jc w:val="left"/>
      </w:pPr>
      <w:r>
        <w:rPr>
          <w:rFonts w:ascii="Times New Roman" w:hAnsi="Times New Roman" w:eastAsia="Times New Roman" w:cs="Times New Roman"/>
        </w:rPr>
        <w:t>Aasi päästetään irti, sisääntulo alkaa; saivartelevat juutalaiset tahtovat sanoman vaiennettavaksi. Jeesus jatkaa ja sitten pysähtyy ja itkee adventismin armonaikansa viimeisen päivän vuoksi. Sitten Jerusalemissa seuraa jälleen toinen yhteenotto juutalaisten kanssa, jotka tahtovat kansan lakkaavan sanomastaan. Kun aurinko sinä päivänä laski, juutalaiskansan armonaika saavutti jälleen uuden vaiheen. Vastustuksen eteneminen jatkuu ristin kuolemaan saakka, ja se alkoi todella Lasaruksen ylösnousemuksesta, joka merkitsi toisen enkelin ja viivytysajan saapumista.</w:t>
      </w:r>
    </w:p>
    <w:p>
      <w:pPr>
        <w:pStyle w:val="ArticleScripture"/>
        <w:jc w:val="left"/>
      </w:pPr>
      <w:r>
        <w:rPr>
          <w:rFonts w:ascii="Times New Roman" w:hAnsi="Times New Roman" w:eastAsia="Times New Roman" w:cs="Times New Roman"/>
        </w:rPr>
        <w:t>Betania oli niin lähellä Jerusalemia, että uutinen Lasaruksen herättämisestä vietiin pian kaupunkiin. Vakoojien kautta, jotka olivat nähneet ihmeen, juutalaisten hallitusmiehet saivat nopeasti tietoonsa tosiasiat. Sanhedrinin kokous kutsuttiin heti koolle päättämään, mitä oli tehtävä. Kristus oli nyt täysin ilmaissut valtansa kuoleman ja haudan yli. Tuo mahtava ihme oli huipentava todistus, jonka Jumala antoi ihmisille siitä, että Hän oli lähettänyt Poikansa maailmaan heidän pelastuksekseen. Se oli jumalallisen voiman osoitus, riittävä vakuuttamaan jokaisen mielen, joka oli järjen ja valaistuneen omantunnon hallinnassa. Monet, jotka näkivät Lasaruksen ylösnousemuksen, johdettiin uskomaan Jeesukseen. Mutta pappien viha Häntä kohtaan yltyi. He olivat torjuneet kaiken vähäisemmän todistuksen Hänen jumaluudestaan, ja tämä uusi ihme ainoastaan raivostutti heitä. Kuollut oli herätetty keskellä kirkasta päivää ja todistajajoukon edessä. Mikään juoni ei voinut selittää pois sellaista todistusaineistoa. Juuri tästä syystä pappien vihamielisyys kävi tappavammaksi. He olivat enemmän kuin koskaan päättäneet tehdä lopun Kristuksen työstä.</w:t>
      </w:r>
    </w:p>
    <w:p>
      <w:pPr>
        <w:pStyle w:val="ArticleScripture"/>
        <w:jc w:val="left"/>
      </w:pPr>
      <w:r>
        <w:rPr>
          <w:rFonts w:ascii="Times New Roman" w:hAnsi="Times New Roman" w:eastAsia="Times New Roman" w:cs="Times New Roman"/>
        </w:rPr>
        <w:t>"Saddukeukset, vaikka eivät olleet Kristukselle suosiollisia, eivät olleet suhtautuneet Häneen niin pahansuovasti kuin fariseukset. Heidän vihansa ei ollut ollut niin katkeraa. Mutta nyt he olivat perin pohjin pelästyneet. He eivät uskoneet kuolleiden ylösnousemukseen. Esittäen niin sanottua tiedettä he olivat päätelleet, että kuolleen ruumiin saattaminen eloon olisi mahdottomuus. Mutta muutamalla Kristuksen sanalla heidän teoriansa oli kumottu. Heidän osoitettiin olevan tietämättömiä sekä Kirjoituksista että Jumalan voimasta. He eivät nähneet mitään mahdollisuutta poistaa sitä vaikutusta, jonka ihme oli tehnyt kansaan. Kuinka ihmiset voitaisiin kääntää pois Hänen luotaan, Hänen, joka oli kyennyt riistämään haudalta sen kuolleet? Valheellisia kertomuksia pantiin liikkeelle, mutta ihmettä ei voitu kieltää, eivätkä he tienneet, kuinka sen vaikutus tehtäisiin tyhjäksi. Tähän asti saddukeukset eivät olleet kannattaneet suunnitelmaa surmata Kristus. Mutta Lasaruksen ylösnousemuksen jälkeen he päättivät, että vain Hänen kuolemansa kautta voitaisiin vaientaa Hänen pelottomat heitä vastaan lausumansa tuomiot." Alfa ja omega, 537.</w:t>
      </w:r>
    </w:p>
    <w:p>
      <w:pPr>
        <w:pStyle w:val="ArticleBody"/>
        <w:jc w:val="left"/>
      </w:pPr>
      <w:r>
        <w:rPr>
          <w:rFonts w:ascii="Times New Roman" w:hAnsi="Times New Roman" w:eastAsia="Times New Roman" w:cs="Times New Roman"/>
        </w:rPr>
        <w:t>Lasaruksen kuolema merkitsi niiden neljän päivän alkua, jotka Jeesus viipyi. Hänen kuolemansa kuvasi toisen enkelin saapumista, joka merkitsee viipymisajan alkua. Hänen ylösnousemuksensa merkitsee kahden todistajan ylösnousemusta 31. joulukuuta 2023, kaksikymmentäkaksi vuotta syyskuun 11. päivän jälkeen. Hänen ylösnousemuksensa merkitsee Hesekielin kuolleiden kuivien luiden ylösnousemusta. Hänen ylösnousemustaan esikuvasi Aadamin luominen, jossa savella edustettu ihmisyys yhdistettiin jumaluuteen, jota elämän henkäys edustaa.</w:t>
      </w:r>
    </w:p>
    <w:p>
      <w:pPr>
        <w:pStyle w:val="ArticleScripture"/>
        <w:jc w:val="left"/>
      </w:pPr>
      <w:r>
        <w:rPr>
          <w:rFonts w:ascii="Times New Roman" w:hAnsi="Times New Roman" w:eastAsia="Times New Roman" w:cs="Times New Roman"/>
        </w:rPr>
        <w:t>Juutalaisten papit ja hallitusmiehet vihasivat Jeesusta; mutta ihmisjoukot tungeksivat kuuntelemaan Hänen viisauden sanojaan ja näkemään Hänen voimalliset tekonsa. Kansaa oli syvimmin liikutettu, ja he seurasivat levottoman odottavasti Jeesusta kuullakseen tämän ihmeellisen opettajan opetuksia. Monet hallitusmiehistä uskoivat Häneen, mutta eivät uskaltaneet tunnustaa uskoaan, etteivät joutuisi erotetuiksi synagogasta. Papit ja vanhimmat päättivät, että jotakin oli tehtävä kääntääkseen kansan huomion pois Jeesuksesta. He pelkäsivät, että kaikki ihmiset uskoisivat Häneen. He eivät nähneet itselleen mitään turvaa. Heidän täytyi menettää asemansa tai surmata Jeesus. Ja senkin jälkeen, kun he olisivat surmanneet Hänet, olisi yhä niitä, jotka elävinä muistomerkkeinä todistaisivat Hänen voimastaan. Jeesus oli herättänyt Lasaruksen kuolleista, ja he pelkäsivät, että jos he surmaisivat Jeesuksen, Lasarus todistaisi Hänen suuresta voimastaan. Kansa virtasi katsomaan häntä, joka oli herätetty kuolleista, ja hallitusmiehet päättivät surmata myös Lasaruksen ja tukahduttaa kuohunnan. Sitten he kääntäisivät kansan ihmisten perinnäissääntöihin ja oppeihin, antamaan kymmenyksiä mintusta ja ruudasta, ja saisivat jälleen vaikutusvallan heihin. He sopivat ottavansa Jeesuksen kiinni, kun Hän olisi yksin; sillä jos he yrittäisivät ottaa Hänet väkijoukossa, kun kansan mielet olivat kokonaan kiintyneet Häneen, heidät kivitettäisiin.” Early Writings, 165.</w:t>
      </w:r>
    </w:p>
    <w:p>
      <w:pPr>
        <w:pStyle w:val="ArticleBody"/>
        <w:jc w:val="left"/>
      </w:pPr>
      <w:r>
        <w:rPr>
          <w:rFonts w:ascii="Times New Roman" w:hAnsi="Times New Roman" w:eastAsia="Times New Roman" w:cs="Times New Roman"/>
        </w:rPr>
        <w:t>18. heinäkuuta 2020 Ilmestyskirjan kaksi todistajaa surmattiin, ja toinen enkeli sekä viipymisen aika saapuivat. 31. joulukuuta 2023 kaksivaiheinen ylösnousemusprosessi alkoi. Ensimmäinen vaihe oli perustus; toinen vaihe oli temppelin pystyttäminen perustuksen päälle. Laodikealainen seitsemännen päivän adventistikirkko vihasi sanomaa siitä lähtien, kun se syntyi vuonna 1989, ja vihaa sitä yhä. Nyt kun vihatut todistajat, joiden he luulivat olevan kuolleita, ovat jälleen elossa, he tulevat vihaamaan sanomaa vielä enemmän. He väittelevät 18. heinäkuuta 2020 koskevasta ennustuksesta sillä myrkyllisyydellä, jota juutalaisilla oli Lasaruksen ylösnousemusta kohtaan. Temppelikoetuksen historiassa Pietari vastaa heidän virheellisiin syytöksiinsä viittaamalla Joelin kirjaan vastauksena kaikkiin heidän valheisiinsa.</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neljäkymmentäkuusi</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