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Rooma vahvistaa näyn – luku kolmetoista</w:t>
      </w:r>
    </w:p>
    <w:p>
      <w:pPr>
        <w:pStyle w:val="ArticleSubtitle"/>
        <w:jc w:val="left"/>
      </w:pPr>
      <w:r>
        <w:rPr>
          <w:rFonts w:ascii="Arial" w:hAnsi="Arial" w:eastAsia="Arial" w:cs="Arial"/>
        </w:rPr>
        <w:t>Rooman kiistat: Pedon kuvan viimeisen koetuksen ymmärtäminen</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2024-09-01</w:t>
      </w:r>
    </w:p>
    <w:p>
      <w:pPr>
        <w:pStyle w:val="ArticleBody"/>
        <w:jc w:val="left"/>
      </w:pPr>
      <w:r>
        <w:rPr>
          <w:rFonts w:ascii="Times New Roman" w:hAnsi="Times New Roman" w:eastAsia="Times New Roman" w:cs="Times New Roman"/>
        </w:rPr>
        <w:t>Kun kokoamme yhteen adventtihistoriassa ilmenneiden erilaisten kiistojen tarkastelun, rivi rivin päälle, saattaaksemme päätökseen ymmärryksemme nykyisestä kysymyksestä, olemme ottaneet esiin valittuja piirteitä viidestä profeetallisesta linjasta. Ensimmäinen linja on samalla viimeinen linja, sillä molemmat kiistat perustuivat suoraan Danielin kirjan yhdettätoista luvun neljäntoista jakeen ilmaisuun ”sinun kansasi väkivaltaiset miehet”. Tarkastelimme Uriah Smithin ja James Whiten kiistoja sekä Danielin kirjan ”jokapäiväistä” koskevaa kiistaa. Tarkastelimme myös kiistaa, joka syntyi vuonna 1989 Danielin kirjan yhdettätoista lukua koskevien kuuden viimeisen jakeen sinettien avaamisen jälkeen, pohjoisen kuninkaasta. Tämän jälkeen tarkastelimme Joelin kirjan neljää hyönteistä. Kuhunkin näistä linjoista voitaisiin lisätä paljon muutakin, mutta eristämme tässä ainoastaan tiettyjä ominaispiirteitä, jotka myötävaikuttivat niihin kannanottoihin, jotka hylkäsivät Roomaa koskevaan aiheeseen liittyvät totuudet.</w:t>
      </w:r>
    </w:p>
    <w:p>
      <w:pPr>
        <w:pStyle w:val="ArticleBody"/>
        <w:jc w:val="left"/>
      </w:pPr>
      <w:r>
        <w:rPr>
          <w:rFonts w:ascii="Times New Roman" w:hAnsi="Times New Roman" w:eastAsia="Times New Roman" w:cs="Times New Roman"/>
        </w:rPr>
        <w:t>Viisi historiaa, mutta ensimmäisen ollessa samalla myös viimeinen, edustaa kuutta linjaa. Näiden kiistan linjojen profeetallinen näyttämö on viimeiset päivät; tästä syystä linjoja on sovellettava pedon kuvan koetuksen aikana.</w:t>
      </w:r>
    </w:p>
    <w:p>
      <w:pPr>
        <w:pStyle w:val="ArticleScripture"/>
        <w:jc w:val="left"/>
      </w:pPr>
      <w:r>
        <w:rPr>
          <w:rFonts w:ascii="Times New Roman" w:hAnsi="Times New Roman" w:eastAsia="Times New Roman" w:cs="Times New Roman"/>
        </w:rPr>
        <w:t>Herra on osoittanut minulle selvästi, että pedon kuva muodostetaan ennen kuin koetusaika päättyy; sillä siitä tulee Jumalan kansalle suuri koetus, jonka perusteella heidän iankaikkinen kohtalonsa ratkaistaan....</w:t>
      </w:r>
    </w:p>
    <w:p>
      <w:pPr>
        <w:pStyle w:val="ArticleScripture"/>
        <w:jc w:val="left"/>
      </w:pPr>
      <w:r>
        <w:rPr>
          <w:rFonts w:ascii="Times New Roman" w:hAnsi="Times New Roman" w:eastAsia="Times New Roman" w:cs="Times New Roman"/>
        </w:rPr>
        <w:t>"Tämä on se koetus, joka Jumalan kansalla täytyy olla ennen kuin heidät sinetöidään." Manuscript Releases, osa 15, s. 15.</w:t>
      </w:r>
    </w:p>
    <w:p>
      <w:pPr>
        <w:pStyle w:val="ArticleBody"/>
        <w:jc w:val="left"/>
      </w:pPr>
      <w:r>
        <w:rPr>
          <w:rFonts w:ascii="Times New Roman" w:hAnsi="Times New Roman" w:eastAsia="Times New Roman" w:cs="Times New Roman"/>
        </w:rPr>
        <w:t>Pedon kuvan muodostumisen koetus on, kuten muutkin kuusi kiistalinjaa, koetus, joka koskee Roomaa profeetallisena aiheena. Suuri koetus, joka tapahtuu ennen kuin Jumalan kansa sinetöidään, koskee roomalaisen pedon kuvan muodostumista. Peto on paavillinen valta, ja Yhdysvallat muodostaa kuvan paavillisesta vallasta edetessään kohti pian tulevaa sunnuntailakia.</w:t>
      </w:r>
    </w:p>
    <w:p>
      <w:pPr>
        <w:pStyle w:val="ArticleScripture"/>
        <w:jc w:val="left"/>
      </w:pPr>
      <w:r>
        <w:rPr>
          <w:rFonts w:ascii="Times New Roman" w:hAnsi="Times New Roman" w:eastAsia="Times New Roman" w:cs="Times New Roman"/>
        </w:rPr>
        <w:t>”Jotta Yhdysvallat voisi muodostaa pedon kuvan, uskonnollisen vallan on hallittava siviilihallitusta siinä määrin, että myös valtion valtaa kirkko käyttää omien tarkoitusperiensä toteuttamiseen.” Suuri taistelu, 443.</w:t>
      </w:r>
    </w:p>
    <w:p>
      <w:pPr>
        <w:pStyle w:val="ArticleBody"/>
        <w:jc w:val="left"/>
      </w:pPr>
      <w:r>
        <w:rPr>
          <w:rFonts w:ascii="Times New Roman" w:hAnsi="Times New Roman" w:eastAsia="Times New Roman" w:cs="Times New Roman"/>
        </w:rPr>
        <w:t>Tuo Yhdysvalloissa säädetty sunnuntailaki osoittaa, että pedon kuva on Yhdysvalloissa muodostettu täysin valmiiksi.</w:t>
      </w:r>
    </w:p>
    <w:p>
      <w:pPr>
        <w:pStyle w:val="ArticleScripture"/>
        <w:jc w:val="left"/>
      </w:pPr>
      <w:r>
        <w:rPr>
          <w:rFonts w:ascii="Times New Roman" w:hAnsi="Times New Roman" w:eastAsia="Times New Roman" w:cs="Times New Roman"/>
        </w:rPr>
        <w:t>”Mutta juuri siinä teossa, että kirkot maallisen vallan avulla pakottaisivat noudattamaan uskonnollista velvollisuutta, ne itse muodostaisivat pedon kuvan; näin ollen sunnuntain pyhittämisen pakkotäytäntöönpano Yhdysvalloissa olisi pedon ja sen kuvan palvonnan pakkotäytäntöönpanoa.” Suuri taistelu, 449.</w:t>
      </w:r>
    </w:p>
    <w:p>
      <w:pPr>
        <w:pStyle w:val="ArticleBody"/>
        <w:jc w:val="left"/>
      </w:pPr>
      <w:r>
        <w:rPr>
          <w:rFonts w:ascii="Times New Roman" w:hAnsi="Times New Roman" w:eastAsia="Times New Roman" w:cs="Times New Roman"/>
        </w:rPr>
        <w:t>Sunnuntailain aikana pedon kuva on muodostettu täydellisesti Yhdysvalloissa, ja silloin Yhdysvallat on täysin irtautunut Jumalasta, ja se alkaa profeetallisen työnsä pakottaessaan koko maailman muodostamaan pedon kuvan. Sunnuntailain aikana Yhdysvalloissa Saatana aloittaa ihmeellisen työnsä johtaessaan maailman kansakuntia toistamaan pedon kuvan muodostamisen prosessin, joka käsittää kaikki maailman kansakunnat.</w:t>
      </w:r>
    </w:p>
    <w:p>
      <w:pPr>
        <w:pStyle w:val="ArticleScripture"/>
        <w:jc w:val="left"/>
      </w:pPr>
      <w:r>
        <w:rPr>
          <w:rFonts w:ascii="Times New Roman" w:hAnsi="Times New Roman" w:eastAsia="Times New Roman" w:cs="Times New Roman"/>
        </w:rPr>
        <w:t>”Säädöksellä, joka panee täytäntöön paaviuden instituution vastoin Jumalan lakia, kansakuntamme katkaisee täydellisesti yhteytensä vanhurskauteen. Kun protestantismi ojentaa kätensä kuilun yli tarttuakseen Rooman vallan käteen, kun se kurottautuu syvyyden yli lyödäkseen kättä spiritualismin kanssa, kun tämän kolminkertaisen liiton vaikutuksesta maamme hylkää jokaisen perustuslakinsa periaatteen protestanttisena ja tasavaltalaisena hallituksena ja ryhtyy edistämään paavillisia valheita ja harhoja, silloin voimme tietää, että aika on tullut Saatanan ihmeelliselle toiminnalle ja että loppu on lähellä.” Testimonies, osa 5, s. 451.</w:t>
      </w:r>
    </w:p>
    <w:p>
      <w:pPr>
        <w:pStyle w:val="ArticleBody"/>
        <w:jc w:val="left"/>
      </w:pPr>
      <w:r>
        <w:rPr>
          <w:rFonts w:ascii="Times New Roman" w:hAnsi="Times New Roman" w:eastAsia="Times New Roman" w:cs="Times New Roman"/>
        </w:rPr>
        <w:t>Yhdysvalloissa pian säädettävän sunnuntailain yhteydessä Saatana, yhteistyössä Yhdysvaltojen kanssa, pakottaa jokaisen kansakunnan seuraamaan Yhdysvaltojen esimerkkiä kirkon ja valtion järjestelmän muodostamisessa sekä sunnuntain palvonnan toimeenpanemisessa.</w:t>
      </w:r>
    </w:p>
    <w:p>
      <w:pPr>
        <w:pStyle w:val="ArticleScripture"/>
        <w:jc w:val="left"/>
      </w:pPr>
      <w:r>
        <w:rPr>
          <w:rFonts w:ascii="Times New Roman" w:hAnsi="Times New Roman" w:eastAsia="Times New Roman" w:cs="Times New Roman"/>
        </w:rPr>
        <w:t>”Saatana tekee ihmeitä pettääkseen ne, jotka asuvat maan päällä. Spiritismi tekee työnsä saattamalla kuolleet personoiduiksi. Ne uskonnolliset yhteisöt, jotka kieltäytyvät kuulemasta Jumalan varoitussanomia, joutuvat voimakkaan eksytyksen valtaan ja yhtyvät maalliseen valtaan vainotakseen pyhiä. Protestanttiset kirkot yhtyvät paavilliseen valtaan vainotessaan Jumalan käskyjä pitävää kansaa. Tämä on se valta, joka muodostaa suuren vainojärjestelmän ja harjoittaa hengellistä tyranniaa ihmisten omientuntojen yli.</w:t>
      </w:r>
    </w:p>
    <w:p>
      <w:pPr>
        <w:pStyle w:val="ArticleScripture"/>
        <w:jc w:val="left"/>
      </w:pPr>
      <w:r>
        <w:rPr>
          <w:rFonts w:ascii="Times New Roman" w:hAnsi="Times New Roman" w:eastAsia="Times New Roman" w:cs="Times New Roman"/>
        </w:rPr>
        <w:t>“‘Sillä oli kaksi sarvea niin kuin karitsalla, ja se puhui niin kuin lohikäärme.’ Vaikka ihmiset tunnustautuvat Jumalan Karitsan seuraajiksi, he täyttyvät lohikäärmeen hengestä. He väittävät olevansa sävyisiä ja nöyriä, mutta he puhuvat ja säätävät lakeja saatanan hengessä osoittaen teoillaan, että he ovat vastakohta sille, mitä he tunnustavat olevansa. Tämä karitsankaltainen valta liittyy lohikäärmeen kanssa sotimaan niitä vastaan, jotka pitävät Jumalan käskyt ja joilla on Jeesuksen Kristuksen todistus. Ja saatana yhtyy protestanttien ja paavilaisten kanssa toimien heidän kanssaan yksissä tuumin tämän maailman jumalana, sanellen ihmisille ikään kuin he olisivat hänen valtakuntansa alamaisia, joita hän saa kohdella, hallita ja ohjata mielensä mukaan.</w:t>
      </w:r>
    </w:p>
    <w:p>
      <w:pPr>
        <w:pStyle w:val="ArticleScripture"/>
        <w:jc w:val="left"/>
      </w:pPr>
      <w:r>
        <w:rPr>
          <w:rFonts w:ascii="Times New Roman" w:hAnsi="Times New Roman" w:eastAsia="Times New Roman" w:cs="Times New Roman"/>
        </w:rPr>
        <w:t>”Jos ihmiset eivät suostu polkemaan jalkoihinsa Jumalan käskyjä, lohikäärmeen henki paljastuu. Heidät vangitaan, heidät tuodaan neuvostojen eteen, ja heille määrätään sakkoja. ’Ja se saa kaikki, pienet ja suuret, sekä rikkaat että köyhät, sekä vapaat että orjat, panemaan merkin oikeaan käteensä tai otsaansa’ [Ilmestys 13:16]. ’Ja sille annettiin valta antaa henki pedon kuvalle, niin että pedon kuva sekä puhuisi että saisi aikaan sen, että ne, jotka eivät kumartaisi pedon kuvaa, tapettaisiin’ [jae 15]. Näin Saatana anastaa Jehovan oikeudet. Synnin ihminen istuu Jumalan paikalla, julistaen olevansa Jumala ja toimien Jumalan yläpuolella.” Manuscript Releases, osa 14, 162.</w:t>
      </w:r>
    </w:p>
    <w:p>
      <w:pPr>
        <w:pStyle w:val="ArticleBody"/>
        <w:jc w:val="left"/>
      </w:pPr>
      <w:r>
        <w:rPr>
          <w:rFonts w:ascii="Times New Roman" w:hAnsi="Times New Roman" w:eastAsia="Times New Roman" w:cs="Times New Roman"/>
        </w:rPr>
        <w:t>Paavillinen valta on peto, Yhdistyneet kansakunnat on lohikäärme ja Yhdysvallat on väärä profeetta. Ne, jotka joutuvat hämmennyksiin antikristuksen merkityksestä — antikristuksen, joka on sekä Saatana että Saatanan maallinen edustaja, Rooman paavi — päätyvät lopulta antikristuksen puolelle.</w:t>
      </w:r>
    </w:p>
    <w:p>
      <w:pPr>
        <w:pStyle w:val="ArticleBody"/>
        <w:jc w:val="left"/>
      </w:pPr>
      <w:r>
        <w:rPr>
          <w:rFonts w:ascii="Times New Roman" w:hAnsi="Times New Roman" w:eastAsia="Times New Roman" w:cs="Times New Roman"/>
        </w:rPr>
        <w:t>Yhdysvallat ei ole synnin ihminen. Synnin ihminen on antikristus, ja hän on saatanan maallinen edustaja. Sekoittaa valta, joka asettaa paavikunnan maan valtaistuimelle, paavikuntaan itseensä, esitetään Paavalin toimesta todisteena siitä, ettei totuutta rakasteta. Hylätä pakanallisen Rooman profeetallinen suhde, sen, joka pidätti paavillista valtaa, kunnes pakanallinen Rooma poistettiin, jotta paavillinen valta voitaisiin paljastaa, niin kuin se esitetään 2. tessalonikalaiskirjeen toisessa luvussa, merkitsee Pyhän Hengen vuodatuksen hylkäämistä ja epäpyhän hengen vuodatuksen vastaanottamista, jonka Paavali määrittelee väkeväksi eksytykseksi. Näin ollen jokainen muinaisista profeetoista puhui viimeisistä päivistä suoremmin kuin niistä päivistä, joissa he itse elivät.</w:t>
      </w:r>
    </w:p>
    <w:p>
      <w:pPr>
        <w:pStyle w:val="ArticleScripture"/>
        <w:jc w:val="left"/>
      </w:pPr>
      <w:r>
        <w:rPr>
          <w:rFonts w:ascii="Times New Roman" w:hAnsi="Times New Roman" w:eastAsia="Times New Roman" w:cs="Times New Roman"/>
        </w:rPr>
        <w:t>”Jokainen muinaisista profeetoista puhui vähemmän omaa aikaansa kuin meidän aikaamme varten, niin että heidän profetoimisensa on voimassa meitä varten. ’Mutta tämä kaikki tapahtui heille esikuviksi; ja ne ovat kirjoitetut varoitukseksi meille, joille maailman aikojen loppukausi on tullut.’ 1. Korinttolaiskirje 10:11. ’Heille ilmoitettiin, etteivät he palvelleet itseään, vaan meitä niissä asioissa, jotka nyt on teille julistettu niiden kautta, jotka ovat teille evankeliumia saarnanneet taivaasta lähetetyssä Pyhässä Hengessä; niihin haluavat enkelitkin katsahtaa.’ 1. Pietarin kirje 1:12....”</w:t>
      </w:r>
    </w:p>
    <w:p>
      <w:pPr>
        <w:pStyle w:val="ArticleScripture"/>
        <w:jc w:val="left"/>
      </w:pPr>
      <w:r>
        <w:rPr>
          <w:rFonts w:ascii="Times New Roman" w:hAnsi="Times New Roman" w:eastAsia="Times New Roman" w:cs="Times New Roman"/>
        </w:rPr>
        <w:t>"Raamattu on koonnut ja sitonut yhteen aarteensa tätä viimeistä sukupolvea varten. Kaikki Vanhan testamentin historian suuret tapahtumat ja juhlalliset vaiheet ovat toistuneet ja toistuvat seurakunnassa näinä viimeisinä päivinä." Selected Messages, kirja 3, 338, 339.</w:t>
      </w:r>
    </w:p>
    <w:p>
      <w:pPr>
        <w:pStyle w:val="ArticleBody"/>
        <w:jc w:val="left"/>
      </w:pPr>
      <w:r>
        <w:rPr>
          <w:rFonts w:ascii="Times New Roman" w:hAnsi="Times New Roman" w:eastAsia="Times New Roman" w:cs="Times New Roman"/>
        </w:rPr>
        <w:t>Pakanallinen Rooma ja 2. Tessalonikalaiskirjeen synnin ihminen edustavat viimeisten päivien Yhdysvaltoja ja paavillista Roomaa. Tämän totuuden väärin ymmärtäminen osoittaa muun muassa, että vaikka henkilö väittää perustavansa yksityisen tulkintansa ”esikuvan ja vastakuvan” periaatteelle, hän ei todellisuudessa ymmärrä ”esikuvaa ja vastakuvaa”. Yhdysvaltoja on pyhässä historiassa esikuvattu useilla vallankäyttäjillä. Jokainen kaksisarvinen valta edustaa viimeisinä päivinä Yhdysvaltoja, olipa kyseessä Israelin pohjoinen ja eteläinen valtakunta, Meedo-Persian valtakunta tai ateistinen Ranska, jota Sodoma ja Egypti edustavat.</w:t>
      </w:r>
    </w:p>
    <w:p>
      <w:pPr>
        <w:pStyle w:val="ArticleBody"/>
        <w:jc w:val="left"/>
      </w:pPr>
      <w:r>
        <w:rPr>
          <w:rFonts w:ascii="Times New Roman" w:hAnsi="Times New Roman" w:eastAsia="Times New Roman" w:cs="Times New Roman"/>
        </w:rPr>
        <w:t>Ajanjakso, jolloin Yhdysvallat muodostaa pedon kuvan ja pedolle, on esikuvattu Danielin toisen luvun raudassa ja savessa sekä siinä pienessä sarvessa, joka ilmenee miehenä ja naisena Danielin kahdeksannessa luvussa, samoin kuin Baalin profeetoissa ja metsikön papeissa Elian todistuksessa Karmelinvuorella. Salome on esikuva Yhdysvalloista Herodeksen juopuneiden syntymäpäiväjuhlien todistuksessa. Pergamo on esikuva Yhdysvalloista ja osoittaa sen kompromissin, joka johtaa Tyatiraan, joka on viimeisten päivien paavillisen vallan esikuva.</w:t>
      </w:r>
    </w:p>
    <w:p>
      <w:pPr>
        <w:pStyle w:val="ArticleBody"/>
        <w:jc w:val="left"/>
      </w:pPr>
      <w:r>
        <w:rPr>
          <w:rFonts w:ascii="Times New Roman" w:hAnsi="Times New Roman" w:eastAsia="Times New Roman" w:cs="Times New Roman"/>
        </w:rPr>
        <w:t>Frankkien kuningas Clovis vuonna 496 on Ronald Reaganin aikakauden Yhdysvaltojen esikuva. Justinianus vuonna 533 edustaa Donald Trumpia ennen sunnuntailakia. Kummassakin esikuvallisessa kuvauksessa Yhdysvallat edustaa sitä valtaa, joka kumartuu alistuvasti viimeisten päivien paavillisen vallan edessä. Alistuvasti kumartuva valta kuvataan osoittamassa kunnioitusta Roomalle. „Kunnianosoituksen” tekoon sisältyy kumartuminen kuninkaan, pään, edessä.</w:t>
      </w:r>
    </w:p>
    <w:p>
      <w:pPr>
        <w:pStyle w:val="ArticleScripture"/>
        <w:jc w:val="left"/>
      </w:pPr>
      <w:r>
        <w:rPr>
          <w:rFonts w:ascii="Times New Roman" w:hAnsi="Times New Roman" w:eastAsia="Times New Roman" w:cs="Times New Roman"/>
        </w:rPr>
        <w:t>On osoitettu, että Yhdysvallat on se valta, jota karitsan sarvia kantava peto kuvaa, ja että tämä ennustus täyttyy, kun Yhdysvallat pakottaa sunnuntain vieton, jota Rooma pitää erityisenä tunnustuksena ylivallalleen. Mutta tässä paavikunnalle osoitetussa kunnianosoituksessa Yhdysvallat ei ole yksin. Rooman vaikutus niissä maissa, jotka kerran tunnustivat sen herruuden, on yhä kaukana siitä, että se olisi hävitetty. Ja ennustus ilmoittaa sen vallan palauttamisen. ”Ja minä näin yhden sen päistä ikään kuin kuolettavasti haavoitettuna; mutta sen kuolinhaava parani; ja koko maa seurasi ihmetellen petoa.” Jae 3. Kuolinhaavan aiheuttaminen viittaa paavikunnan kukistumiseen vuonna 1798.</w:t>
      </w:r>
    </w:p>
    <w:p>
      <w:pPr>
        <w:pStyle w:val="ArticleScripture"/>
        <w:jc w:val="left"/>
      </w:pPr>
      <w:r>
        <w:rPr>
          <w:rFonts w:ascii="Times New Roman" w:hAnsi="Times New Roman" w:eastAsia="Times New Roman" w:cs="Times New Roman"/>
        </w:rPr>
        <w:t>"Tämän jälkeen, sanoo profeetta, ‘sen kuolinhaava parani; ja koko maailma seurasi ihmetellen petoa.’ Paavali toteaa selvästi, että ‘laittomuuden ihminen’ jatkuu aina toiseen tulemukseen saakka. 2. Tessalonikalaiskirje 2:3–8. Aivan ajan loppuun asti hän jatkaa eksytyksen työtä. Ja ilmestyksen kirjoittaja julistaa, viitaten niin ikään paavikuntaan: ‘Ja häntä kumartavat kaikki maan päällä asuvaiset, joiden nimiä ei ole kirjoitettu elämän kirjaan.’ Ilmestys 13:8. Sekä Vanhassa että Uudessa maailmassa paavikunta saa osakseen kunnioitusta siinä kunnianosoituksessa, jota annetaan sunnuntailaitokselle, joka perustuu yksinomaan Rooman kirkon arvovaltaan." Suuri taistelu, 578.</w:t>
      </w:r>
    </w:p>
    <w:p>
      <w:pPr>
        <w:pStyle w:val="ArticleBody"/>
        <w:jc w:val="left"/>
      </w:pPr>
      <w:r>
        <w:rPr>
          <w:rFonts w:ascii="Times New Roman" w:hAnsi="Times New Roman" w:eastAsia="Times New Roman" w:cs="Times New Roman"/>
        </w:rPr>
        <w:t>Viimeinen virke antaa lisää todistusta siitä, että sisar White ymmärsi ilmauksen ”vanha maailma” tarkoittavan Eurooppaa ja ”uusi maailma” tarkoittavan Amerikkoja. Näin ollen Yhdysvallat osoittaa kunnioitusta paavilliselle vallalle ja pakottaa muun maailman tekemään samoin. Tämä osoittaa Yhdysvaltojen olevan alistettu paavillisen vallan ohjaukselle. Jesajan esittämä tunnistus ja painotus siitä, että ”pää” on ymmärrettävä, jotta voitaisiin vahvistua, löytää jumalallisen tarkoituksensa siinä, että symbolista ”pää” tulee avain ulkoisen profetian linjan ymmärtämiseen sekä myös sisäisen profetian linjan ymmärtämiseen.</w:t>
      </w:r>
    </w:p>
    <w:p>
      <w:pPr>
        <w:pStyle w:val="ArticleScripture"/>
        <w:jc w:val="left"/>
      </w:pPr>
      <w:r>
        <w:rPr>
          <w:rFonts w:ascii="Times New Roman" w:hAnsi="Times New Roman" w:eastAsia="Times New Roman" w:cs="Times New Roman"/>
        </w:rPr>
        <w:t>Sillä Syyrian pää on Damaskos, ja Damaskoksen pää on Resin; ja kuudenkymmenen viiden vuoden kuluessa Efraim murskataan, niin ettei se enää ole kansa. Ja Efraimin pää on Samaria, ja Samarian pää on Remaljan poika. Ellette usko, ette totisesti pysy lujina. Jesaja 7:8, 9.</w:t>
      </w:r>
    </w:p>
    <w:p>
      <w:pPr>
        <w:pStyle w:val="ArticleBody"/>
        <w:jc w:val="left"/>
      </w:pPr>
      <w:r>
        <w:rPr>
          <w:rFonts w:ascii="Times New Roman" w:hAnsi="Times New Roman" w:eastAsia="Times New Roman" w:cs="Times New Roman"/>
        </w:rPr>
        <w:t>Viimeisinä päivinä, jolloin jokaisen profeetan todistus on voimassa, ”sinun kansasi ryövärit” vahvistavat näyn. Profetian Hengen arvovallalla ja adventismin perustavien totuuksien mukaisesti, sellaisina kuin ne on esitetty Habakukin kahdella pyhällä kartalla, ”ryövärit” ovat Rooman vertauskuva. Kun pakanallinen Rooma tunkeutui historiaan ensimmäisen kerran vuonna 200 eKr., se oli viimeisten päivien nykyisen Rooman esikuva. Tämä profeetallinen totuus on se, mikä vahvistaa viimeisten päivien profeetallisen näyn, ja jos kieltäydyt näkemästä, että nykyisen Rooman ”pää” on paavillinen valta, et totisesti tule vahvistetuksi.</w:t>
      </w:r>
    </w:p>
    <w:p>
      <w:pPr>
        <w:pStyle w:val="ArticleScripture"/>
        <w:jc w:val="left"/>
      </w:pPr>
      <w:r>
        <w:rPr>
          <w:rFonts w:ascii="Times New Roman" w:hAnsi="Times New Roman" w:eastAsia="Times New Roman" w:cs="Times New Roman"/>
        </w:rPr>
        <w:t>”Maailma on täynnä myrskyä, sotaa ja eripuraisuutta. Kuitenkin yhden johdon alaisina — paavillisen vallan — kansat yhdistyvät vastustamaan Jumalaa Hänen todistajiensa persoonassa.” Testimonies, osa 7, 182.</w:t>
      </w:r>
    </w:p>
    <w:p>
      <w:pPr>
        <w:pStyle w:val="ArticleBody"/>
        <w:jc w:val="left"/>
      </w:pPr>
      <w:r>
        <w:rPr>
          <w:rFonts w:ascii="Times New Roman" w:hAnsi="Times New Roman" w:eastAsia="Times New Roman" w:cs="Times New Roman"/>
        </w:rPr>
        <w:t>Jos sinulla on korvat kuulla, niin saatat ymmärtää, että Kristuksen ajan juutalaisten eräs ensisijainen epäonnistuminen oli siinä, että he samastivat ”varjon” ”olemukseen”. Juutalaiset sekä ennen ristiä että sen jälkeen luottivat jumalanpalvelusjärjestelmänsä esikuvallisiin muotoihin ja hylkäsivät vastakuvan. He väittivät, että ”varjo” oli ”olemus”, ja näin tehdessään he jättivät innoitettuun kertomukseen kansan, joka viimeisinä päivinä niin ikään samastaa varjon olemukseen.</w:t>
      </w:r>
    </w:p>
    <w:p>
      <w:pPr>
        <w:pStyle w:val="ArticleBody"/>
        <w:jc w:val="left"/>
      </w:pPr>
      <w:r>
        <w:rPr>
          <w:rFonts w:ascii="Times New Roman" w:hAnsi="Times New Roman" w:eastAsia="Times New Roman" w:cs="Times New Roman"/>
        </w:rPr>
        <w:t>Kun Yhdysvallat muodostaa pedolle kuvan, se muodostaa pedon varjon. Se muodostaa substanssin varjon, sillä kuva on esikuva. Tunnistaa Yhdysvallat, silloin kun se muodostaa pedon kuvan, nykyajan Rooman symboliksi merkitsee rinnastaa se muinaisen Israelin Suuren Vastakuvan hylkäämiseen ja ristiinnaulitsemiseen.</w:t>
      </w:r>
    </w:p>
    <w:p>
      <w:pPr>
        <w:pStyle w:val="ArticleBody"/>
        <w:jc w:val="left"/>
      </w:pPr>
      <w:r>
        <w:rPr>
          <w:rFonts w:ascii="Times New Roman" w:hAnsi="Times New Roman" w:eastAsia="Times New Roman" w:cs="Times New Roman"/>
        </w:rPr>
        <w:t>Ne, jotka opettavat virheellistä näkemystä, jonka mukaan Yhdysvallat on sinun kansasi ryöstäjät, puhuvat paljon esikuvien ja vastakuvien käytöstään, ja he samaistavat usein Yhdysvallat pedon kuvaan ja ajattelevat jotenkin, että tunnistamalla Yhdysvallat pedon kuvaksi he jotenkin todistavat Yhdysvaltojen olevan ”ryöstäjät”. Jos he todella antaisivat esikuvan ja vastakuvan perusperiaatteiden hallita itseään, he näkisivät nopeasti, että Yhdysvaltojen profeetallinen rooli, jota on toistuvasti kuvattu esikuvallisesti Jumalan Sanassa, osoittaa Yhdysvallat vallaksi, joka on paavillisen auktoriteetin alaisuudessa. He näkisivät, että ilman petoa viitekohtana on mieletöntä samaistaa pedon kuvaan jotakin sellaista, mitä ei ollut olemassa. Ainoa, mikä voi määritellä pedon kuvan, on peto itse, sillä paavillinen valta on se, joka perustaa kuvan peilinäkynässä.</w:t>
      </w:r>
    </w:p>
    <w:p>
      <w:pPr>
        <w:pStyle w:val="ArticleBody"/>
        <w:jc w:val="left"/>
      </w:pPr>
      <w:r>
        <w:rPr>
          <w:rFonts w:ascii="Times New Roman" w:hAnsi="Times New Roman" w:eastAsia="Times New Roman" w:cs="Times New Roman"/>
        </w:rPr>
        <w:t>Yhdysvaltojen pedon kuvan muodostamista koskevan profetian rinnakkainen linja on se, jolloin tosi protestantismin sarvi muodostaa Kristuksen kuvan. Tämä muodostuminen yksilöidään erityisesti Danielin kirjan kymmenennessä luvussa, kun Daniel näkee ”marah”-näyn, joka on ”katselulasinäky”. Daniel edustaa niitä, jotka katsovat Kristusta, ja siten he heijastavat Kristuksen luonnetta. Ellei Kristuksen näkyä olisi esitetty Danielille, hän ei olisi kyennyt heijastamaan Kristuksen luonnetta. Jotta ne sataneljäkymmentäneljätuhatta, joita Daniel edustaa kymmenennessä luvussa Kristuksen kuvan muodostamisessa sisimpäänsä, voisivat tehdä tämän, heidän täytyy katsella Hänen luonnettaan. Katsellessaan he muuttuvat.</w:t>
      </w:r>
    </w:p>
    <w:p>
      <w:pPr>
        <w:pStyle w:val="ArticleScripture"/>
        <w:jc w:val="left"/>
      </w:pPr>
      <w:r>
        <w:rPr>
          <w:rFonts w:ascii="Times New Roman" w:hAnsi="Times New Roman" w:eastAsia="Times New Roman" w:cs="Times New Roman"/>
        </w:rPr>
        <w:t>Mutta me kaikki, jotka peittämättömin kasvoin katselemme kuin kuvastimesta Herran kirkkautta, muutumme saman kuvan kaltaisiksi kirkkaudesta kirkkauteen, niin kuin muuttaa Herra, joka on Henki. 2 Korinttolaiskirje 3:18.</w:t>
      </w:r>
    </w:p>
    <w:p>
      <w:pPr>
        <w:pStyle w:val="ArticleBody"/>
        <w:jc w:val="left"/>
      </w:pPr>
      <w:r>
        <w:rPr>
          <w:rFonts w:ascii="Times New Roman" w:hAnsi="Times New Roman" w:eastAsia="Times New Roman" w:cs="Times New Roman"/>
        </w:rPr>
        <w:t>Heprealaisen määritelmän mukaan se ”marah”-näky, jonka Daniel näki kymmenennessä luvussa, on ”näky; myös (kausatiivisesti) peili: —kuvastin, näky”. Edellisessä jakeessa sanaksi lasi käännetty kreikan sana merkitsee itsensä peilaamista, toisin sanoen heijastuneena näkemistä (kuvaannollisesti): —katsella kuin kuvastimesta.</w:t>
      </w:r>
    </w:p>
    <w:p>
      <w:pPr>
        <w:pStyle w:val="ArticleBody"/>
        <w:jc w:val="left"/>
      </w:pPr>
      <w:r>
        <w:rPr>
          <w:rFonts w:ascii="Times New Roman" w:hAnsi="Times New Roman" w:eastAsia="Times New Roman" w:cs="Times New Roman"/>
        </w:rPr>
        <w:t>Jaakob esittää myös peiliin liittyvän totuuden linjan.</w:t>
      </w:r>
    </w:p>
    <w:p>
      <w:pPr>
        <w:pStyle w:val="ArticleScripture"/>
        <w:jc w:val="left"/>
      </w:pPr>
      <w:r>
        <w:rPr>
          <w:rFonts w:ascii="Times New Roman" w:hAnsi="Times New Roman" w:eastAsia="Times New Roman" w:cs="Times New Roman"/>
        </w:rPr>
        <w:t>Sillä jos joku on sanan kuulija eikä sen tekijä, hän on miehen kaltainen, joka katselee luonnollisia kasvonpiirteitään peilistä; sillä hän katselee itseään ja menee pois ja unohtaa heti, millainen hän oli. Mutta joka katsoo täydelliseen vapauden lakiin ja pysyy siinä, eikä ole unohteleva kuulija vaan teon tekijä, hän on oleva autuas tekemisessään. Jaak. 1:23–25.</w:t>
      </w:r>
    </w:p>
    <w:p>
      <w:pPr>
        <w:pStyle w:val="ArticleBody"/>
        <w:jc w:val="left"/>
      </w:pPr>
      <w:r>
        <w:rPr>
          <w:rFonts w:ascii="Times New Roman" w:hAnsi="Times New Roman" w:eastAsia="Times New Roman" w:cs="Times New Roman"/>
        </w:rPr>
        <w:t>Jos me rakastamme totuutta ja olemme sen tähden sanan tekijöitä, silloin kuvastin, johon katsomme, on vapauden täydellinen laki; mutta jos emme rakasta totuutta ja sen jälkeen kuljemme omaa tietämme, niin kuin ne tekivät Danielin kanssa, kun he pakenivat, silloin kuvastin on yksinkertaisesti vain heijastus meistä itsestämme.</w:t>
      </w:r>
    </w:p>
    <w:p>
      <w:pPr>
        <w:pStyle w:val="ArticleScripture"/>
        <w:jc w:val="left"/>
      </w:pPr>
      <w:r>
        <w:rPr>
          <w:rFonts w:ascii="Times New Roman" w:hAnsi="Times New Roman" w:eastAsia="Times New Roman" w:cs="Times New Roman"/>
        </w:rPr>
        <w:t>”Jumalan laki on peili, joka esittää täydellisen heijastuksen ihmisestä sellaisena kuin hän on ja pitää hänen edessään oikean kuvan. Jotkut kääntyvät pois ja unohtavat tämän kuvan, kun taas toiset käyttävät lakia vastaan herjaavia nimityksiä, ikään kuin tämä parantaisi heidän luonteensa viat. Toiset taas, jotka laki tuomitsee, katuvat rikkomuksiaan ja Kristuksen ansioihin kohdistuvan uskon kautta täydellistävät kristillisen luonteen.” Faith and Works, 31.</w:t>
      </w:r>
    </w:p>
    <w:p>
      <w:pPr>
        <w:pStyle w:val="ArticleBody"/>
        <w:jc w:val="left"/>
      </w:pPr>
      <w:r>
        <w:rPr>
          <w:rFonts w:ascii="Times New Roman" w:hAnsi="Times New Roman" w:eastAsia="Times New Roman" w:cs="Times New Roman"/>
        </w:rPr>
        <w:t>Daniel ei nähnyt itseään peilikuvanäyssä; hän näki Kristuksen, joka on Jaakobin täydellisen vapauden lain täydellinen ilmentymä.</w:t>
      </w:r>
    </w:p>
    <w:p>
      <w:pPr>
        <w:pStyle w:val="ArticleScripture"/>
        <w:jc w:val="left"/>
      </w:pPr>
      <w:r>
        <w:rPr>
          <w:rFonts w:ascii="Times New Roman" w:hAnsi="Times New Roman" w:eastAsia="Times New Roman" w:cs="Times New Roman"/>
        </w:rPr>
        <w:t>”Kristuksen elämä maan päällä on jumalallisen lain täydellinen heijastus. Hänessä on elämä ja toivo ja valo. Katsokaa häntä, niin te muututte saman kaltaisiksi, luonteesta luonteeseen.” Signs of the Times, 10. toukokuuta 1910.</w:t>
      </w:r>
    </w:p>
    <w:p>
      <w:pPr>
        <w:pStyle w:val="ArticleBody"/>
        <w:jc w:val="left"/>
      </w:pPr>
      <w:r>
        <w:rPr>
          <w:rFonts w:ascii="Times New Roman" w:hAnsi="Times New Roman" w:eastAsia="Times New Roman" w:cs="Times New Roman"/>
        </w:rPr>
        <w:t>Pedon kuva heijastaa petoa, ja pedon kuvan muodostaminen on Jumalan kansalle suuri koetus, jonka kautta heidän iankaikkinen kohtalonsa ratkaistaan. Kun protestanttiset kirkot ottavat hallintaansa Yhdysvaltain hallituksen, ne ovat muodostaneet kuvan siitä kirkon ja valtion järjestelmästä, jota paavillinen valta on aina käyttänyt. Samana ajanjaksona Kristuksen kuva tuotetaan Hänen viimeisten päivien kansassaan. Kuitenkaan ne, jotka olivat Danielin kanssa, eivät nähneet näkyä, sillä he pakenivat näkyä.</w:t>
      </w:r>
    </w:p>
    <w:p>
      <w:pPr>
        <w:pStyle w:val="ArticleBody"/>
        <w:jc w:val="left"/>
      </w:pPr>
      <w:r>
        <w:rPr>
          <w:rFonts w:ascii="Times New Roman" w:hAnsi="Times New Roman" w:eastAsia="Times New Roman" w:cs="Times New Roman"/>
        </w:rPr>
        <w:t>Kristuksen kuvan muodostuminen saa aikaan kahden palvojaluokan ilmenemisen. Toinen luokka hylkää heijastamisen periaatteen. Heijastamisen periaatetta edustaa peili, sillä Kristus käyttää kirjaimellisia maallisia asioita kuvaamaan hengellisiä taivaallisia totuuksia.</w:t>
      </w:r>
    </w:p>
    <w:p>
      <w:pPr>
        <w:pStyle w:val="ArticleScripture"/>
        <w:jc w:val="left"/>
      </w:pPr>
      <w:r>
        <w:rPr>
          <w:rFonts w:ascii="Times New Roman" w:hAnsi="Times New Roman" w:eastAsia="Times New Roman" w:cs="Times New Roman"/>
        </w:rPr>
        <w:t>Kristuksen vertausta sisältävässä opetuksessa ilmenee sama periaate kuin Hänen omassa tehtävässään maailmaa varten. Jotta voisimme tulla tuntemaan Hänen jumalallisen luonteensa ja elämänsä, Kristus otti meidän luontomme ja asui meidän keskellämme. Jumaluus tuli ilmoitetuksi ihmisyydessä; näkymätön kirkkaus näkyvässä ihmisolemuksessa. Ihmiset saattoivat oppia tuntemattomasta tunnetun kautta; taivaalliset asiat ilmoitettiin maallisten kautta; Jumala tehtiin ilmeiseksi ihmisten kaltaisuudessa. Samoin oli Kristuksen opetuksessa: tuntematonta havainnollistettiin tunnetun avulla; jumalallisia totuuksia maallisilla asioilla, jotka olivat kansalle kaikkein tutuimpia.</w:t>
      </w:r>
    </w:p>
    <w:p>
      <w:pPr>
        <w:pStyle w:val="ArticleScripture"/>
        <w:jc w:val="left"/>
      </w:pPr>
      <w:r>
        <w:rPr>
          <w:rFonts w:ascii="Times New Roman" w:hAnsi="Times New Roman" w:eastAsia="Times New Roman" w:cs="Times New Roman"/>
        </w:rPr>
        <w:t>”Raamattu sanoo: ’Tämän kaiken Jeesus puhui kansalle vertauksin; … jotta kävisi toteen, mitä profeetan kautta on puhuttu, joka sanoo: Minä avaan suuni vertauksiin; minä julistan asioita, jotka ovat olleet salattuina maailman perustamisesta asti.’ Matteus 13:34, 35. Luonnolliset asiat olivat hengellisten välikappaleena; luonnon asiat ja Hänen kuulijoidensa elämänkokemus yhdistettiin kirjoitetun sanan totuuksiin. Johtaen näin luonnollisesta hengelliseen valtakuntaan Kristuksen vertaukset ovat lenkkejä siinä totuuden ketjussa, joka yhdistää ihmisen Jumalaan ja maan taivaaseen.” Christ’s Object Lessons, 17.</w:t>
      </w:r>
    </w:p>
    <w:p>
      <w:pPr>
        <w:pStyle w:val="ArticleBody"/>
        <w:jc w:val="left"/>
      </w:pPr>
      <w:r>
        <w:rPr>
          <w:rFonts w:ascii="Times New Roman" w:hAnsi="Times New Roman" w:eastAsia="Times New Roman" w:cs="Times New Roman"/>
        </w:rPr>
        <w:t>Heijastuksen hengellinen periaate toteutuu katsomalla peiliin, joka edustaa Kristusta, ja koska ”marah”-näky on aikaansaava näky, peilissä oleva Kristuksen kuva synnyttää Kristuksen kuvan ihmisyydessä.</w:t>
      </w:r>
    </w:p>
    <w:p>
      <w:pPr>
        <w:pStyle w:val="ArticleBody"/>
        <w:jc w:val="left"/>
      </w:pPr>
      <w:r>
        <w:rPr>
          <w:rFonts w:ascii="Times New Roman" w:hAnsi="Times New Roman" w:eastAsia="Times New Roman" w:cs="Times New Roman"/>
        </w:rPr>
        <w:t>Väittää, että Yhdysvallat on se, mikä vahvistaa näyn, on sama kuin väittää, että Danielin patsas on se, mikä vahvistaa Kristuksen. Kristus on se, mikä vahvistaa näyn Hänen luonteestaan ja työstään, ja antikristus on se, mikä vahvistaa näyn hänen luonteestaan ja työstään. Näky on se, mikä heijastuu kuvastimessa, ja rosvot vahvistavat näyn. Pedon kuvan väärinymmärtäminen siten, että kuva samastetaan itse petoon, tuottaa rinnakkaisia linjoja.</w:t>
      </w:r>
    </w:p>
    <w:p>
      <w:pPr>
        <w:pStyle w:val="ArticleBody"/>
        <w:jc w:val="left"/>
      </w:pPr>
      <w:r>
        <w:rPr>
          <w:rFonts w:ascii="Times New Roman" w:hAnsi="Times New Roman" w:eastAsia="Times New Roman" w:cs="Times New Roman"/>
        </w:rPr>
        <w:t>Kääntymätön ihminen näkee peilissä itsensä, tai jos hän näkeekin Jumalan lain, hän kohdistaa halveksuntansa lakiin pyrkiessään välttämään sen vaatimukset. Kääntynyt ihminen näkee kuvastimessa Kristuksen ja Hänen lakinsa. Yhdysvallat muodostaa kuvan paavilliselle vallalle katsomalla paavillista valtaa ja jäljentämällä sen. Antikristus jäljennetään Yhdysvalloissa.</w:t>
      </w:r>
    </w:p>
    <w:p>
      <w:pPr>
        <w:pStyle w:val="ArticleBody"/>
        <w:jc w:val="left"/>
      </w:pPr>
      <w:r>
        <w:rPr>
          <w:rFonts w:ascii="Times New Roman" w:hAnsi="Times New Roman" w:eastAsia="Times New Roman" w:cs="Times New Roman"/>
        </w:rPr>
        <w:t>Lusifer halusi asettua Jumalan poliittisille ja uskonnollisille valtaistuimille.</w:t>
      </w:r>
    </w:p>
    <w:p>
      <w:pPr>
        <w:pStyle w:val="ArticleScripture"/>
        <w:jc w:val="left"/>
      </w:pPr>
      <w:r>
        <w:rPr>
          <w:rFonts w:ascii="Times New Roman" w:hAnsi="Times New Roman" w:eastAsia="Times New Roman" w:cs="Times New Roman"/>
        </w:rPr>
        <w:t>Kuinka oletkaan langennut taivaasta, oi Kointähti, aamuruskon poika! Kuinka sinut onkaan syösty maahan, sinut, joka kukistit kansakunnat! Sillä sinä sanoit sydämessäsi: Minä nousen taivaaseen, minä korotan valtaistuimeni Jumalan tähtien yläpuolelle; minä istun myös seurakunnan vuorella, pohjan perillä; minä nousen pilvien kukkuloiden yläpuolelle; minä olen Korkeimman vertainen. Hesekiel 14:12–14.</w:t>
      </w:r>
    </w:p>
    <w:p>
      <w:pPr>
        <w:pStyle w:val="ArticleBody"/>
        <w:jc w:val="left"/>
      </w:pPr>
      <w:r>
        <w:rPr>
          <w:rFonts w:ascii="Times New Roman" w:hAnsi="Times New Roman" w:eastAsia="Times New Roman" w:cs="Times New Roman"/>
        </w:rPr>
        <w:t>Saatana on antikristus, ja samoin on paavillinen valta. Paavillinen valta asetettiin kirkkoon, ja se hallitsi Euroopan poliittisia valtaistuimia. Danielin kirjan kymmenennen luvun kausaalinen katselulasi, hengellisessä sovellutuksessaan nähtynä, muuttaa katselijansa Kristuksen kuvan kaltaisiksi. Tämä totuus hallitsee antikristuksen linjaa. Kun kansakunta tai yksilö katsoo katselulasinäkyyn, se synnyttää kausaalisen vaikutuksen, sillä se toisintaa oman kuvansa joko sitä katselevassa yksilössä tai kansakunnassa, ja näin syntyy joko Kristuksen kuva tai pedon kuva. Tämä on rinnakkainen samalle vaikutukselle, jota Daniel edustaa. Kristus on se, joka vahvisti näyn Danielille, ja antikristus vahvistaa näyn Yhdysvalloille, kun se muodostaa pedon kuvan.</w:t>
      </w:r>
    </w:p>
    <w:p>
      <w:pPr>
        <w:pStyle w:val="ArticleBody"/>
        <w:jc w:val="left"/>
      </w:pPr>
      <w:r>
        <w:rPr>
          <w:rFonts w:ascii="Times New Roman" w:hAnsi="Times New Roman" w:eastAsia="Times New Roman" w:cs="Times New Roman"/>
        </w:rPr>
        <w:t>Jatkamme näitä ajatuksia seuraavassa artikkelissa.</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Rooma vahvistaa näyn – luku kolmetoista</dc:title>
  <dc:subject>Rooman kiistat: Pedon kuvan viimeisen koetuksen ymmärtäminen</dc:subject>
  <dc:creator>Jeff Pippenger</dc:creator>
  <cp:keywords/>
  <dc:description>Generated by ArticleDigger from modern_rome\13_modern_rome.json</dc:description>
  <cp:lastModifiedBy>ArticleDigger</cp:lastModifiedBy>
  <cp:revision>1</cp:revision>
  <dcterms:created xsi:type="dcterms:W3CDTF">2000-01-01T00:00:00Z</dcterms:created>
  <dcterms:modified xsi:type="dcterms:W3CDTF">2000-01-01T00:00:00Z</dcterms:modified>
  <cp:category>modern_rome</cp:category>
  <cp:lastPrinted>2000-01-01T00:00:00Z</cp:lastPrinted>
</cp:coreProperties>
</file>