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Kaksi</w:t>
      </w:r>
    </w:p>
    <w:p>
      <w:pPr>
        <w:pStyle w:val="ArticleSubtitle"/>
        <w:jc w:val="left"/>
      </w:pPr>
      <w:r>
        <w:rPr>
          <w:rFonts w:ascii="Arial" w:hAnsi="Arial" w:eastAsia="Arial" w:cs="Arial"/>
        </w:rPr>
        <w:t>Etelän kuninkaan nousu ja tuho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Päätimme edellisen artikkelin kirjoittamalla: ”Jakeet 10–15 kuvaavat kolmea sijaissotaa, jotka pohjoisen kuningas, paavillinen valta, toteuttaa vuosien 1989 ja sunnuntailain välillä.” Nämä kolme sijaissotaa alkavat siitä, että Yhdysvallat samastetaan jakeessa 40 ilmaukseen ”sotavaunut, laivat ja ratsumiehet”.</w:t>
      </w:r>
    </w:p>
    <w:p>
      <w:pPr>
        <w:pStyle w:val="ArticleBody"/>
        <w:jc w:val="left"/>
      </w:pPr>
      <w:r>
        <w:rPr>
          <w:rFonts w:ascii="Times New Roman" w:hAnsi="Times New Roman" w:eastAsia="Times New Roman" w:cs="Times New Roman"/>
        </w:rPr>
        <w:t>Seuraava sijaissota, jota jakeessa 11 kuvataan ja joka historiallisesti täyttyi Raphian taistelussa vuonna 217 eKr., käytiin Egyptin etelän kuninkaan Ptolemaios IV Filopatorin ja Seleukidien valtakuntaan kuuluneen Antiokhos Suuren, jota kutsutaan myös nimellä Antiochos Magnus, välillä. Antiokhos oli täyttänyt jakeen 10, kun hän kostoksi Egyptille pohjoisen valtakuntansa tappion ja alueidensa menetyksen johdosta valtasi takaisin koko sen maantieteellisen alueen, jonka etelän valtakunta oli aiemmin riistänyt hänen valtakunnaltaan. Näin hän teki, mutta pysähtyi Egyptin rajalle, täyttäen siten jakeen 10 ja esikuvallistaen vuotta 1989.</w:t>
      </w:r>
    </w:p>
    <w:p>
      <w:pPr>
        <w:pStyle w:val="ArticleScripture"/>
        <w:jc w:val="left"/>
      </w:pPr>
      <w:r>
        <w:rPr>
          <w:rFonts w:ascii="Times New Roman" w:hAnsi="Times New Roman" w:eastAsia="Times New Roman" w:cs="Times New Roman"/>
        </w:rPr>
        <w:t>Mutta hänen poikansa valmistautuvat sotaan ja kokoavat suuren paljouden mahtavia joukkoja; ja yksi niistä tulee varmasti, tulvii yli ja kulkee lävitse; sitten hän palaa ja valmistautuu sotaan aina linnoitukseensa asti. Daniel 11:10.</w:t>
      </w:r>
    </w:p>
    <w:p>
      <w:pPr>
        <w:pStyle w:val="ArticleBody"/>
        <w:jc w:val="left"/>
      </w:pPr>
      <w:r>
        <w:rPr>
          <w:rFonts w:ascii="Times New Roman" w:hAnsi="Times New Roman" w:eastAsia="Times New Roman" w:cs="Times New Roman"/>
        </w:rPr>
        <w:t>Toinen sijaissota oli Raphian taistelu. Raphia merkitsee rajamaata. Tuo taistelukenttä osoittaa sen kohdan, jossa Antiokhos oli päättänyt jakeen 10 edellisen hyökkäyksensä. Kolmea sijaissotaa hallitsee totuus siinä mielessä, että ensimmäinen sijaissota vastaa viimeistä sijaissotaa. Kaikki kolme sotaa — jakeen 10 sota, jakeen 11 sota ja sitten jakeiden 13–15 kolmas sota — käydään alkuperäisessä täyttymyksessään saman historiallisen henkilön toimesta. Antiokhos Suuri on läsnä jokaisessa näistä kolmesta taistelusta ja sitoo ne profeetallisesti yhdeksi linjaksi. Antiokhos voittaa ensimmäisen ja viimeisen taistelun, mutta ei keskimmäistä, jossa etelän kuningas saa voiton.</w:t>
      </w:r>
    </w:p>
    <w:p>
      <w:pPr>
        <w:pStyle w:val="ArticleBody"/>
        <w:jc w:val="left"/>
      </w:pPr>
      <w:r>
        <w:rPr>
          <w:rFonts w:ascii="Times New Roman" w:hAnsi="Times New Roman" w:eastAsia="Times New Roman" w:cs="Times New Roman"/>
        </w:rPr>
        <w:t>Niin kuin Raphia merkitsee rajamaata, niin merkitsee myös Ukraina. Toinen sijaissota, joka täyttyi ensimmäisen kerran Raphian taistelussa, täyttyy nyt Ukrainan sodassa. Vladimir Putin on etelän kuningas, ensimmäisen modernin etelän kuninkaan, Vladimir Leninin, profeetallinen jälkeläinen. Putin on toistuvasti väittänyt, että Venäjän vastaus Ukrainaan perustuu kiistanalaiseen sopimukseen, jonka mukaan Naton ei Saksan jälleenyhdistymisen yhteydessä ollut määrä laajentua enää entisen Neuvostoliiton alueelle. Putinin motiivi vastaa Ptolemaioksen motiivia jakeissa 5–9 ja Napoleonin motiivia vuonna 1797. Kaikki kolme etelän kuningasta oikeuttavat tekonsa pohjoisen kuningasta vastaan rikotun sopimuksen perusteella.</w:t>
      </w:r>
    </w:p>
    <w:p>
      <w:pPr>
        <w:pStyle w:val="ArticleBody"/>
        <w:jc w:val="left"/>
      </w:pPr>
      <w:r>
        <w:rPr>
          <w:rFonts w:ascii="Times New Roman" w:hAnsi="Times New Roman" w:eastAsia="Times New Roman" w:cs="Times New Roman"/>
        </w:rPr>
        <w:t>Jesajan 23. luvun mukaan Tyroksen portto, joka edustaa paavillista valtaa, unohdettaisiin seitsemäksikymmeneksi vuodeksi, yhden kuninkaan päivien ajaksi — ajaksi, jonka on toistuvasti osoitettu olevan se aika, jolloin raamatullisen profetian kuudes valtakunta, Ilmestyskirjan 13. luvun maapeto (Yhdysvallat), hallitsee.</w:t>
      </w:r>
    </w:p>
    <w:p>
      <w:pPr>
        <w:pStyle w:val="ArticleScripture"/>
        <w:jc w:val="left"/>
      </w:pPr>
      <w:r>
        <w:rPr>
          <w:rFonts w:ascii="Times New Roman" w:hAnsi="Times New Roman" w:eastAsia="Times New Roman" w:cs="Times New Roman"/>
        </w:rPr>
        <w:t>Ja on tapahtuva sinä päivänä, että Tyyros joutuu unohduksiin seitsemänkymmeneksi vuodeksi, yhden kuninkaan päivien mukaan; seitsemänkymmenen vuoden päätyttyä Tyyrolle käy niin kuin portosta lauletaan: Ota harppu, kiertele kaupunkia, sinä unohdettu portto; soita suloisesti, laula monta laulua, että sinut muistettaisiin. Ja tapahtuu seitsemänkymmenen vuoden päätyttyä, että Herra on katsova Tyyroksen puoleen, ja se on palaava portonpalkkaansa ja harjoittava haureutta kaikkien maailman valtakuntien kanssa maan päällä. Jesaja 23:15–17.</w:t>
      </w:r>
    </w:p>
    <w:p>
      <w:pPr>
        <w:pStyle w:val="ArticleBody"/>
        <w:jc w:val="left"/>
      </w:pPr>
      <w:r>
        <w:rPr>
          <w:rFonts w:ascii="Times New Roman" w:hAnsi="Times New Roman" w:eastAsia="Times New Roman" w:cs="Times New Roman"/>
        </w:rPr>
        <w:t>Vertauskuvallinen seitsemänkymmenen vuoden ajanjakso ulottuu vuodesta 1798 sunnuntailakiin, joka on se historia, jota jae 40 esittää. Portto ilmestyy uudelleen vasta seitsemänkymmenen vuoden päättyessä eli sunnuntailain lähestyessä. Tästä syystä jakeissa 10–15 kuvattujen kolmen taistelun sodankäynnin suorittaa paavillisen vallan sijainen, sillä hänet on profeetallisesti unohdettu tämän ajanjakson aikana.</w:t>
      </w:r>
    </w:p>
    <w:p>
      <w:pPr>
        <w:pStyle w:val="ArticleBody"/>
        <w:jc w:val="left"/>
      </w:pPr>
      <w:r>
        <w:rPr>
          <w:rFonts w:ascii="Times New Roman" w:hAnsi="Times New Roman" w:eastAsia="Times New Roman" w:cs="Times New Roman"/>
        </w:rPr>
        <w:t>Ensimmäisessä ja viimeisessä sijaissodassa pohjoisen kuningas voittaa etelän kuninkaan. Keskimmäisessä sodassa etelän kuningas voittaa pohjoisen kuninkaan. Raphian taistelu oli jakeen 11 alkuperäinen historiallinen täyttymys, ja tämä jae sekä sen historiallinen täyttymys muodostavat kaksi todistajaa, jotka on yhdistettävä rinnakkaisiin kohtiin, jotka käsittelevät paavillisen Rooman kolmea ja puolta profeetallista hallituspäivää. Näin kaksi Daniel 11:n raamatunkohtaa yhdessä niiden historiallisten täyttymysten kanssa esittävät jakeen 11 rajamaan taistelun profeetalliset tunnusmerkit; tämä taistelu täyttyi ensin Raphian taistelussa ja sitten uudelleen lopun aikana vuonna 1798.</w:t>
      </w:r>
    </w:p>
    <w:p>
      <w:pPr>
        <w:pStyle w:val="ArticleBody"/>
        <w:jc w:val="left"/>
      </w:pPr>
      <w:r>
        <w:rPr>
          <w:rFonts w:ascii="Times New Roman" w:hAnsi="Times New Roman" w:eastAsia="Times New Roman" w:cs="Times New Roman"/>
        </w:rPr>
        <w:t>Nämä todistuksen rivit vahvistavat, että Vladimir Putin on modernin etelän kuninkaan viimeinen Vladimir. Nimen ”Vladimir” määritellään usein merkitsevän ”maailman hallitsijaa”, mutta sana mir merkitsee oikeutetusti myös ”yhteisöä”. Näin ollen Vladimir merkitsee ”yhteisön hallitsijaa” tai ”kommunismin hallitsijaa”. Putin liittää osallisuutensa Ukrainaan siihen, että rikottiin sopimus, joka koski hänen huoliaan Naton tunkeutumisesta niiden rajojen yli, joista oli sovittu Saksan yhdistymisen jälkeen. Putinin suuntautuminen kohdistuu yhtä paljon Natoa ja EU:ta vastaan kuin Zelenskyitä ja Ukrainaa vastaan. Naton ja EU:n tunkeutuminen alueelle, jonka Putinin mukaan tuli pysyä Nato-vapaana, vastaa Ptolemaioksen raivoa silloin, kun seleukidikuningas työnsi syrjään egyptiläisen prinsessamorsiamen entisen vaimonsa vuoksi. Tuo rikottu liitto viittasi eteenpäin vuonna 1797 rikottuun Tolentinon sopimukseen. Daniel 11:ssä, kun etelän kuningas saa voiton pohjoisen kuninkaasta, siihen liittyy rikottu liitto.</w:t>
      </w:r>
    </w:p>
    <w:p>
      <w:pPr>
        <w:pStyle w:val="ArticleBody"/>
        <w:jc w:val="left"/>
      </w:pPr>
      <w:r>
        <w:rPr>
          <w:rFonts w:ascii="Times New Roman" w:hAnsi="Times New Roman" w:eastAsia="Times New Roman" w:cs="Times New Roman"/>
        </w:rPr>
        <w:t>Tämä rikottu sopimus koskee EU:n haluttomuutta rajoittaa Naton laajentumista sen rajojen ulkopuolelle silloin, kun Saksa yhdistettiin uudelleen. Tässä merkityksessä etelän kuningas Putin käy taistelua pohjoisen kuningasta vastaan, jota hänen sijaisvaltansa edustaa. Aivan kuten toisen maailmansodan natsit olivat katolisen kirkon sijaistoimija, Ukrainan natseista tulee jakeiden 10–15 toisen sijaissodan symboli. Kolme maailmansotaa ja kolme sijaissotaa — ja kummassakin linjassa natsit ovat katolisen kirkon sijaisedustaja keskimmäisen konfliktin aikana.</w:t>
      </w:r>
    </w:p>
    <w:p>
      <w:pPr>
        <w:pStyle w:val="ArticleBody"/>
        <w:jc w:val="left"/>
      </w:pPr>
      <w:r>
        <w:rPr>
          <w:rFonts w:ascii="Times New Roman" w:hAnsi="Times New Roman" w:eastAsia="Times New Roman" w:cs="Times New Roman"/>
        </w:rPr>
        <w:t>Näiden sijaissotien kolmessa alkuperäisessä historiallisessa täyttymyksessä Antiokhos Magnus oli mukana jokaisessa taistelussa. On usein osoitettu, kuinka nimen ”Antiokhos” etymologia ja pohjoisen kuninkaana esiintyvään seleukidien valtakuntaan liittyvä symboliikka osoittavat Antiokhoksen olevan antikristuksen — Rooman paavin — vertauskuva. Mutta kolmen sijaissodan historiassa Tyyron portto unohdetaan, joten nimessä ”Antiokhos” esitetty ”paavin” symboli tarkoittaa hänen sijaistoimivaltaansa. Ensimmäisessä ja viimeisessä taistelussa Yhdysvallat toteuttaa avoimesti Rooman tahtoa. Jakeessa 11 sijaistoimivalta on Ukrainan natsismi, mutta Zelenskyytä sodassa tukivat ja tukevat yhä Yhdysvaltojen laivat ja vaunut. Toisen sijaissodan pintatasolla Yhdysvallat on kätkettynä, samoin kuin paavi Jesajan 23:n seitsemänkymmenen vuoden aikana. Yhdysvallat on kätkettynä juuri siinä historiassa, jossa se kehittää kaikki pedon ominaispiirteet, mikä tekee profeetallisesti sopivaksi sen, että toisen sijaissodan jo ollessa käynnissä Yhdysvallat peittyy Ukrainan natsismin sijaistoimivallan taakse, vaikka maan perikatoon saakka juuri maapedon sotilaallinen ja taloudellinen mahti pitää Ukrainaa pystyssä.</w:t>
      </w:r>
    </w:p>
    <w:p>
      <w:pPr>
        <w:pStyle w:val="ArticleBody"/>
        <w:jc w:val="left"/>
      </w:pPr>
      <w:r>
        <w:rPr>
          <w:rFonts w:ascii="Times New Roman" w:hAnsi="Times New Roman" w:eastAsia="Times New Roman" w:cs="Times New Roman"/>
        </w:rPr>
        <w:t>Kun etelän kuningas meni Babyloniin ja otti pohjoisen kuninkaan vangiksi, ja samoin kun kenraali Berthier otti paavin vangiksi, hän astui suoraan Vatikaaniin, mikä viittaa siihen, että Ukrainan sota päättyy Putinin voittoon siinä vaiheessa, kun kaikki Ukrainan vastarinta on poistettu. Valtakunta, jonka Ptolemaios valloitti, oli Babylon, ja valtakunta, jonka Napoleon valloitti, oli hengellinen Babylon. Näin ollen Zelenskyin valtakuntaa edustavat ne alamaiset, jotka antavat hänelle tukensa. Nyt kun Trump on vetänyt pois maan pedon vaunujen, ratsumiesten ja laivojen tuen, Ukrainan tukena on EU, juuri se ryhmä, joka ei ole ollut halukas kuulemaan Putinin väitteitä rikotusta sopimuksesta, joka koskee Naton tunkeutumista.</w:t>
      </w:r>
    </w:p>
    <w:p>
      <w:pPr>
        <w:pStyle w:val="ArticleBody"/>
        <w:jc w:val="left"/>
      </w:pPr>
      <w:r>
        <w:rPr>
          <w:rFonts w:ascii="Times New Roman" w:hAnsi="Times New Roman" w:eastAsia="Times New Roman" w:cs="Times New Roman"/>
        </w:rPr>
        <w:t>EU:n eurokraatteja ohjaava filosofia on Greenpeace-liike. Tästä syystä Zelenskyi merkitsee ”vihreää”. Zelenskyi on niiden EU:n sodanlietsojien symbolinen johtaja, joita ohjaa ympäristöajattelun mieletön globaali agenda. Kun Ukrainan sota päättyy, Putin juhlii voittoa ei ainoastaan Ukrainasta, vaan koko EU:sta ja NATO:sta.</w:t>
      </w:r>
    </w:p>
    <w:p>
      <w:pPr>
        <w:pStyle w:val="ArticleBody"/>
        <w:jc w:val="left"/>
      </w:pPr>
      <w:r>
        <w:rPr>
          <w:rFonts w:ascii="Times New Roman" w:hAnsi="Times New Roman" w:eastAsia="Times New Roman" w:cs="Times New Roman"/>
        </w:rPr>
        <w:t>Kolmella sijaissodalla on sen tähden totuuden tunnusmerkki. Ensimmäisessä ja viimeisessä sijaissodassa etelän kuningas kukistetaan Ilmestyskirjan kolmannentoista luvun meripedon ja maapedon välisen liiton kautta. Alussa pohjoisen kuninkaan voitto saatettiin aikaan liitolla konservatiivisen, Vatikaani I:tä edustavan paavin kanssa, joka katolisuuden Fatiman salaisuuksia koskevan perimätiedon yhteydessä on valkoinen eli hyvä paavi. Nykyinen paavi, joka tätä kirjoittaessani on kuolinvuoteellaan, on Vatikaani II:ta edustava, liberaali paavi, joka Fatiman salaisuuksien yhteydessä on musta eli paha paavi.</w:t>
      </w:r>
    </w:p>
    <w:p>
      <w:pPr>
        <w:pStyle w:val="ArticleBody"/>
        <w:jc w:val="left"/>
      </w:pPr>
      <w:r>
        <w:rPr>
          <w:rFonts w:ascii="Times New Roman" w:hAnsi="Times New Roman" w:eastAsia="Times New Roman" w:cs="Times New Roman"/>
        </w:rPr>
        <w:t>Neljästoista jae osoittaa, että kun ”sinun kansasi ryövärit”, jotka korottavat itsensä ja lankeavat, astuvat profeetalliseen historiaan, näky vahvistetaan. Jakeiden kolmestatoista viiteentoista täyttymyksessä Paniumin taistelussa vuonna 200 eKr. pakanallinen Rooma puuttui juuri tuohon taisteluun liittyviin kysymyksiin. Niissä kolmessa jakeessa, jotka käsittelevät Paniumin taistelua, neljästoista jae osoittaa, että Rooma vahvistaa näyn.</w:t>
      </w:r>
    </w:p>
    <w:p>
      <w:pPr>
        <w:pStyle w:val="ArticleBody"/>
        <w:jc w:val="left"/>
      </w:pPr>
      <w:r>
        <w:rPr>
          <w:rFonts w:ascii="Times New Roman" w:hAnsi="Times New Roman" w:eastAsia="Times New Roman" w:cs="Times New Roman"/>
        </w:rPr>
        <w:t>Paniumin taistelussa historian valkoinen, Vatikaani I:tä edustava konservatiivinen paavi yhdistää voimansa niiden kahdeksan presidentin viimeisen kanssa, joiden kausi alkoi Reaganin aikana ja joka aiemmin muodosti liiton valkoisen, Vatikaani I:tä edustavan konservatiivisen paavin kanssa. Näin he tekivät vuonna 1989 kukistaakseen entisen Neuvostoliiton, ja lopussa he tekevät näin kukistaakseen juuri tuon saman valtakunnan viimeisen hallitsijan.</w:t>
      </w:r>
    </w:p>
    <w:p>
      <w:pPr>
        <w:pStyle w:val="ArticleBody"/>
        <w:jc w:val="left"/>
      </w:pPr>
      <w:r>
        <w:rPr>
          <w:rFonts w:ascii="Times New Roman" w:hAnsi="Times New Roman" w:eastAsia="Times New Roman" w:cs="Times New Roman"/>
        </w:rPr>
        <w:t>Reaganin vuosina sekä paavi Johannes Paavali II:n ja Yhdysvaltojen liittouman myötä Johannes Paavali II alkoi uskoa olevansa Fatiman profetioiden hyvä paavi. Tämän vakaumuksen motivoimana hän alkoi matkustaa ympäri maailmaa edistääkseen sitä, minkä hän ymmärsi olevan Fatiman ennustusten täyttymys. Näin tehdessään hänestä tuli historian eniten matkustanut paavi sekä kaikkien aikojen tunnetuin paavi, samalla kun hän täytti Ilmestyskirjan kolmannentoista luvun ennustuksen siitä, että tulisi aika, jolloin koko maailma ihmetellen seuraisi petoa. Paavi Johannes Paavali II:n julkinen henkilökuva ilmentää konservatiivista Vatikaani I:n paavia, joka liittoutuu Yhdysvaltojen viimeisen presidentin kanssa.</w:t>
      </w:r>
    </w:p>
    <w:p>
      <w:pPr>
        <w:pStyle w:val="ArticleBody"/>
        <w:jc w:val="left"/>
      </w:pPr>
      <w:r>
        <w:rPr>
          <w:rFonts w:ascii="Times New Roman" w:hAnsi="Times New Roman" w:eastAsia="Times New Roman" w:cs="Times New Roman"/>
        </w:rPr>
        <w:t>Sentähden yksi Reaganin nykyajan paavia koskevista profeetallisista tunnuspiirteistä on se, että on olemassa kohta, jossa hänen julkinen kuvansa merkitään tienviitaksi. Tuo merkki on jakeessa neljätoista, kun sinun kansasi väkivaltaiset miehet toteuttavat näyn. Paavi Johannes Paavali II täyttää sen profeetallisen tunnusmerkin, että hän on se paavi, jota koko maailma ihmetteli, osoittaen siten eteenpäin konservatiiviseen lopunajan Vatikaani I:n paaviin, joka tulee liittoon Trumpin kanssa. Kun niin tapahtuu, näky vahvistetaan, ja se, mikä vahvistaa näyn, on se, että paavi tuo itsensä Paniumin historian ja vuoden 200 eKr. yhteyteen.</w:t>
      </w:r>
    </w:p>
    <w:p>
      <w:pPr>
        <w:pStyle w:val="ArticleBody"/>
        <w:jc w:val="left"/>
      </w:pPr>
      <w:r>
        <w:rPr>
          <w:rFonts w:ascii="Times New Roman" w:hAnsi="Times New Roman" w:eastAsia="Times New Roman" w:cs="Times New Roman"/>
        </w:rPr>
        <w:t>Kahdeksan presidentin alku havainnollistaa kahdeksan presidentin lopun, ja juuri ennen kuudennentoista jakeen sunnuntailakia Tyyron portto, joka on ollut unohdettuna, palaa avoimeen historiaan muodostaessaan liiton Reaganin vastinparin, Donald Trumpin, kanssa. Yhdessä he, Antiokhoksen ja Makedonian Filippoksen liiton kuvaamina, syöksevät kukistumaan eteläisen valtakunnan viimeisen sukupolven, jota kuvaa lapsikuningas Ptolemaios. Lapsi on Raamatun profetiassa viimeisen sukupolven vertauskuva, ja Ukrainan sodan jälkeen Putin toistaa niiden etelän kuninkaiden historian, jotka sotilaallisten voittojen korottamina eksyvät jonkinlaiseen kirkon ja valtion väliseen pulmaan.</w:t>
      </w:r>
    </w:p>
    <w:p>
      <w:pPr>
        <w:pStyle w:val="ArticleBody"/>
        <w:jc w:val="left"/>
      </w:pPr>
      <w:r>
        <w:rPr>
          <w:rFonts w:ascii="Times New Roman" w:hAnsi="Times New Roman" w:eastAsia="Times New Roman" w:cs="Times New Roman"/>
        </w:rPr>
        <w:t>Näin ollen kymmenes jae, joka edustaa vuotta 1989 ja ensimmäistä sijaissotaa, on alku eli heprealaisen aakkoston ensimmäinen kirjain. Yhdestoista jae, jossa Rafian taistelu edustaa Ukrainan sotaa, on heprealaisen aakkoston kolmastoista kirjain. Luku 13 on kapinan vertauskuva, ja Ukrainan sodan sijaissotajoukko on natseja, nykymaailman ensisijainen kapinan vertauskuva. Panium on heprealaisen aakkoston viimeinen kirjain; aakkosto koostuu kahdestakymmenestäkahdesta kirjaimesta. Näin ollen heprean sana totuus, joka muodostuu, kun aakkoston ensimmäinen, kolmastoista ja kahdeskymmenes toinen kirjain yhdistetään heprean sanaksi ”totuus”, osoittaa näiden kolmen sijaissodan rakenteen olevan totuus. Heprealaisen aakkoston kahdeskymmenes toinen ja viimeinen kirjain on vertauskuva jumaluuden yhdistymisestä ihmisyyteen, ja Paniumin taistelun täyttymys lähitulevaisuudessa tapahtuu Trumpin presidenttikauden aikana. Trump on kahdeskymmenes toinen presidentti, joka on palvellut kaksi kautta.</w:t>
      </w:r>
    </w:p>
    <w:p>
      <w:pPr>
        <w:pStyle w:val="ArticleBody"/>
        <w:jc w:val="left"/>
      </w:pPr>
      <w:r>
        <w:rPr>
          <w:rFonts w:ascii="Times New Roman" w:hAnsi="Times New Roman" w:eastAsia="Times New Roman" w:cs="Times New Roman"/>
        </w:rPr>
        <w:t>Paniumilla on kaksinkertainen todistus kaksinaisesta liitosta, ja kummassakin viittauksessa liitto edustaa liittoa, joka osoittaa kahden osapuolen välisen hierarkkisen suhteen. Filipoksen ja Antiokhoksen välinen liitto oli strateginen, ja sen tarkoituksena oli torjua Ptolemaiosten ja Rooman vaikutus itäisellä Välimerellä. Heidän yhteistyönsä ei kuitenkaan keskittynyt itse Paniumin taisteluun — Antiokhos johti tämän sotaretken itsenäisesti ilman Filipoksen suoraa sotilaallista osallistumista. Filipoksen rooli oli epäsuorempi: hän tarjosi poliittista ja strategista tukea sitomalla roomalaisia ja ptolemaiolaisia liittolaisia Kreikassa ja Egeanmerellä, mikä salli Antiokhoksen keskittää huomionsa Koile-Syyriaan. Historiankirjoittajat kaikki tunnistavat, että Antiokhos oli liitossa voimakkaampi ja että juuri Antiokhos yksin tosiasiallisesti kävi taistelun. Heidän liittonsa koski laajempaa aluetta, joka liittyi Aleksanterin entiseen valtakuntaan. Näin ollen liitolla on ensisijainen johtaja ja alempi alainen, niin kuin sitä edustaa nimi Caesarea-Philippi, Paniumin nimi silloin, kun Kristus vaelsi ihmisten keskellä. Caesarea-Philippi on sen tähden yhdenmukainen Antiokhoksen ja Filipoksen kanssa, sillä Caesar oli liitossa voimakkaampi, kuten sekä keisari Augustus että neljännesruhtinas Herodes Filippus symboloivat.</w:t>
      </w:r>
    </w:p>
    <w:p>
      <w:pPr>
        <w:pStyle w:val="ArticleBody"/>
        <w:jc w:val="left"/>
      </w:pPr>
      <w:r>
        <w:rPr>
          <w:rFonts w:ascii="Times New Roman" w:hAnsi="Times New Roman" w:eastAsia="Times New Roman" w:cs="Times New Roman"/>
        </w:rPr>
        <w:t>Sana ”tetrarkki” merkitsee neljänneksen hallitsijaa. Keisari hallitsi koko valtakuntaa, ja Filippos hallitsi yhtä neljäsosaa alueesta, asettaen siten Filippoksen symbolin subjektiiviseen suhteeseen Paniumin ja Kesarea-Filippin liittoumissa. Herodes Filippoksen kohdalla näemme kahden verilinjan symbolin, jotka molemmat ovat Jumalan kanssa rikotun liittosuhteen symboleja. Näemme myös kaikuja Aleksanterin valtakunnan jakautumisesta neljään osaan eli neljään tetrarkiaan. Filippos merkitsee hevosten rakastajaa.</w:t>
      </w:r>
    </w:p>
    <w:p>
      <w:pPr>
        <w:pStyle w:val="ArticleBody"/>
        <w:jc w:val="left"/>
      </w:pPr>
      <w:r>
        <w:rPr>
          <w:rFonts w:ascii="Times New Roman" w:hAnsi="Times New Roman" w:eastAsia="Times New Roman" w:cs="Times New Roman"/>
        </w:rPr>
        <w:t>Paniumin taistelussa, joka täyttyy Ukrainan sodan päätöksessä, Antiochos Magnus, Yhdysvallat, voittaa Venäjän ja solmii liiton Filipoksen edustaman vähäisemmän toimijan kanssa. Tämä vähäisempi toimija on osallisena, mutta ei suoraan taistelussa. Taistelu käydään Yhdysvaltojen ja Putinin välillä, ilmeisesti suoranaisesti yhteydessä uskonnolliseen kiistaan, jonka synnyttävät Putinin ärtymys ja ylpeys, kuten sekä Ptolemaios IV Filopatorin kohdalla Raphian taistelun jälkeen että Juudan kuningas Ussian kohdalla havainnollistetaan. Ptolemaios ja Ussia olivat eteläisiä kuninkaita, jotka sotilaallinen menestys korotti ylpeyteen ja jotka sitten halusivat ryhtyä pyhään tehtävään, jonka saattoivat suorittaa ainoastaan papit. Ussia sai vaivakseen spitaalin, ja Ptolemaios surmasi raivossaan 50 000 juutalaista Aleksandriassa.</w:t>
      </w:r>
    </w:p>
    <w:p>
      <w:pPr>
        <w:pStyle w:val="ArticleBody"/>
        <w:jc w:val="left"/>
      </w:pPr>
      <w:r>
        <w:rPr>
          <w:rFonts w:ascii="Times New Roman" w:hAnsi="Times New Roman" w:eastAsia="Times New Roman" w:cs="Times New Roman"/>
        </w:rPr>
        <w:t>Kolmastoista jae yksilöi taistelun nykyajan yhteisön kuninkaan eli kommunismin viimeisen sukupolven, Vladimir Putinin Venäjän, ja Yhdysvaltojen välillä. Trump voittaa taistelun, mutta hän tekee sen liittolaisen avulla, joka tulee valtakunnan neljännestä osasta eikä tosiasiassa ole itse taistelussa läsnä. Olemme lähellä yhdennentoista jakeen päätöstä, kuten nykyiset tapahtumat todistavat. Putin tulee saavuttamaan voiton Ukrainasta, jota Rafia edustaa. Sen jälkeen alkaa hänen asteittainen perikatonsa, jota kuvaa se, että Ussia sijoitetaan taloon kuolemaansa saakka spitaalin tähden. Voittonsa jälkeen Rafiassa vuonna 217 eKr. Ptolemaios IV Filopatorin hallituskausi rappeutui turmeluksen, ylellisyyden ja häikäilemättömiin neuvonantajiin turvautumisen vuoksi. Hän kuoli vuonna 204 eKr., todennäköisesti ministeriensä Sosibiuksen ja Agathokleen murhaamana tai myrkyttämänä osana salaliittoa, jonka tarkoituksena oli turvata valta hänen nuorelle pojalleen Ptolemaios V:lle. Tämä myrskyisä loppu heijastaa hellenististen kuninkaallisten hovien tavanomaista epävakautta ja juonittelua ja merkitsee merkittävää käännekohtaa ptolemaiolaisen Egyptin rappiossa.</w:t>
      </w:r>
    </w:p>
    <w:p>
      <w:pPr>
        <w:pStyle w:val="ArticleBody"/>
        <w:jc w:val="left"/>
      </w:pPr>
      <w:r>
        <w:rPr>
          <w:rFonts w:ascii="Times New Roman" w:hAnsi="Times New Roman" w:eastAsia="Times New Roman" w:cs="Times New Roman"/>
        </w:rPr>
        <w:t>Etelän kuninkaan hengellisen täyttymyksen tunnuspiirre, jota esikuvallisesti ilmensivät ne kirjaimelliset täyttymykset, jotka tapahtuivat maailmanherruudesta käydyssä taistelussa Aleksanterin kuoleman jälkeen, on ”vallankumous”. Ranskasta tulee hengellinen etelän kuningas Ranskan vallankumouksen ajanjaksona. Nykyinen etelän kuningas, Venäjä, syntyi Venäjän vallankumouksessa. Se, että Ranskan vallankumoukseen tuotu filosofia kypsyi Ranskan vallankumouksen anarkiasta Neuvostovallankumouksen kommunismiin, on etelän kuninkaan tunnuspiirre. Kommunismi levisi maailmaan vallankumousten kautta.</w:t>
      </w:r>
    </w:p>
    <w:p>
      <w:pPr>
        <w:pStyle w:val="ArticleBody"/>
        <w:jc w:val="left"/>
      </w:pPr>
      <w:r>
        <w:rPr>
          <w:rFonts w:ascii="Times New Roman" w:hAnsi="Times New Roman" w:eastAsia="Times New Roman" w:cs="Times New Roman"/>
        </w:rPr>
        <w:t>Nykyaikana CIA on valtiosta riippumattomien järjestöjen avulla toiminut kansakuntien kukistamiseksi ympäri maailmaa, ja vaiheittainen suunnitelma, jota se on toistuvasti käyttänyt, on se, mitä kutsutaan värivallankumouksiksi. Etelän kuningas on lohikäärmevalta, ja globalistit ovat niin ikään lohikäärmevalta, ja CIA:n värivallankumoukset ovat lohikäärmevallan tunnusmerkkejä. Ranskan historia hengellisenä etelän kuninkaana sisältää ainutlaatuisen historian, joka merkitsee tuon nimenomaisen profetian linjan päätöstä.</w:t>
      </w:r>
    </w:p>
    <w:p>
      <w:pPr>
        <w:pStyle w:val="ArticleBody"/>
        <w:jc w:val="left"/>
      </w:pPr>
      <w:r>
        <w:rPr>
          <w:rFonts w:ascii="Times New Roman" w:hAnsi="Times New Roman" w:eastAsia="Times New Roman" w:cs="Times New Roman"/>
        </w:rPr>
        <w:t>Tuota päätelmää edustaa Napoleon. Ranskan vallankumous merkitsee Ranskan alkua etelän kuninkaana, ja Napoleon merkitsee sen loppua. Historioitsijat osoittavat sarjan vaiheita, jotka johtivat Napoleonin Waterloohon, osoittaen siten ensimmäisen hengellisen etelän kuninkaan asteittaisen päättymisen, toisin kuin Babylon ja Belsassar, jotka vallattiin yhdessä yössä. Modernin etelän kuninkaan ensimmäinen Vladimir, Vladimir Lenin, kuoli kahden vuoden ajanjaksolla useiden halvauskohtausten seurauksena. Jotkut arvelevat, että Joosef Stalin myrkytti hänet, aivan kuten jotkut arvelevat, että neuvonantajat myrkyttivät Ptolemaios IV:n. Myös modernin etelän kuninkaan loppu, jota Neuvostoliitto edusti, toteutui vallankumouksen kautta.</w:t>
      </w:r>
    </w:p>
    <w:p>
      <w:pPr>
        <w:pStyle w:val="ArticleBody"/>
        <w:jc w:val="left"/>
      </w:pPr>
      <w:r>
        <w:rPr>
          <w:rFonts w:ascii="Times New Roman" w:hAnsi="Times New Roman" w:eastAsia="Times New Roman" w:cs="Times New Roman"/>
        </w:rPr>
        <w:t>Moskovassa järjestetty mielenosoitus, joka myötävaikutti Neuvostoliiton tuhoon, oli elokuun 1991 vallankaappauksen (19.–21. elokuuta 1991) aikana ilmennyt laajamittainen julkinen vastarinta. Tämä tapahtuma, joka keskittyi Valkoisen talon puolustamiseen ja Boris Jeltsinin johtajuuteen, heikensi suoraan neuvostoliittolaisia kovan linjan edustajia, paljasti hallinnon haurauden ja nopeutti Neuvostoliiton romahdusta. Vaikka aiemmat mielenosoitukset Moskovassa (esim. 1987–1990) ja Baltian ketju (1989) kasvattivat painetta, elokuun 1991 mielenosoitukset olivat Moskovassa ratkaiseva käännekohta, joka johti Neuvostoliiton hajoamiseen vuoden 1991 loppuun mennessä. Venäjän alku etelän kuninkaana alkaa ja päättyy vallankumoukseen. Neuvostoliiton loppu oli valtakunnan asteittainen hajoaminen, samoin kuin Ptolemaioksen, Ussian, Napoleonin ja jopa Vladimir Leninin. Putinin loppu on asteittainen lankeemus, joka alkaa heti, kun Ukrainan sota on päättynyt. Hänen loppunsa saatetaan aikaan Paneionin taistelussa, kun Yhdysvallat ottaa valtakunnan hallintaansa samalla, kun se saa tukea liittolaiselta, joka ei tosiasiassa ole itse taistelussa.</w:t>
      </w:r>
    </w:p>
    <w:p>
      <w:pPr>
        <w:pStyle w:val="ArticleBody"/>
        <w:jc w:val="left"/>
      </w:pPr>
      <w:r>
        <w:rPr>
          <w:rFonts w:ascii="Times New Roman" w:hAnsi="Times New Roman" w:eastAsia="Times New Roman" w:cs="Times New Roman"/>
        </w:rPr>
        <w:t>Jatkamme näitä ajatuksia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Kaksi</dc:title>
  <dc:subject>Etelän kuninkaan nousu ja tuho</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