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viisitoista</w:t>
      </w:r>
    </w:p>
    <w:p>
      <w:pPr>
        <w:pStyle w:val="ArticleSubtitle"/>
        <w:jc w:val="left"/>
      </w:pPr>
      <w:r>
        <w:rPr>
          <w:rFonts w:ascii="Arial" w:hAnsi="Arial" w:eastAsia="Arial" w:cs="Arial"/>
        </w:rPr>
        <w:t>„250” Kolm korda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Vuonna 2026 Trumpin on määrä juhlia Amerikan ”250” vuotta, mikä näin asettuu linjaan niiden ”250” vuoden kanssa, jotka ulottuvat vuodesta 457 eKr. Antiokhos Suureen siihen historianjaksoon sijoittuen, joka on Raphian taistelun ja Paniumin taistelun välissä. ”250” vuoden lopussa Antiokhos Suuri seisoo vuonna 207 eKr., kymmenen vuotta Raphian jälkeen ja seitsemän vuotta ennen Paniumia. ”250” vuoden todistus asettuu myös linjaan pakanallisen Rooman ”250” vuoden ajanjakson kanssa, sillä vuonna 64 Nero aloitti kristittyjen vainon, ja ”250” vuotta myöhemmin, vuonna 313 annetulla Milanon ediktillä, Konstantinus Suuri laillisti kristinuskon, ja vainot päättyivät.</w:t>
      </w:r>
    </w:p>
    <w:p>
      <w:pPr>
        <w:pStyle w:val="ArticleBody"/>
        <w:jc w:val="left"/>
      </w:pPr>
      <w:r>
        <w:rPr>
          <w:rFonts w:ascii="Times New Roman" w:hAnsi="Times New Roman" w:eastAsia="Times New Roman" w:cs="Times New Roman"/>
        </w:rPr>
        <w:t>Donald Trump tunnetaan pyrkimyksistään tehdä Amerikasta jälleen suuri; se on hänen kannattajiensa tunnus—MAGA. Trump on esikuvallistettu profetiassa Konstantinus Suurella, Antiokhos Suurella, ja tietysti Danielin yhdentoista luvun ensimmäisissä jakeissa hän on Kyyros Suuri, Kserkses Suuri ja sen jälkeen Aleksanteri Suuri. Kyyroksen, Darioksen ja Artakserkseen vuonna 457 eKr. annetusta säädöksestä Panionin historiaan on kaksisataaviisikymmentä vuotta. Näiden ”250” vuoden loppu sijoittuu Rafian ja Panionin väliseen keskikohtaan, ja niin myös vuosi 2026. Vuosi 2026 on Trumpin toisen kauden keskikohta. Neron ”250” vainon vuotta johtavat säädökseen, joka päättää kristittyjen vainon. Neron linja on niiden kolmen ”250” vuoden linjan keskimmäinen linja, joita Kyyros, Nero ja Trump edustavat.</w:t>
      </w:r>
    </w:p>
    <w:p>
      <w:pPr>
        <w:pStyle w:val="ArticleBody"/>
        <w:jc w:val="left"/>
      </w:pPr>
      <w:r>
        <w:rPr>
          <w:rFonts w:ascii="Times New Roman" w:hAnsi="Times New Roman" w:eastAsia="Times New Roman" w:cs="Times New Roman"/>
        </w:rPr>
        <w:t>Kyyros antoi ensimmäisen asetuksen ja Artakserkses kolmannen asetuksen. Kyyros on ensimmäinen enkeli ja Artakserkses kolmas. Aion käyttää Kyyrosta kaikkien kolmen asetuksen vertauskuvana, jotka yhdessä määrittävät vuoden 457 eKr.</w:t>
      </w:r>
    </w:p>
    <w:p>
      <w:pPr>
        <w:pStyle w:val="ArticleBody"/>
        <w:jc w:val="left"/>
      </w:pPr>
      <w:r>
        <w:rPr>
          <w:rFonts w:ascii="Times New Roman" w:hAnsi="Times New Roman" w:eastAsia="Times New Roman" w:cs="Times New Roman"/>
        </w:rPr>
        <w:t>Kyyros aloittaa vuonna 457 eKr. ”250” vuoden aikalinjan, joka päättyy Paniumin historiaan, joka on Antiokhos Suuren historiaa, joka on Donald Trump. Panium on sunnuntailakia edeltävä jae. Kyyros merkitsee sen ”250” vuoden historiallisen aikalinjan alkua, joka edustaa maapetoon kuuluvaa republikaanista sarvea, ja Kyyros merkitsee myös sen 2 300 vuoden historiallisen aikalinjan alkua, joka edustaa maapetoon kuuluvaa protestanttista sarvea.</w:t>
      </w:r>
    </w:p>
    <w:p>
      <w:pPr>
        <w:pStyle w:val="ArticleBody"/>
        <w:jc w:val="left"/>
      </w:pPr>
      <w:r>
        <w:rPr>
          <w:rFonts w:ascii="Times New Roman" w:hAnsi="Times New Roman" w:eastAsia="Times New Roman" w:cs="Times New Roman"/>
        </w:rPr>
        <w:t>Nero aloittaa historialinjan, joka edustaa vainoa kohti kompromissia. Toisin kuin Kyyros ja Yhdysvallat, jotka edustavat linjaa, joka päättyy profeetallisen ajanjakson keskikohtaan, Neron linja päättyy kuvaukseen asteittaisesta kompromissin kaudesta, joka alkaa Milanon ediktistä vuonna 313, sitten ensimmäisestä sunnuntailaista vuonna 321, ja jota vuonna 330 seurasi Rooman jakaminen itään ja länteen. Konstantinus on edustettuna kaikissa noissa kolmessa ajankohdassa. Neron linjassa vuodesta 313 vuoteen 330 on seitsemäntoista vuotta. Kyyroksen linjassa Raphian taistelusta vuonna 217 eKr. Paniumin taisteluun vuonna 200 eKr. on samoin seitsemäntoista vuotta.</w:t>
      </w:r>
    </w:p>
    <w:p>
      <w:pPr>
        <w:pStyle w:val="ArticleBody"/>
        <w:jc w:val="left"/>
      </w:pPr>
      <w:r>
        <w:rPr>
          <w:rFonts w:ascii="Times New Roman" w:hAnsi="Times New Roman" w:eastAsia="Times New Roman" w:cs="Times New Roman"/>
        </w:rPr>
        <w:t>Danielin yhdestoista luku käsittelee Artakserksesta kolmantena asetuksena. Kolmas asetus edustaa kolmatta enkeliä ja sunnuntailakia. Sekä vuodesta 457 eKr. laskettu ”250” vuotta että vuodesta 1776 laskettu ”250” vuotta päättyvät sen historian keskivaiheilla, joka tapahtuu juuri ennen kuudennentoista jakeen sunnuntailakia. Yhdestoista luku esittää jakeita, jotka lopulta edustivat vuoden 1989 historiaa kymmenennessä jakeessa, ja vuonna 2014 alkaneen Ukrainan sodan historiaa, jota edustaa yhdestoista jae, ja sitten Trumpin paluuta toiselle kaudelleen vuonna 2024, kuten kolmastoista jae edustaa, ja sitten neljästoista jae osoittaa vuoteen 2025, jolloin ensimmäinen paavi kirkkaasta maasta vahvistaa ulkonaisen näyn.</w:t>
      </w:r>
    </w:p>
    <w:p>
      <w:pPr>
        <w:pStyle w:val="ArticleBody"/>
        <w:jc w:val="left"/>
      </w:pPr>
      <w:r>
        <w:rPr>
          <w:rFonts w:ascii="Times New Roman" w:hAnsi="Times New Roman" w:eastAsia="Times New Roman" w:cs="Times New Roman"/>
        </w:rPr>
        <w:t>Daniel 11:40 täyttyi vuonna 1989, kun Neuvostoliitto kukistettiin Johannes Paavali II:n ja Ronald Reaganin välisen salaisen liiton kautta. Tuo salainen liitto lopun aikana vuonna 1989 esikuvasi avointa liittoa sen profeetallisen ajanjakson lopussa, joka alkoi vuonna 1989. Juuri tuo avoin liitto vahvistaa näyn.</w:t>
      </w:r>
    </w:p>
    <w:p>
      <w:pPr>
        <w:pStyle w:val="ArticleBody"/>
        <w:jc w:val="left"/>
      </w:pPr>
      <w:r>
        <w:rPr>
          <w:rFonts w:ascii="Times New Roman" w:hAnsi="Times New Roman" w:eastAsia="Times New Roman" w:cs="Times New Roman"/>
        </w:rPr>
        <w:t>Vuosi 2026 on profeetallisen historian ”250” vuoden päätös, ajanjakso, joka alkoi kahdellakymmenelläkahdella vuodella vuodesta 1776 aina lopun aikaan vuonna 1798. Tämän alkuhistorian kaksikymmentäkaksi vuotta heijastuu syyskuun 11. päivän ja vuoden 2023 välisessä kaksikymmentäkaksivuotisessa historiassa. Kahdenkymmenenkahden vuoden päättyessä vuonna 1798 Danielin kirja avattiin; sitten niiden kahdenkymmenenkahden vuoden päättyessä, jotka alkoivat syyskuun 11. päivänä ja päättyivät 31. joulukuuta 2023, Juudan sukukunnan Leijona alkoi avata Jeesuksen Kristuksen ilmestystä.</w:t>
      </w:r>
    </w:p>
    <w:p>
      <w:pPr>
        <w:pStyle w:val="ArticleBody"/>
        <w:jc w:val="left"/>
      </w:pPr>
      <w:r>
        <w:rPr>
          <w:rFonts w:ascii="Times New Roman" w:hAnsi="Times New Roman" w:eastAsia="Times New Roman" w:cs="Times New Roman"/>
        </w:rPr>
        <w:t>Sanoma, joka sinetistä avattuna tuli esiin kahdenkymmenenkahden vuoden kuluttua vuonna 1798, saatettiin julkisuuteen vuonna 1831, kaksisataakaksikymmentä vuotta sen jälkeen, kun King James -raamattu oli julkaistu vuonna 1611. Vuodesta 1798 vuoteen 1831 Jumalan profeetallinen Sana avautui asteittain. Vuoteen 1831 mennessä se oli tullut julkisen tarkastelun piiriin, ja miehiä ja naisia voitiin silloin pitää vastuullisina siitä sanomasta, joka oli avattu sinetistä vuonna 1798. Sitten vuonna 1840 tapahtui ”toinen huomattava tapahtuma”, kuten sisar White sitä nimittää, kun islamiin liittyvä ennustus täyttyi.</w:t>
      </w:r>
    </w:p>
    <w:p>
      <w:pPr>
        <w:pStyle w:val="ArticleBody"/>
        <w:jc w:val="left"/>
      </w:pPr>
      <w:r>
        <w:rPr>
          <w:rFonts w:ascii="Times New Roman" w:hAnsi="Times New Roman" w:eastAsia="Times New Roman" w:cs="Times New Roman"/>
        </w:rPr>
        <w:t>Kaksikymmentäkaksi vuotta käsittävän ajanjakson päättymisestä (1798) aina kaksisataakaksikymmentä vuotta käsittävän ajanjakson päättymiseen (1831) saakka kuvataan sanoman sinettien avaamisen ajanjaksoa. Havainnollistus sisältää tienviitan, jossa sanoma muotoillaan virallisesti, jota seuraa tienviitta, joka osoittaa ennustuksen, joka on sittemmin laskettu uudelleen ja jonka myöhempi täyttyminen tuottaa tienviitan, joka osoittaa ”Jumalan voiman ihmeellisen ilmenemisen” alkamisen.</w:t>
      </w:r>
    </w:p>
    <w:p>
      <w:pPr>
        <w:pStyle w:val="ArticleBody"/>
        <w:jc w:val="left"/>
      </w:pPr>
      <w:r>
        <w:rPr>
          <w:rFonts w:ascii="Times New Roman" w:hAnsi="Times New Roman" w:eastAsia="Times New Roman" w:cs="Times New Roman"/>
        </w:rPr>
        <w:t>Vuoden 1989 liikkeen lopussa oleva kahdenkymmenenkahden vuoden ajanjakso ulottui syyskuun 11. päivästä vuoteen 2023, jolloin jälleen avattiin sinetöitynä ollut profetia. Tämän profetian olisi välttämättä tullut aloittaa kasvavan tiedon aikakausi, sellaisen tiedon, joka koettelisi ja erottaisi, sillä monet ovat kutsutut, mutta harvat valitut. Tuli olemaan hetki, jolloin sanoma tuotaisiin julkiseen tietoisuuteen. Sanomassa olisi ne tunnusmerkit, että se on profeetallisesti uudelleen laskettu sanoma, ja se sisältäisi jälleen ennustuksen. Kun julkinen ennustus täyttyy, sanoma saa voiman, kuten vuoden 1840 historia ja helluntai kuvaavat.</w:t>
      </w:r>
    </w:p>
    <w:p>
      <w:pPr>
        <w:pStyle w:val="ArticleBody"/>
        <w:jc w:val="left"/>
      </w:pPr>
      <w:r>
        <w:rPr>
          <w:rFonts w:ascii="Times New Roman" w:hAnsi="Times New Roman" w:eastAsia="Times New Roman" w:cs="Times New Roman"/>
        </w:rPr>
        <w:t>Neuvostoliiton luhistumisen myötä vuonna 1989 Daniel 11:40 avattiin; ja vuonna 1996 Daniel 11:n sanoma tuotiin julkisuuteen. Vuosi 1996 on kaksisataakaksikymmentä vuotta vuoden 1776 jälkeen, joka ei ainoastaan aloittanut niitä kahtakymmentäkaksi vuotta, jotka päättyivät vuonna 1798, vaan myös aloitti ne kaksisataaviisikymmentä vuotta, jotka päättyvät vuonna 2026. Republikaaninen sarvi saavuttaa puolivälin vuoden 2026 poliittisissa välivaaleissa, ja protestanttinen sarvi ulottuu vuoteen 2026, joka on sen kolmenkymmenen vuoden jakson loppu, joka alkoi sanoman virallistamisella vuonna 1996, sen sanoman, joka avattiin lopun aikana vuonna 1989. Jeesus havainnollistaa aina lopun alulla, joten vuosi 2026 on se vuosi, jolloin Keskiyön huudon korjattu sanoma tulee virallistaa, kolmekymmentä vuotta sen jälkeen, kun vuonna 1989 avattu sanoma virallistettiin vuonna 1996.</w:t>
      </w:r>
    </w:p>
    <w:p>
      <w:pPr>
        <w:pStyle w:val="ArticleBody"/>
        <w:jc w:val="left"/>
      </w:pPr>
      <w:r>
        <w:rPr>
          <w:rFonts w:ascii="Times New Roman" w:hAnsi="Times New Roman" w:eastAsia="Times New Roman" w:cs="Times New Roman"/>
        </w:rPr>
        <w:t>Vuonna 1776 alkava ”250” vuoden aikajana vie vuoteen 2026, Donald Trumpin välivaalikauteen, juuri ennen Yhdysvaltojen ja Venäjän välistä taistelua, joka alkaa, kun aasi päästetään irti ja islam iskee Yhdysvaltoihin jälleen, kuten se teki 11. syyskuuta.</w:t>
      </w:r>
    </w:p>
    <w:p>
      <w:pPr>
        <w:pStyle w:val="ArticleBody"/>
        <w:jc w:val="left"/>
      </w:pPr>
      <w:r>
        <w:rPr>
          <w:rFonts w:ascii="Times New Roman" w:hAnsi="Times New Roman" w:eastAsia="Times New Roman" w:cs="Times New Roman"/>
        </w:rPr>
        <w:t>Neron ”250” vuoden linja on historiallisesti ja profeetallisesti keskimmäinen linja näistä kolmesta linjasta. Tämä tunnistaa Neron linjan toiseksi enkeliksi, joka on toinen koe, joka edeltää kolmatta koetta. Tuo toinen koe on pedon kuvan koe, joka edustaa kirkon ja valtion liiton asteittaista pystyttämistä, ja sitä esikuvaa Milanon edikti vuonna 313, mikä puolestaan johti ensimmäiseen sunnuntailakiin vuonna 321 ja sitten siihen kansalliseen hävitykseen, joka aina seuraa sunnuntailakia, kuten vuoden 330 historia esittää.</w:t>
      </w:r>
    </w:p>
    <w:p>
      <w:pPr>
        <w:pStyle w:val="ArticleBody"/>
        <w:jc w:val="left"/>
      </w:pPr>
      <w:r>
        <w:rPr>
          <w:rFonts w:ascii="Times New Roman" w:hAnsi="Times New Roman" w:eastAsia="Times New Roman" w:cs="Times New Roman"/>
        </w:rPr>
        <w:t>Milanon edikti vuonna 313 osoittaa sen kirkon ja valtion välisen suhteen muodostamisen alun Yhdysvalloissa, joka etenevästi johtaa jakeen kuudentoista sunnuntailakiin. Tuo työ alkoi 11. syyskuuta Patriot Act -lailla, mutta sinetöimisen ajan lopun fraktaalissa Patriot Act ja Milanon edikti ovat kumpikin esikuvia teosta, joka käynnistää asteittaisen kompromissin ajanjakson ja johtaa pian tulevaan sunnuntailakiin. Se on ensimmäinen profeetallisten tekojen sarjassa, joka tuo kirkon ja valtion Yhdysvalloissa suoraan yhteen ja johtaa lopulta sunnuntailakiin.</w:t>
      </w:r>
    </w:p>
    <w:p>
      <w:pPr>
        <w:pStyle w:val="ArticleBody"/>
        <w:jc w:val="left"/>
      </w:pPr>
      <w:r>
        <w:rPr>
          <w:rFonts w:ascii="Times New Roman" w:hAnsi="Times New Roman" w:eastAsia="Times New Roman" w:cs="Times New Roman"/>
        </w:rPr>
        <w:t>Milanon ediktissä vuonna 313 ovat juuri nämä samat ainekset historiallisessa asiakirja-aineistossaan, sillä kyse ei ollut yhdestä ainoasta ediktistä; se oli sarja kirjeitä, jotka lähetti Itä-Rooman hallitsija Licinius. Itä-Rooma oli tuolloin yhä vahvasti pakanallinen, kun taas Konstantinus avasi läntistä valtakuntaansa kristinuskolle. Itse sopimus solmittiin helmikuussa 313 huippukokouksen aikana, jossa Licinius myös nai Konstantinuksen sisarpuolen sinetöidäkseen heidän liittonsa. Ne Liciniuksen kirjeet, jotka asetettiin nähtäville valtakunnan itäosassa, vahvistivat uskonnonvapauden kristityille ja kaikille muille sekä takavarikoidun kristillisen omaisuuden palauttamisen.</w:t>
      </w:r>
    </w:p>
    <w:p>
      <w:pPr>
        <w:pStyle w:val="ArticleBody"/>
        <w:jc w:val="left"/>
      </w:pPr>
      <w:r>
        <w:rPr>
          <w:rFonts w:ascii="Times New Roman" w:hAnsi="Times New Roman" w:eastAsia="Times New Roman" w:cs="Times New Roman"/>
        </w:rPr>
        <w:t>Milanon edikti päätti “250” vuotta kestäneen vainon ja edustaa ajanjaksoa, jolloin kaikki ne vapaudet, joita edikti edustaa, tullaan asteittain riistämään kristityiltä maailman kulkiessa Trumpin mukana kohti pian tulevaa sunnuntailakia.</w:t>
      </w:r>
    </w:p>
    <w:p>
      <w:pPr>
        <w:pStyle w:val="ArticleScripture"/>
        <w:jc w:val="left"/>
      </w:pPr>
      <w:r>
        <w:rPr>
          <w:rFonts w:ascii="Times New Roman" w:hAnsi="Times New Roman" w:eastAsia="Times New Roman" w:cs="Times New Roman"/>
        </w:rPr>
        <w:t>”Jos lukija tahtoo ymmärtää ne voimat, joita on määrä käyttää pian puhkeavassa taistelussa, hänen tarvitsee vain seurata sitä kertomusta niistä keinoista, joita Rooma käytti saman päämäärän saavuttamiseksi menneinä aikakausina. Jos hän tahtoo tietää, kuinka paavilaiset ja protestantit yhdessä tulevat kohtelemaan niitä, jotka hylkäävät heidän oppinsa, katsokoon hän sitä henkeä, jota Rooma osoitti sapattia ja sen puolustajia kohtaan.</w:t>
      </w:r>
    </w:p>
    <w:p>
      <w:pPr>
        <w:pStyle w:val="ArticleScripture"/>
        <w:jc w:val="left"/>
      </w:pPr>
      <w:r>
        <w:rPr>
          <w:rFonts w:ascii="Times New Roman" w:hAnsi="Times New Roman" w:eastAsia="Times New Roman" w:cs="Times New Roman"/>
        </w:rPr>
        <w:t>”Kuninkaalliset ediktit, yleiset kirkolliskokoukset ja maallisen vallan tukemat kirkolliset säädökset olivat ne askeleet, joiden kautta pakanallinen juhlapäivä saavutti kunnia-asemansa kristillisessä maailmassa. Ensimmäinen julkinen toimenpide, jolla sunnuntain viettoa pantiin täytäntöön, oli Konstantinuksen säätämä laki. (jKr. 321) Tämä edikti vaati kaupunkien asukkaita lepäämään ’auringon kunnioitettavana päivänä’, mutta salli maaseudun väestön jatkaa maataloudellisia toimiaan. Vaikka se käytännössä oli pakanallinen säädös, keisari pani sen täytäntöön kristinuskon nimellisen omaksumisensa jälkeen.” The Great Controversy, 573, 574.</w:t>
      </w:r>
    </w:p>
    <w:p>
      <w:pPr>
        <w:pStyle w:val="ArticleBody"/>
        <w:jc w:val="left"/>
      </w:pPr>
      <w:r>
        <w:rPr>
          <w:rFonts w:ascii="Times New Roman" w:hAnsi="Times New Roman" w:eastAsia="Times New Roman" w:cs="Times New Roman"/>
        </w:rPr>
        <w:t>Luku ”25”, joka on ”250:n” kymmenys, edustaa kapinaa ja erottamista. Laodikealaisen adventismin ne ”25” johtajaa, jotka kumartavat aurinkoa Hesekielin kirjan kahdeksannessa luvussa, erotetaan niistä, jotka sinetöidään aivan seuraavassa luvussa, ja sisar White osoittaa selvästi, että Hesekielin yhdeksännen luvun sinetöiminen on Ilmestyskirjan sadan neljänkymmenenneljän tuhannen sinetöiminen. Nuo ”25” miestä ovat vain kymmenys niistä ”250” maineikkaasta miehestä, jotka liittyivät Koorahin, Daatanin ja Abiramin kapinaan. Sisar Whitea kiellettiin lähtemästä vuoden 1888 yleiskokouksesta, sillä Gabriel sanoi hänelle, että hänen tuli jäädä ja tallentaa Minneapolisin kapina, koska se oli Koorahin kapinan toistoa. ”250” on kapinan ja erottamisen vertauskuva. Matteuksen evankeliumin luvussa ”25” on kolme vertausta, jotka opettavat jumalattomien ja viisaiden erottamisesta. Sekä republikaaninen että protestanttinen sarvi ovat kumpikin koetusajan alaisia, jota kuvataan neljänä sukupolvena, ja sekä liittokansa että se kansakunta, johon liittokansa on asetettu, tuomitaan saman ajanjakson kuluessa.</w:t>
      </w:r>
    </w:p>
    <w:p>
      <w:pPr>
        <w:pStyle w:val="ArticleBody"/>
        <w:jc w:val="left"/>
      </w:pPr>
      <w:r>
        <w:rPr>
          <w:rFonts w:ascii="Times New Roman" w:hAnsi="Times New Roman" w:eastAsia="Times New Roman" w:cs="Times New Roman"/>
        </w:rPr>
        <w:t>Maapetoon “250” vuoden aikana, joka on Raamatun profetian kuudes valtakunta ja joka on Yhdysvallat, Neron linja osoittaa säädöksen, jota edustaa Milanon edikti ja joka merkitsee oikeudellisen sodankäynnin asteittaisen kärjistymisen alkua; tämä kärjistyminen päättyy sunnuntailain säädökseen vuonna 321 ja käynnistää ajanjakson, joka päättyy vuonna 330 siihen, että koko maailma jaetaan kahteen luokkaan, joita kuvataan itänä ja lännenä. Tuo yhdeksän vuoden ajanjakso vuodesta 321 vuoteen 330 on myös Lehtimajanjuhlan seitsemän päivää, joka alkaa vuoden 321 sunnuntailaista ja päättyy, kun Miikael nousee ja koetusaika sulkeutuu vuonna 330.</w:t>
      </w:r>
    </w:p>
    <w:p>
      <w:pPr>
        <w:pStyle w:val="ArticleBody"/>
        <w:jc w:val="left"/>
      </w:pPr>
      <w:r>
        <w:rPr>
          <w:rFonts w:ascii="Times New Roman" w:hAnsi="Times New Roman" w:eastAsia="Times New Roman" w:cs="Times New Roman"/>
        </w:rPr>
        <w:t>Hylätä milleriläinen perustavanlaatuinen ymmärrys siitä, että Rooma vahvistaa näyn, merkitsee epäonnistumista siinä perustavassa koetuksessa, joka saapui 31. joulukuuta 2023 ja päättyi, kun ensimmäinen paavi kirkkaasta maasta valittiin 8. toukokuuta 2025. Se perustotuus, joka mahdollisti William Millerin tunnistaa Rooman näyn vahvistavaksi symboliksi, on se totuus, jonka hylkääminen tuo väkevän eksytyksen. Epäonnistuminen tuossa ensimmäisessä koetuksessa tuo tessalonikalaiskirjeen väkevän eksytyksen ja osoittaa, että ne tyhmät, jotka eivät ymmärrä, eivät rakasta ”Totuutta”. Hylätä symboli, joka vahvistaa ulkoisen näyn, merkitsee perustavan koetuksen hylkäämistä, joka on ensimmäinen kolmesta koetuksesta. Sisar White rinnastaa ensimmäisen koetuksen Kristuksen aikana Johannes Kastajan sanomaan. Hän osoittaa, että ne, jotka hylkäsivät Johanneksen sanoman, eivät hyötyisi Jeesuksen opetuksista eivätkä myöskään kykenisi näkemään taloudenhoidollista muutosta, kun Kristus siirtyi esipihalta Pyhään.</w:t>
      </w:r>
    </w:p>
    <w:p>
      <w:pPr>
        <w:pStyle w:val="ArticleBody"/>
        <w:jc w:val="left"/>
      </w:pPr>
      <w:r>
        <w:rPr>
          <w:rFonts w:ascii="Times New Roman" w:hAnsi="Times New Roman" w:eastAsia="Times New Roman" w:cs="Times New Roman"/>
        </w:rPr>
        <w:t>Hän sovitti tuon edistyvän koettelemisen prosessin milleriläisten ajanjaksoon ja opettaa, että ne, jotka hylkäsivät ensimmäisen enkelin sanoman, vastasivat niitä juutalaisia, jotka hylkäsivät Johanneksen sanoman. Kussakin historiallisessa linjassa ne, jotka eivät läpäisseet ensimmäistä koetta, eivät hyötyneet seuraavasta vaiheesta, ja heidät sokaistiin Kristuksen taloudenhoidolliselle muutokselle. Ne, jotka hylkäsivät 9/11-sanoman, eivät voineet nähdä, että Kristus oli alkanut tuomita eläviä. Ne, jotka epäonnistuvat vuoden 2023 perustavassa kokeessa, eivät näe seurakunnan taistelevan tilan siirtymävaiheen muutosta voittajaseurakunnaksi. Minkä tahansa näistä perustavista kokeista hylkääjät päätyivät ”täydelliseen pimeyteen”. Missä näkyä ei ole, siellä kansa päätyy täydelliseen pimeyteen, ja Rooma on se, joka vahvistaa ulkoisen näyn valon. Tämä totuus voidaan havaita kolmessa paavissa ja heidän suhteessaan kolmeen presidenttiin, jotka seisovat Danielin yhdentoista luvun jakeiden kymmenen, yksitoista ja viisitoista kolmessa taistelussa.</w:t>
      </w:r>
    </w:p>
    <w:p>
      <w:pPr>
        <w:pStyle w:val="ArticleBody"/>
        <w:jc w:val="left"/>
      </w:pPr>
      <w:r>
        <w:rPr>
          <w:rFonts w:ascii="Times New Roman" w:hAnsi="Times New Roman" w:eastAsia="Times New Roman" w:cs="Times New Roman"/>
        </w:rPr>
        <w:t>Kyyroksen ulkoinen ”250” vuoden linja, joka päättyi vuonna 207 eKr. seitsemäntoista vuoden ajanjakson keskellä, Raphian taistelusta Paniumin taisteluun ulottuvana aikana, asettui samalle linjalle sen ”250” vuoden linjan kanssa, joka alkoi Nerosta ja päättyi Milanon ediktiin vuonna 313, merkitsemällä siten Konstantinus Suuren seitsemäntoista vuoden ajanjakson. Donald Trump seisoo Antiokhos Suuren asemassa vuonna 207 eKr., mikä on vuosi 2026, ja hän seisoo myös Konstantinus Suuren asemassa vuonna 313, pedon kuvan koetusajan alussa. Heinäkuun 4. päivänä 2026 Trump Antiokhoksena ja Konstantinuksena tekee Amerikasta ”suuren”. Trump on kolmas niistä kolmesta presidentistä, jotka vastaavat jakeiden kymmenen, yksitoista ja viisitoista kolmea taistelua. Reagan oli noista kolmesta ensimmäinen ja Obama keskimmäinen. Nuo kolme presidenttiä kantavat ”totuuden” tunnusmerkkiä, ja Reagan ja Trump edustavat paitsi ensimmäistä ja kolmatta myös alfaa ja omegaa.</w:t>
      </w:r>
    </w:p>
    <w:p>
      <w:pPr>
        <w:pStyle w:val="ArticleBody"/>
        <w:jc w:val="left"/>
      </w:pPr>
      <w:r>
        <w:rPr>
          <w:rFonts w:ascii="Times New Roman" w:hAnsi="Times New Roman" w:eastAsia="Times New Roman" w:cs="Times New Roman"/>
        </w:rPr>
        <w:t>Kunkin presidenteistä profeetallinen ominaispiirre on se, että heidän hallitessaan heillä on liittolaisuus oman aikakautensa paavin kanssa. Reagan ja Johannes Paavali II olivat salaisesti liittoutuneita, kun he vuonna 1989 kukistivat Neuvostoliiton Danielin kirjan yhdenteentoista luvun jakeiden kymmenen ja neljäkymmentä täyttymykseksi. Obama, valveutunut globalistinen presidentti Reaganin ja Trumpin välissä, oli filosofisesti linjassa valveutuneen paavin Franciscuksen kanssa. Trumpin liittolaisuus paavi Leon kanssa on kaikkien nähtävissä, ja vuonna 2025 Trump vihittiin presidentiksi ja Leo vihittiin antikristukseksi. Presidentin ja paavin hengellistä suhdetta kuvaavat Iisebel ja Baalin profeetat. Presidentin ja paavin poliittista suhdetta kuvaavat Iisebel ja Ahab. Kummassakin kuvauksessa Iisebel on pää.</w:t>
      </w:r>
    </w:p>
    <w:p>
      <w:pPr>
        <w:pStyle w:val="ArticleScripture"/>
        <w:jc w:val="left"/>
      </w:pPr>
      <w:r>
        <w:rPr>
          <w:rFonts w:ascii="Times New Roman" w:hAnsi="Times New Roman" w:eastAsia="Times New Roman" w:cs="Times New Roman"/>
        </w:rPr>
        <w:t>”Kun lähestymme viimeistä kriisiä, on elintärkeää, että Herran välikappaleiden keskuudessa vallitsevat sopusointu ja ykseys. Maailma on täynnä myrskyä, sotaa ja riitaa. Kuitenkin yhden pään — paavillisen vallan — alaisuudessa ihmiset yhdistyvät vastustamaan Jumalaa Hänen todistajiensa persoonassa. Tämän liiton vahvistaa suuri luopio. Samalla kun hän pyrkii yhdistämään kätyrinsä sotimaan totuutta vastaan, hän tekee työtä jakaakseen ja hajottaakseen sen puolustajat. Kateus, paha epäluuloisuus ja pahansuopu puhe ovat hänen yllyttämiään synnyttämään eripuraisuutta ja hajaannusta.” Testimonies, osa 7, s. 182.</w:t>
      </w:r>
    </w:p>
    <w:p>
      <w:pPr>
        <w:pStyle w:val="ArticleScripture"/>
        <w:jc w:val="left"/>
      </w:pPr>
      <w:r>
        <w:rPr>
          <w:rFonts w:ascii="Times New Roman" w:hAnsi="Times New Roman" w:eastAsia="Times New Roman" w:cs="Times New Roman"/>
        </w:rPr>
        <w:t>”Tänä vallitsevan laittomuuden aikana ne protestanttiset kirkot, jotka ovat hylänneet ”Näin sanoo Herra” -julistuksen, joutuvat outoon tilaan. Ne kääntyvät maailman puoleen. Erottautuessaan Jumalasta ne pyrkivät tekemään valheesta ja Jumalasta luopumisesta kansakunnan lain. Ne vaikuttavat maan hallitsijoihin saadakseen aikaan lakeja, joiden tarkoituksena on palauttaa synnin ihmisen menetetty yliote, hänen, joka istuu Jumalan temppelissä ja osoittaa olevansa Jumala. Roomalaiskatoliset periaatteet otetaan valtion suojelukseen. Raamatun totuuden vastalauseita eivät enää siedä ne, jotka eivät ole tehneet Jumalan laista elämänsä ohjetta.” Review and Herald, December 21, 1897.</w:t>
      </w:r>
    </w:p>
    <w:p>
      <w:pPr>
        <w:pStyle w:val="ArticleBody"/>
        <w:jc w:val="left"/>
      </w:pPr>
      <w:r>
        <w:rPr>
          <w:rFonts w:ascii="Times New Roman" w:hAnsi="Times New Roman" w:eastAsia="Times New Roman" w:cs="Times New Roman"/>
        </w:rPr>
        <w:t>Baalin väärät profeetat söivät Iisebelin pöydässä. Iisebel oli kuningatar, ja profeetat olivat hänen profeettojaan. Danielin kirjan yhdennentoista luvun jakeessa neljäkymmentä Reagania edustivat ”sotavaunut” ja ”ratsumiehet”, sotilaallisen voiman vertauskuvat, sekä myös ”laivat”, taloudellisen mahdin vertauskuva. Silti jakeessa paavius on se pohjoisen ”kuningas”. Reagan oli profeetallisesti Iisebelin alaisuudessa. Tuona aikana maailma ihmetteli petoa, kun paavi Johannes Paavali II matkusti ympäri maailmaa enemmän kuin yksikään toinen paavi. Tunnettu jesuiittakirjailija Malachi Martin kirjoitti paavi Johannes Paavali II:sta kirjassaan Keys of This Blood. Kirjan esitetty lähtökohta oli, että Johannes Paavali II:n ja Reaganin aikana maailma oli tuolloin kolminkertaisessa taistelussa maailmanherruudesta paaviuden, Yhdysvaltojen ja Neuvostoliiton välillä. Martin ennusti, että paavius voittaisi tuon taistelun. Reaganin ja antikristuksen välinen salainen liitto ilmoitti, että liikkeet paaviuden kuolinhaavan parantamiseksi olivat alkaneet, kuten Danielin kirjan yhdennentoista luvun jakeessa neljäkymmentä ja siitä eteenpäin havainnollistetaan. Martinin kirja toi uudelleen esiin paaviuden kauan vaaliman tavoitteen valloittaa protestanttinen Amerikka. Reaganin halukkuus sulkea silmänsä siltä tosiasialta, että paavi on Raamatun profetian antikristus, perustui hänen oman todistuksensa mukaan siihen, että hän sovelsi virheellisesti Neuvostoliittoa Raamatun profetian antikristukseksi.</w:t>
      </w:r>
    </w:p>
    <w:p>
      <w:pPr>
        <w:pStyle w:val="ArticleScripture"/>
        <w:jc w:val="left"/>
      </w:pPr>
      <w:r>
        <w:rPr>
          <w:rFonts w:ascii="Times New Roman" w:hAnsi="Times New Roman" w:eastAsia="Times New Roman" w:cs="Times New Roman"/>
        </w:rPr>
        <w:t>”Ne, jotka menevät ymmälle sanan ymmärtämisessä eivätkä käsitä antikristuksen merkitystä, asettuvat varmasti antikristuksen puolelle.” Kress Collection, 105.</w:t>
      </w:r>
    </w:p>
    <w:p>
      <w:pPr>
        <w:pStyle w:val="ArticleBody"/>
        <w:jc w:val="left"/>
      </w:pPr>
      <w:r>
        <w:rPr>
          <w:rFonts w:ascii="Times New Roman" w:hAnsi="Times New Roman" w:eastAsia="Times New Roman" w:cs="Times New Roman"/>
        </w:rPr>
        <w:t>Reagan oli ensimmäinen niistä kahdeksasta presidentistä, jotka tunnistetaan Danielin kirjan yhdennentoista luvun ensimmäisissä jakeissa, ja hän on myös ensimmäinen niistä kolmesta presidentistä, joilla näiden kahdeksan joukossa on profeetallinen suhde antikristukseen. Reaganin, Obaman ja Trumpin kolmen liiton symboliikassa voidaan havaita totuuden sinetti. Reagan ensimmäisenä esikuvallistaa viimeistä, ja Reaganin ja Trumpin väliset moninaiset rinnakkaisuudet ovat hämmästyttäviä ja runsaita. Niiden kolmen askeleen keskimmäinen tienviitta, joka muodostaa heprealaisen sanan ”totuus”, on kapina, josta Obaman presidenttikausi on niin klassinen esimerkki. Toukokuun 8. päivänä 2025 asetettiin ensimmäistä kertaa paavi, joka oli Yhdysvalloista, ja Reaganin salainen liitto oli saavuttanut Trumpin avoimen liiton. Vuonna 2025 paavius avoimesti asetti virkaan paavin Yhdysvaltojen ihanuuden maasta, juuri siitä kohteesta, johon sen kamppailut ovat vuodesta 1798 lähtien suuntautuneet. Jäljellä Malachi Martinin ennustuksen täyttymiseksi oli sunnuntailaki, jossa lohikäärmeen, pedon ja väärän profeetan kolminkertainen liitto pannaan täytäntöön.</w:t>
      </w:r>
    </w:p>
    <w:p>
      <w:pPr>
        <w:pStyle w:val="ArticleScripture"/>
        <w:jc w:val="left"/>
      </w:pPr>
      <w:r>
        <w:rPr>
          <w:rFonts w:ascii="Times New Roman" w:hAnsi="Times New Roman" w:eastAsia="Times New Roman" w:cs="Times New Roman"/>
        </w:rPr>
        <w:t>”Säädöksellä, joka panee täytäntöön paaviuden laitoksen vastoin Jumalan lakia, meidän kansakuntamme katkaisee täydellisesti yhteytensä vanhurskauteen. Kun protestanttisuus ojentaa kätensä kuilun yli tarttuakseen Rooman vallan käteen, kun se kurottautuu kuilun ylitse lyödäkseen kättä spiritualismin kanssa, kun tämän kolminkertaisen liiton vaikutuksesta maamme hylkää jokaisen perustuslakinsa periaatteen protestanttisena ja tasavaltaisena hallituksena ja ryhtyy toimiin paavillisten valheiden ja harhojen levittämiseksi, silloin voimme tietää, että aika on tullut saatanan ihmeelliselle toiminnalle ja että loppu on lähellä.” Testimonies, osa 5, 451.</w:t>
      </w:r>
    </w:p>
    <w:p>
      <w:pPr>
        <w:pStyle w:val="ArticleBody"/>
        <w:jc w:val="left"/>
      </w:pPr>
      <w:r>
        <w:rPr>
          <w:rFonts w:ascii="Times New Roman" w:hAnsi="Times New Roman" w:eastAsia="Times New Roman" w:cs="Times New Roman"/>
        </w:rPr>
        <w:t>4. heinäkuuta 2026 Trump aikoo juhlia noita ”250:tä” vuotta seisoessaan presidenttikautensa keskikohdassa. Tuo keskikohta on 207 eKr., Raphian taistelun ja Paniumin taistelun välissä. Noiden seitsemäntoista vuoden keskikohta osoittaa myös Neron seitsemäntoista vuoden alkamisen, jotka edustavat vuotta 313, sekä pedon kirkko–valtio-kuvan asteittaista pystyttämistä, joka johtaa vuoden 321 sunnuntailakiin ja jakeeseen kuusitoista. Tuo ajanjakso alkaa vuonna 313 idän ja lännen avioliitolla, jota edustavat Konstantinuksen länteen kuuluva tytärpuoli ja idän Licinius. Ajanjakso, joka alkaa idän ja lännen välisellä avioliittoallianssilla, päättyy idän ja lännen eroon eli avioeroon. Keskimmäinen waymark on ensimmäinen sunnuntailaki.</w:t>
      </w:r>
    </w:p>
    <w:p>
      <w:pPr>
        <w:pStyle w:val="ArticleBody"/>
        <w:jc w:val="left"/>
      </w:pPr>
      <w:r>
        <w:rPr>
          <w:rFonts w:ascii="Times New Roman" w:hAnsi="Times New Roman" w:eastAsia="Times New Roman" w:cs="Times New Roman"/>
        </w:rPr>
        <w:t>Reagania, Obamaa ja Trumpia hallitsevat profeetallisesti iankaikkisen evankeliumin kolme askelta, jotka Ilmestyskirjan neljässätoista luvussa esitetään kolmena enkelinä. Obaman presidenttikaudella, joka on toinen askel, oli kaksi paavia. Franciscus, valveutunut paavi, seurasi Joseph Ratzingeria (myöhemmin paavi Benedictus XVI:ta), joka toimi Uskonopin kongregaation (CDF) johtajana 25. marraskuuta 1981 alkaen aina paaviksi valitsemiseensa 19. huhtikuuta 2005 saakka. Ratzinger vetäytyi, ja Franciscus aloitti hallituskautensa, mikä toi mukanaan paavien kaksinkertaistumisen Obaman hallituskaudella.</w:t>
      </w:r>
    </w:p>
    <w:p>
      <w:pPr>
        <w:pStyle w:val="ArticleBody"/>
        <w:jc w:val="left"/>
      </w:pPr>
      <w:r>
        <w:rPr>
          <w:rFonts w:ascii="Times New Roman" w:hAnsi="Times New Roman" w:eastAsia="Times New Roman" w:cs="Times New Roman"/>
        </w:rPr>
        <w:t>Obamaa syytetään siitä, että hän esiintyy sekä heteroseksuaalina että homoseksuaalina, ja hän on luopioksi tulleen protestanttisen Amerikan väärän profeetan vertauskuva, samalla kun hän on muslimi, mikä on myös väärän profeetan Muhammedin uskonto. Obama oli loistavan maan poliittisen järjestelmän edustaja—Ilmestyskirjan kuudennentoista luvun väärä profeetta—mutta hänen todelliset poliittiset sympatiansa olivat globalistien—lohikäärmeen—puolella. Obama on profeetallisesti skitsofreeninen edustaen kahta väärää uskontoa, kahta seksuaalista suuntautumista ja kahta poliittista järjestelmää, ja hänen valtakautensa aikana oli kaksi antikristusta. Olipa kyse seksuaalisesta suuntautumisesta, poliittisesta suuntautumisesta tai uskonnollisesta vakaumuksesta, Obama oli kullakin alueella sitoutunut pysymään kaapissa. Joidenkuiden tuntema nimellä ”Obama, jakaja” hänen pyrkimystensä vuoksi jakaa Amerikan kansalaiset itseään vastaan, heijastuu myös hänen verhottuihin henkilökohtaisiin, poliittisiin ja uskonnollisiin vakaumuksiinsa.</w:t>
      </w:r>
    </w:p>
    <w:p>
      <w:pPr>
        <w:pStyle w:val="ArticleBody"/>
        <w:jc w:val="left"/>
      </w:pPr>
      <w:r>
        <w:rPr>
          <w:rFonts w:ascii="Times New Roman" w:hAnsi="Times New Roman" w:eastAsia="Times New Roman" w:cs="Times New Roman"/>
        </w:rPr>
        <w:t>Obaman hallituskauden ensimmäinen antikristus oli johtanut Uskonopin kongregaatiota kaksikymmentäneljä vuotta ennen kuin hänestä tuli paavi. Uskonopin kongregaatio on nykyinen nimi sille, mikä alun perin tunnettiin Inkvisition virastona. Obaman kauden kapina vastaa lukua ”13” hepreankielisessä sanassa totuus, joka koostuu heprean aakkosten ensimmäisestä kirjaimesta (Reagan), kolmattatoista kirjaimesta (Obama) ja Trumpista, kahdennestakymmenennestä toisesta kirjaimesta. Inkvisitio on varmasti kapinan symboli. Paavi Benedictus luopui valtaistuimestaan Franciscukselle vuonna 2013, skitsofreenisen hallituskauden aikana, joka oli islamin väärien profeettojen ja luopioprotestantismin symboli.</w:t>
      </w:r>
    </w:p>
    <w:p>
      <w:pPr>
        <w:pStyle w:val="ArticleBody"/>
        <w:jc w:val="left"/>
      </w:pPr>
      <w:r>
        <w:rPr>
          <w:rFonts w:ascii="Times New Roman" w:hAnsi="Times New Roman" w:eastAsia="Times New Roman" w:cs="Times New Roman"/>
        </w:rPr>
        <w:t>Iankaikkisen evankeliumin toinen askel on näkyvä koetus, ja se, mitä voidaan nähdä Obaman ja kahden paavin välisessä suhteessa, on yhteys inkvisition viran edustaman vainon ja globalistien kiinnittymisen äiti maan palvontaan välillä, jota valveutunut paavi edustaa. Obaman muslimiusko edustaa kansojen vihastuttamista, jonka islam on saanut aikaan, sekä luopioprotestantismin epäonnistumista siinä vastuussa, jota nimi protestantti merkitsee. Protestantin tulee protestoida Roomaa vastaan, mutta ei koskaan kumartaa Rooman edessä.</w:t>
      </w:r>
    </w:p>
    <w:p>
      <w:pPr>
        <w:pStyle w:val="ArticleBody"/>
        <w:jc w:val="left"/>
      </w:pPr>
      <w:r>
        <w:rPr>
          <w:rFonts w:ascii="Times New Roman" w:hAnsi="Times New Roman" w:eastAsia="Times New Roman" w:cs="Times New Roman"/>
        </w:rPr>
        <w:t>Ensimmäinen kolmesta paavista ilmoittaa maailmalle uskovansa olevansa Fatiman katolisen ohjaavan profetian ”hyvä paavi”. Johannes Paavali II piti itseään Fatiman ”hyvänä paavina”, jonka hän uskoo lopulta hallitsevan koko maailmaa rautaisella valtikalla, kun paavinvallan, Yhdysvaltojen ja globalistien välinen kolmikantainen kamppailu on päättynyt.</w:t>
      </w:r>
    </w:p>
    <w:p>
      <w:pPr>
        <w:pStyle w:val="ArticleBody"/>
        <w:jc w:val="left"/>
      </w:pPr>
      <w:r>
        <w:rPr>
          <w:rFonts w:ascii="Times New Roman" w:hAnsi="Times New Roman" w:eastAsia="Times New Roman" w:cs="Times New Roman"/>
        </w:rPr>
        <w:t>Seuraava presidenttikausi ilmoittaa lohikäärmeen globalistien roolin, islamin kansojen vihastuttamisen sekä luopioprotestantismin epäonnistumisen olla protestantteja. Vuonna 2025 virkaanasetettu Trumpin presidenttikausi asettuu avoimesti vuoden 2025 antikristuksen rinnalle. Näiden kolmen Rooman ja Yhdysvaltojen välisen liiton valo sinetöidään auki Raphian taistelun päättymisen ja Paniumin taistelun alkamisen historian yhteydessä. Liciniuksen ja Konstantinuksen valtakuntien avioliitto seitsemäntoista vuoden jakson alussa edustaa vuoden 2025 liittoa.</w:t>
      </w:r>
    </w:p>
    <w:p>
      <w:pPr>
        <w:pStyle w:val="ArticleBody"/>
        <w:jc w:val="left"/>
      </w:pPr>
      <w:r>
        <w:rPr>
          <w:rFonts w:ascii="Times New Roman" w:hAnsi="Times New Roman" w:eastAsia="Times New Roman" w:cs="Times New Roman"/>
        </w:rPr>
        <w:t>Vuoden 2025 liitto on kymmenen neitsyen vertauksen väärennös. Ensin avioliitto solmitaan, ja sitten seuraa tutkinnan aika, joka lopulta johtaa avioliiton toiseen vaiheeseen, jossa yhtyminen tapahtuu ja ovi suljetaan. Kymmenen neitsyen vertauksen väärennös alkoi vuonna 2025, ja se saatetaan päätökseen pian tulevassa sunnuntailaissa Daniel 11:n jakeissa kuusitoista ja neljäkymmentäyksi. Väärennetyssä avioliitossa isä on Saatana, sulhanen on paavius ja morsian on luopio protestanttinen Amerikka. Daniel 11:n jakeessa neljätoista Danielin kansan raastajat ovat Rooma, joka vahvistaa näyn. William Millerin tunnistuksen hylkääminen, jonka mukaan Rooma on näkyä vahvistava symboli, on rinnakkainen ensimmäisen enkelin sanoman ja Johannes Kastajan sanoman hylkäämisen kanssa. Kun nykyinen antikristus astui virkaansa vuonna 2025, hän vahvisti kahdeksan presidentin näyn ja täytti jakeen neljätoista.</w:t>
      </w:r>
    </w:p>
    <w:p>
      <w:pPr>
        <w:pStyle w:val="ArticleBody"/>
        <w:jc w:val="left"/>
      </w:pPr>
      <w:r>
        <w:rPr>
          <w:rFonts w:ascii="Times New Roman" w:hAnsi="Times New Roman" w:eastAsia="Times New Roman" w:cs="Times New Roman"/>
        </w:rPr>
        <w:t>Me olemme nyt temppelikoetuksessa, toisessa koetuksessa, joka edeltää ratkaisevaa, kolmatta koetusta.</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viisitoista</dc:title>
  <dc:subject>„250” Kolm korda</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