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kuudentoista</w:t>
      </w:r>
    </w:p>
    <w:p>
      <w:pPr>
        <w:pStyle w:val="ArticleSubtitle"/>
        <w:jc w:val="left"/>
      </w:pPr>
      <w:r>
        <w:rPr>
          <w:rFonts w:ascii="Arial" w:hAnsi="Arial" w:eastAsia="Arial" w:cs="Arial"/>
        </w:rPr>
        <w:t>Lopun aika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Danielin yhdestoista luku alkaa esittelemällä Donald Trumpin Raamatun profetian kuudennen valtakunnan viimeisenä presidenttinä. Kyyroksen kolmantena vuonna, jolloin näky alkoi kymmenennessä luvussa, tätä täydennetään yhdennessätoista luvussa ensimmäisessä jakeessa sanalla ”myös”.</w:t>
      </w:r>
    </w:p>
    <w:p>
      <w:pPr>
        <w:pStyle w:val="ArticleScripture"/>
        <w:jc w:val="left"/>
      </w:pPr>
      <w:r>
        <w:rPr>
          <w:rFonts w:ascii="Times New Roman" w:hAnsi="Times New Roman" w:eastAsia="Times New Roman" w:cs="Times New Roman"/>
        </w:rPr>
        <w:t>Ja minäkin seisoin meedialaisen Daarioksen ensimmäisenä hallitusvuotena vahvistaakseni ja tukeakseni häntä. Daniel 11:1.</w:t>
      </w:r>
    </w:p>
    <w:p>
      <w:pPr>
        <w:pStyle w:val="ArticleBody"/>
        <w:jc w:val="left"/>
      </w:pPr>
      <w:r>
        <w:rPr>
          <w:rFonts w:ascii="Times New Roman" w:hAnsi="Times New Roman" w:eastAsia="Times New Roman" w:cs="Times New Roman"/>
        </w:rPr>
        <w:t>Gabriel ulottaa tarkoituksellisesti kerrontansa Dareiokseen asti ja yhdistää hänet Kyrokseen aloittaessaan yhdennentoista luvun esityksensä. Kymmenes luku jatkuu yhtenä näkynä kahdennentoista luvun viimeiseen jakeeseen saakka, ja se alkaa Kyyroksen kolmantena hallitusvuotena.</w:t>
      </w:r>
    </w:p>
    <w:p>
      <w:pPr>
        <w:pStyle w:val="ArticleScripture"/>
        <w:jc w:val="left"/>
      </w:pPr>
      <w:r>
        <w:rPr>
          <w:rFonts w:ascii="Times New Roman" w:hAnsi="Times New Roman" w:eastAsia="Times New Roman" w:cs="Times New Roman"/>
        </w:rPr>
        <w:t>Persian kuninkaan Kyyroksen kolmantena hallitusvuotena ilmoitettiin Danielille, jonka nimeksi oli annettu Beltassar, eräs asia; ja se asia oli tosi, mutta määrätty aika oli pitkä. Ja hän ymmärsi asian ja käsitti näyn. Daniel 10:1.</w:t>
      </w:r>
    </w:p>
    <w:p>
      <w:pPr>
        <w:pStyle w:val="ArticleBody"/>
        <w:jc w:val="left"/>
      </w:pPr>
      <w:r>
        <w:rPr>
          <w:rFonts w:ascii="Times New Roman" w:hAnsi="Times New Roman" w:eastAsia="Times New Roman" w:cs="Times New Roman"/>
        </w:rPr>
        <w:t>Dareios yhdessä Kyyroksen kanssa muodostaa meedialaisten ja persialaisten kaksitahoisen kansakunnan symbolin, edustaen Yhdysvalloissa tasavaltalaisuuden ja protestantismin kaksitahoista valtaa; näin ne edustavat lopun ajan kaksitahoista symbolia. Aaronin ja Mooseksen syntymä merkitsi Abrahamin neljäsataa vuotta käsittävän profetian lopun aikaa muinaisen Israelin alussa; samoin Johannes Kastajan ja Kristuksen syntymä edusti lopun ajan kahta tienviittaa muinaisen Israelin lopussa. Jeesus havainnollistaa aina lopun alun kautta.</w:t>
      </w:r>
    </w:p>
    <w:p>
      <w:pPr>
        <w:pStyle w:val="ArticleBody"/>
        <w:jc w:val="left"/>
      </w:pPr>
      <w:r>
        <w:rPr>
          <w:rFonts w:ascii="Times New Roman" w:hAnsi="Times New Roman" w:eastAsia="Times New Roman" w:cs="Times New Roman"/>
        </w:rPr>
        <w:t>Dareios ja Koores yhdessä edustavat tienviittaa, joka on esitetty lopun aikana, jolloin Babylonin seitsemänkymmenen vuoden vankeus päättyi.</w:t>
      </w:r>
    </w:p>
    <w:p>
      <w:pPr>
        <w:pStyle w:val="ArticleScripture"/>
        <w:jc w:val="left"/>
      </w:pPr>
      <w:r>
        <w:rPr>
          <w:rFonts w:ascii="Times New Roman" w:hAnsi="Times New Roman" w:eastAsia="Times New Roman" w:cs="Times New Roman"/>
        </w:rPr>
        <w:t>”Jumalan seurakunta maan päällä oli tämän pitkän, hellittämättömän vainon ajan yhtä totisesti vankeudessa kuin Babylonissa pakkosiirtolaisuuden aikana vankeina pidetyt Israelin lapset.” Prophets and Kings, 714.</w:t>
      </w:r>
    </w:p>
    <w:p>
      <w:pPr>
        <w:pStyle w:val="ArticleBody"/>
        <w:jc w:val="left"/>
      </w:pPr>
      <w:r>
        <w:rPr>
          <w:rFonts w:ascii="Times New Roman" w:hAnsi="Times New Roman" w:eastAsia="Times New Roman" w:cs="Times New Roman"/>
        </w:rPr>
        <w:t>Dareios ja Kyyros ovat vuosien 1798 ja 1799 esikuvia ja kuvaavat lopun aikaa, jolloin hengellisen Israelin rinnakkainen vankeus hengellisessä Babylonissa päättyi. Vuosi 1798 merkitsi paavikunnan poliittisen järjestelmän loppua; tätä järjestelmää kuvattiin petona, jonka selässä Rooman portto ratsasti.</w:t>
      </w:r>
    </w:p>
    <w:p>
      <w:pPr>
        <w:pStyle w:val="ArticleScripture"/>
        <w:jc w:val="left"/>
      </w:pPr>
      <w:r>
        <w:rPr>
          <w:rFonts w:ascii="Times New Roman" w:hAnsi="Times New Roman" w:eastAsia="Times New Roman" w:cs="Times New Roman"/>
        </w:rPr>
        <w:t>Niin hän vei minut hengessä erämaahan; ja minä näin naisen istuvan helakanpunaisen pedon selässä, pedon, joka oli täynnä pilkkaavia nimiä ja jolla oli seitsemän päätä ja kymmenen sarvea. Ilmestys 17:3.</w:t>
      </w:r>
    </w:p>
    <w:p>
      <w:pPr>
        <w:pStyle w:val="ArticleBody"/>
        <w:jc w:val="left"/>
      </w:pPr>
      <w:r>
        <w:rPr>
          <w:rFonts w:ascii="Times New Roman" w:hAnsi="Times New Roman" w:eastAsia="Times New Roman" w:cs="Times New Roman"/>
        </w:rPr>
        <w:t>Napoleon lopetti pedon elämän vuonna 1798, ja vuonna 1799 nainen, joka ratsasti pedon selässä, kuoli maanpaossa. Vuonna 1989 sekä Ronald Reagan että George Bush vanhempi olivat presidenttejä, mikä merkitsee lopun ajan vuonna 1989. Darius ja Kyyros edustavat Reagania ja Bush vanhempaa. Jae kaksi sanoo:</w:t>
      </w:r>
    </w:p>
    <w:p>
      <w:pPr>
        <w:pStyle w:val="ArticleScripture"/>
        <w:jc w:val="left"/>
      </w:pPr>
      <w:r>
        <w:rPr>
          <w:rFonts w:ascii="Times New Roman" w:hAnsi="Times New Roman" w:eastAsia="Times New Roman" w:cs="Times New Roman"/>
        </w:rPr>
        <w:t>Ja nyt minä ilmoitan sinulle totuuden. Katso, Persiassa on vielä nouseva kolme kuningasta; ja neljäs on oleva paljon rikkaampi kuin he kaikki; ja voimallaan rikkautensa kautta hän yllyttää kaikki Kreikan valtakuntaa vastaan. Daniel 11:2.</w:t>
      </w:r>
    </w:p>
    <w:p>
      <w:pPr>
        <w:pStyle w:val="ArticleHeading"/>
        <w:jc w:val="left"/>
      </w:pPr>
      <w:r>
        <w:rPr>
          <w:rFonts w:ascii="Arial" w:hAnsi="Arial" w:eastAsia="Arial" w:cs="Arial"/>
        </w:rPr>
        <w:t>Herääminen</w:t>
      </w:r>
    </w:p>
    <w:p>
      <w:pPr>
        <w:pStyle w:val="ArticleBody"/>
        <w:jc w:val="left"/>
      </w:pPr>
      <w:r>
        <w:rPr>
          <w:rFonts w:ascii="Times New Roman" w:hAnsi="Times New Roman" w:eastAsia="Times New Roman" w:cs="Times New Roman"/>
        </w:rPr>
        <w:t>Dareios oli Reagan, Kyyros oli suurempi Bush, ja ne kolme, jotka seurasivat Kyyrosta, olivat Clinton, vähäisempi Bush, Obama Jakaja, ja neljäs ja ”paljon rikkaampi” presidentti, joka yllytti Kreikan globalistit, oli Trump. Sana ”yllyttää” merkitsee herättää. Kun Trump ilmoitti ehdokkuudestaan vuonna 2015, globalistit, jotka Joel tunnistaa ”pakanoiksi”, herätettiin.</w:t>
      </w:r>
    </w:p>
    <w:p>
      <w:pPr>
        <w:pStyle w:val="ArticleScripture"/>
        <w:jc w:val="left"/>
      </w:pPr>
      <w:r>
        <w:rPr>
          <w:rFonts w:ascii="Times New Roman" w:hAnsi="Times New Roman" w:eastAsia="Times New Roman" w:cs="Times New Roman"/>
        </w:rPr>
        <w:t>Herätkööt pakanakansat ja nouskoot Josafatin laaksoon, sillä siellä minä istun tuomitakseni kaikki ympärillä olevat pakanakansat. Laskekaa sirppi liikkeelle, sillä elonkorjuu on kypsä. Tulkaa, astukaa alas, sillä viinikuurna on täynnä, kuurnat vuotavat ylitse; sillä heidän pahuutensa on suuri. Joukkoja, joukkoja ratkaisun laaksossa, sillä Herran päivä on lähellä ratkaisun laaksossa. Joel 3:12–14.</w:t>
      </w:r>
    </w:p>
    <w:p>
      <w:pPr>
        <w:pStyle w:val="ArticleBody"/>
        <w:jc w:val="left"/>
      </w:pPr>
      <w:r>
        <w:rPr>
          <w:rFonts w:ascii="Times New Roman" w:hAnsi="Times New Roman" w:eastAsia="Times New Roman" w:cs="Times New Roman"/>
        </w:rPr>
        <w:t>Kun ”pakanakansat” herätetään, ”Herran päivä on lähellä” Josafatin laaksossa. ”Josafat” merkitsee Jehovan tuomiota; ja laaksoa kutsutaan myös ratkaisun laaksoksi. Vuodesta 2015 eteenpäin maapallon ”joukot” alkavat siirtyä niihin erilaisiin kimppuihin, jotka on valmistettu kutakin sitä tekosyytä varten, jonka ihmiset esittävät ollakseen päättämättä palvella Jumalaa. Syyskuun 11. päivän tapahtumissa elävien tuomio alkoi, ja vuonna 2015 Trump ilmoitti tavoittelevansa presidentinvirkaa. Syyskuun 11. päivän tapahtumissa myöhäissateen ensimmäinen vaihe alkoi langeta, ja myöhäissade on se, mikä saattaa sadon kypsymiseen, ja vuonna 2015, neljätoista vuotta siihen sateeseen, joka tuottaa kypsyneen elonkorjuun, Joelin kirja antaa varoituksen, että kun Donald Trump ”kiihottaa Kreikan valtakuntaa” tai, kuten Joel sanoo, kun Trump ”herättää pakanakansat vuonna 2015”, maapallon sato alkaa kypsyä.</w:t>
      </w:r>
    </w:p>
    <w:p>
      <w:pPr>
        <w:pStyle w:val="ArticleBody"/>
        <w:jc w:val="left"/>
      </w:pPr>
      <w:r>
        <w:rPr>
          <w:rFonts w:ascii="Times New Roman" w:hAnsi="Times New Roman" w:eastAsia="Times New Roman" w:cs="Times New Roman"/>
        </w:rPr>
        <w:t>On tärkeää tunnistaa, että ensimmäinen Danielin yhdestoista luvussa mainittu totuus on Donald Trumpin profeetallinen rooli. Raamatun profetian ensimmäinen valtakunta, joka esitetään Danielin kirjassa, on Babylon. Kuvitelkaa Babylonin kertomus Danielin kirjassa, jos Innoitus ei olisi käyttänyt Nebukadnessaria profeetallisen mallin vahvistamiseen. Raamatun profetian kuudes valtakunta on epätäydellinen ilman sen valtakunnan viimeisen hallitsijan todistusta. Ensimmäisen maininnan sääntö vahvistaa Trumpin merkityksen ensiarvoisen tärkeänä symbolina näyssä, jonka Daniel sai kahdentenakymmenentenä toisena päivänä paastottuaan kolme viikkoa.</w:t>
      </w:r>
    </w:p>
    <w:p>
      <w:pPr>
        <w:pStyle w:val="ArticleScripture"/>
        <w:jc w:val="left"/>
      </w:pPr>
      <w:r>
        <w:rPr>
          <w:rFonts w:ascii="Times New Roman" w:hAnsi="Times New Roman" w:eastAsia="Times New Roman" w:cs="Times New Roman"/>
        </w:rPr>
        <w:t>Mutta Persian valtakunnan ruhtinas vastusti minua kaksikymmentäyksi päivää; mutta katso, Miikael, yksi ensimmäisistä ruhtinaista, tuli auttamaan minua; ja minä jäin sinne Persian kuningasten luo. Nyt minä olen tullut saattamaan sinut ymmärtämään, mitä sinun kansallesi tapahtuu viimeisinä päivinä; sillä näky koskee vielä monia päiviä. Daniel 10:13, 14.</w:t>
      </w:r>
    </w:p>
    <w:p>
      <w:pPr>
        <w:pStyle w:val="ArticleBody"/>
        <w:jc w:val="left"/>
      </w:pPr>
      <w:r>
        <w:rPr>
          <w:rFonts w:ascii="Times New Roman" w:hAnsi="Times New Roman" w:eastAsia="Times New Roman" w:cs="Times New Roman"/>
        </w:rPr>
        <w:t>Yhdestoista luvun näky havainnollistaa, mitä kohtaa Jumalan kansaa viimeisinä päivinä, ja se, että Trump on Yhdysvaltain johtajana ja sen jälkeen Yhdistyneiden kansakuntien johtajana, on totuus, jolla on ikuiset seuraukset sen kanssa, ymmärretäänkö tämä totuus vai ei. Tämä totuus oli Gabrielille niin tärkeä välittää Danielille, että jakeessa neljätoista Daniel merkitsee muistiin enkeli Gabrielin antaman valon perusteella, että juuri ”sinun kansasi ryöstäjät” vahvistavat näyn. Donald Trumpin liikkeitä profetiassa on mahdotonta seurata oikein käyttämättä Roomaa mallina, jonka avulla voidaan tunnistaa Trumpin askeleet Danielin yhdennentoista luvun profeetallisen historian läpi.</w:t>
      </w:r>
    </w:p>
    <w:p>
      <w:pPr>
        <w:pStyle w:val="ArticleBody"/>
        <w:jc w:val="left"/>
      </w:pPr>
      <w:r>
        <w:rPr>
          <w:rFonts w:ascii="Times New Roman" w:hAnsi="Times New Roman" w:eastAsia="Times New Roman" w:cs="Times New Roman"/>
        </w:rPr>
        <w:t>Trump muodostaa pedon kuvan Yhdysvaltojen symbolina sunnuntailain ajanjaksona, ja tehdessään niin hän kunnioittaa petoa; näin ollen se on pedon kuva ja myös pedon kunniaksi pystytetty kuva. Ilmestyskirjan 17. luvussa paavius on kahdeksas, joka on niistä seitsemästä, ja Donald Trump on kahdeksas presidentti Reaganista lähtien lopun ajassa vuonna 1989, mutta hän on myös kuudes, mikä merkitsee, että hän on kahdeksas, joka on niistä seitsemästä.</w:t>
      </w:r>
    </w:p>
    <w:p>
      <w:pPr>
        <w:pStyle w:val="ArticleBody"/>
        <w:jc w:val="left"/>
      </w:pPr>
      <w:r>
        <w:rPr>
          <w:rFonts w:ascii="Times New Roman" w:hAnsi="Times New Roman" w:eastAsia="Times New Roman" w:cs="Times New Roman"/>
        </w:rPr>
        <w:t>Ilmestyskirjan seitsemännessätoista luvussa Johannes jakeessa kolme viedään erämaahan, missä hän näkee pedon selässä ratsastavan porton. Jokainen merkittävä protestanttinen kirkkokunta on tunnistanut porton katoliseksi kirkoksi, vaikka ne kaikki viimeisinä päivinä kieltävät perustavat uskonkäsityksensä. Rooman kirkko oli juopunut marttyyrien verestä, kun Johannes näki hänet, ja hän kantoi nimitystä porttojen äiti. Tämä osoittaa, että Johannes siirrettiin vuoteen 1798, jolloin paavinvallalla oli marttyyriuden veri yllään ja jotkin entiset protestanttiset kirkot olivat jo palaamassa roomalaiskatoliseen yhteyteen. Tuosta näköalapaikasta Johannes näki ”seitsemän kuningasta”, joista viisi oli jo kukistunut vuonna 1798, ja yksi valtakunta oli olemassa vuonna 1798, ja tuo valtakunta oli Yhdysvallat, mutta toinen valtakunta, joka koostui kymmenestä kuninkaasta, oli tuleva sen jälkeen, sillä vuonna 1798, missä Johannes seisoi, seitsemäs valtakunta ei ollut vielä tullut. Ne kymmenen kuningasta hallitsevat sunnuntailakikriisin hetken ajan, ja he ovat yksimieliset antaessaan seitsemännen valtakuntansa viidennen valtakunnan pedolle, joka oli saanut kuolinhaavan vuonna 1798.</w:t>
      </w:r>
    </w:p>
    <w:p>
      <w:pPr>
        <w:pStyle w:val="ArticleBody"/>
        <w:jc w:val="left"/>
      </w:pPr>
      <w:r>
        <w:rPr>
          <w:rFonts w:ascii="Times New Roman" w:hAnsi="Times New Roman" w:eastAsia="Times New Roman" w:cs="Times New Roman"/>
        </w:rPr>
        <w:t>Luku ”8” edustaa ylösnousemusta, ja paavius on se kahdeksas, joka on niistä seitsemästä, kun sen kuolettava haava paranee lohikäärmeen, pedon ja väärän profeetan kolminkertaisessa liitossa, joka tapahtuu pian tulevan sunnuntailain yhteydessä. Vuonna 2020 globalistit varastivat vaalit Trumpilta, ja hänet surmattiin Ilmestyskirjan yhdentoista luvun kaduilla. Ilmestyskirjan yhdentoista luvun kaksi todistajaa edustavat maasta nousevan pedon kahta sarvea, jotka molemmat surmattiin vuonna 2020. Trump on kuudes presidentti Reaganin jälkeen lopun aikana vuonna 1989; mutta vuodesta 2024 lähtien hän on myös se kahdeksas, joka on niistä seitsemästä edellisestä kuninkaasta. Vuonna 2024 hänen kuolettava haavansa parani, ja hänestä tuli samanaikaisesti se kahdeksas, joka on niistä seitsemästä, täydellisessä sopusoinnussa sen profeetallisen symbolin kanssa, joka vahvistaa näyn. Jos sinulla ei ole Roomaa, sinulla ei ole kykyä seurata Rooman kuvan liikkeitä.</w:t>
      </w:r>
    </w:p>
    <w:p>
      <w:pPr>
        <w:pStyle w:val="ArticleHeading"/>
        <w:jc w:val="left"/>
      </w:pPr>
      <w:r>
        <w:rPr>
          <w:rFonts w:ascii="Arial" w:hAnsi="Arial" w:eastAsia="Arial" w:cs="Arial"/>
        </w:rPr>
        <w:t>MAGA</w:t>
      </w:r>
    </w:p>
    <w:p>
      <w:pPr>
        <w:pStyle w:val="ArticleBody"/>
        <w:jc w:val="left"/>
      </w:pPr>
      <w:r>
        <w:rPr>
          <w:rFonts w:ascii="Times New Roman" w:hAnsi="Times New Roman" w:eastAsia="Times New Roman" w:cs="Times New Roman"/>
        </w:rPr>
        <w:t>Ymmärtääksemme, kuinka Trump on Konstantinus Suuri silloin, kun Neron ”250” vuotta päättyvät, tai kuinka hän on Antiokhos Suuri vuonna 207 eKr., tai kuinka hän on viimeinen presidentti, jonka koko kultaisen ajan liike perustuu siihen, että Amerikasta tehdään ”suuri”, on tunnistettava, että luku mainitsee ensin Trumpin ja hänen profeetallisen tehtävänsä.</w:t>
      </w:r>
    </w:p>
    <w:p>
      <w:pPr>
        <w:pStyle w:val="ArticleBody"/>
        <w:jc w:val="left"/>
      </w:pPr>
      <w:r>
        <w:rPr>
          <w:rFonts w:ascii="Times New Roman" w:hAnsi="Times New Roman" w:eastAsia="Times New Roman" w:cs="Times New Roman"/>
        </w:rPr>
        <w:t>Heprean kielen sanan ”totuus” tunnusmerkki, jonka muodostavat heprealaisen aakkoston ensimmäinen, kolmastoista ja kahdeskymmenes toinen kirjain, osoittaa Reaganin ensimmäiseksi kirjaimeksi ja Obaman kapinan kolmantenatoista kirjaimeksi, kuten vuosi 2013 edustaa, jolloin inkvisition viraston entistä johtajaa seurasi ensimmäinen jesuiittapaavi. Koska inkvisition johtaja jäi eläkkeelle, hänen päätepisteensä asettuu yhdenmukaiseksi jesuiittapaavin alkupisteen kanssa. Tämä yhteys Obaman kahden paavin välillä oli 13. maaliskuuta 2013. Obama vastaa kapinan kolmattatoista kirjainta, ja kahdeskymmenes toinen kirjain on Trump.</w:t>
      </w:r>
    </w:p>
    <w:p>
      <w:pPr>
        <w:pStyle w:val="ArticleBody"/>
        <w:jc w:val="left"/>
      </w:pPr>
      <w:r>
        <w:rPr>
          <w:rFonts w:ascii="Times New Roman" w:hAnsi="Times New Roman" w:eastAsia="Times New Roman" w:cs="Times New Roman"/>
        </w:rPr>
        <w:t>Kahdeskymmenes toinen lisäys rajoittaa presidentin kahteen toimikauteen, ja kun tarkastellaan kahden toimikauden presidentejä, joiden toimikaudet EIVÄT olleet peräkkäiset, heitä on vain kaksi. Grover Cleveland on peräkkäisistä erillisillä toimikausilla palvelleiden kahden toimikauden presidenttien alfa, ja Trump on omega. Grover Cleveland oli kahdeskymmenes toinen presidentti, ja Trumpilla, Clevelandin omegana, on alfan tunnusmerkki ”22”. Cleveland ja Trump edustavat alfaa ja omegaa, johon sisältyy heprealaisen aakkoston kahdennenkymmenennen toisen kirjaimen symboliikka. Vain kahdella presidentillä on ollut kaksi ei-peräkkäistä toimikautta, ja Trump on noista kahdesta toinen. Omegassa oleva kaksi kerrottuna alfassa olevalla kahdellakymmenelläkahdella on neljäkymmentäneljä, vuoden 1844 symboli, joka on pyhitetyn sunnuntailain yhteydessä suljetun oven symboli, sellaisena kuin sitä esikuvaa vuoden 1844 suljettu ovi. Trump on 44. eri henkilö, joka on ollut presidenttinä, ja hän on presidenttinä silloin, kun ovi sulkeutuu sunnuntailain yhteydessä.</w:t>
      </w:r>
    </w:p>
    <w:p>
      <w:pPr>
        <w:pStyle w:val="ArticleBody"/>
        <w:jc w:val="left"/>
      </w:pPr>
      <w:r>
        <w:rPr>
          <w:rFonts w:ascii="Times New Roman" w:hAnsi="Times New Roman" w:eastAsia="Times New Roman" w:cs="Times New Roman"/>
        </w:rPr>
        <w:t>Trumpia on esikuvattu Kyyros Suurella. Kyyros Suuri antoi ensimmäisen käskyn, ja Artakserkses Suuri antoi kolmannen käskyn. Ensimmäinen ja kolmas vastaavat toisiaan, sillä Jeesus havainnollistaa aina lopun alulla. Trump on läsnä siellä, missä Neron ”250” vuotta päättyvät Konstantinus Suuren edustamina. Vuoden 457 eKr. jälkeen laskettujen ”250” vuoden lopussa Trumpia edustaa Antiokhos Suuri, joka palasi vuonna 2024 entistä vahvempana, jakeen kolmetoista täyttymyksenä.</w:t>
      </w:r>
    </w:p>
    <w:p>
      <w:pPr>
        <w:pStyle w:val="ArticleScripture"/>
        <w:jc w:val="left"/>
      </w:pPr>
      <w:r>
        <w:rPr>
          <w:rFonts w:ascii="Times New Roman" w:hAnsi="Times New Roman" w:eastAsia="Times New Roman" w:cs="Times New Roman"/>
        </w:rPr>
        <w:t>Sillä pohjoisen kuningas on palaava ja asettava liikkeelle entistä suuremman joukon, ja määrättyjen vuosien kuluttua hän on varmasti tuleva suuren sotajoukon ja runsaan rikkauden kanssa. Daniel 11:13.</w:t>
      </w:r>
    </w:p>
    <w:p>
      <w:pPr>
        <w:pStyle w:val="ArticleBody"/>
        <w:jc w:val="left"/>
      </w:pPr>
      <w:r>
        <w:rPr>
          <w:rFonts w:ascii="Times New Roman" w:hAnsi="Times New Roman" w:eastAsia="Times New Roman" w:cs="Times New Roman"/>
        </w:rPr>
        <w:t>Kun Rooma sunnuntailain aikana valloittaa Yhdysvallat, jokainen maa maailmassa pakotetaan silloin kumartumaan Rooman edessä.</w:t>
      </w:r>
    </w:p>
    <w:p>
      <w:pPr>
        <w:pStyle w:val="ArticleScripture"/>
        <w:jc w:val="left"/>
      </w:pPr>
      <w:r>
        <w:rPr>
          <w:rFonts w:ascii="Times New Roman" w:hAnsi="Times New Roman" w:eastAsia="Times New Roman" w:cs="Times New Roman"/>
        </w:rPr>
        <w:t>”Vieraat kansat seuraavat Yhdysvaltojen esimerkkiä. Vaikka se käy edellä, sama kriisi kohtaa kuitenkin kansaamme kaikissa osissa maailmaa.” Testimonies, osa 6, s. 395.</w:t>
      </w:r>
    </w:p>
    <w:p>
      <w:pPr>
        <w:pStyle w:val="ArticleBody"/>
        <w:jc w:val="left"/>
      </w:pPr>
      <w:r>
        <w:rPr>
          <w:rFonts w:ascii="Times New Roman" w:hAnsi="Times New Roman" w:eastAsia="Times New Roman" w:cs="Times New Roman"/>
        </w:rPr>
        <w:t>”Vieraat kansat” pakotetaan tekemään niin Yhdysvaltojen toimesta, joka ottaa Yhdistyneiden kansakuntien johtajuuden pian tulevan sunnuntailain yhteydessä. Yhdistyneet kansakunnat ovat Ilmestyskirjan 17. luvun kymmenen kuningasta, joita hallitsee Ahab, kymmenen pohjoisen heimon kuningas, joka on naimisissa Iisebelin kanssa. Iisebelin avioliitto Ahabin kanssa on se avioliitto, joka saatetaan loppuun pian tulevan sunnuntailain yhteydessä. Sunnuntailain aikaan Yhdysvallat, Danielin kirjan 11. luvun ihana maa ja Ilmestyskirjan 13. luvun maapeto, päättää historiansa Raamatun profetian kuudentena valtakuntana. Karmelinvuorella Elia surmaa Baalin 850 profeettaa ja metsikköjumalan papit, jotka söivät Iisebelin pöydässä. Yhdysvallat surmataan pian tulevan sunnuntailain yhteydessä, samoin kuin väärät profeetat Karmelinvuorella. Siitä eteenpäin kertomus on Elian sekä Ahabin ja Iisebelin välinen, ja Ahab edustaa kymmenosaista valtakuntaa, jota hallitsee se, joka ensimmäisenä teki haureutta Iisebelin kanssa. Iisebel aikoo tehdä haureutta jokaisen valtakunnan kanssa, mutta Ahab edustaa ensimmäistä, joka tekee niin, ja juuri Yhdysvallat kuolee Karmelinvuorella ja tulee välittömästi Iisebelin ensimmäiseksi rakastajaksi. Danielin kirjan 11. luvun kannalta juuri siellä, sunnuntailain yhteydessä, Trump nousee Kreikan väkevänä kuninkaana, Aleksanteri Suuren esikuvana.</w:t>
      </w:r>
    </w:p>
    <w:p>
      <w:pPr>
        <w:pStyle w:val="ArticleScripture"/>
        <w:jc w:val="left"/>
      </w:pPr>
      <w:r>
        <w:rPr>
          <w:rFonts w:ascii="Times New Roman" w:hAnsi="Times New Roman" w:eastAsia="Times New Roman" w:cs="Times New Roman"/>
        </w:rPr>
        <w:t>Ja voimallinen kuningas nousee, ja hän hallitsee suurella vallalla ja tekee tahtonsa mukaan. Mutta kun hän on noussut, hänen valtakuntansa murtuu ja jaetaan taivaan neljää tuulta kohti; eikä se tule hänen jälkeläisilleen eikä hänen hallitsemansa vallan mukaisesti, sillä hänen valtakuntansa revitään pois ja annetaan toisille kuin heille. Daniel 11:3, 4.</w:t>
      </w:r>
    </w:p>
    <w:p>
      <w:pPr>
        <w:pStyle w:val="ArticleBody"/>
        <w:jc w:val="left"/>
      </w:pPr>
      <w:r>
        <w:rPr>
          <w:rFonts w:ascii="Times New Roman" w:hAnsi="Times New Roman" w:eastAsia="Times New Roman" w:cs="Times New Roman"/>
        </w:rPr>
        <w:t>Donald Trump nousee esiin Yhdistyneiden Kansakuntien ”väkevänä kuninkaana”, jota jakeessa kuvataan ja jota sittemmin esikuvallistaa Aleksanteri Suuren historia. Kun hän nousee esiin, Yhdysvallat, raamatullisen profetian kuudes valtakunta, päättyy, ja Ilmestyskirjan seitsemännentoista luvun kymmenen kuninkaan seitsemäs valtakunta alkaa. Kymmenen kuningasta aloittavat seitsemännen valtakuntansa sopimalla silloin ja siinä, että he antavat seitsemännen valtakuntansa paavilliselle vallalle, joka on kahdeksas valtakunta ja joka on lähtöisin seitsemästä edellisestä valtakunnasta. Heidän sopimuksensa oli Jumalan tahdon täyttämiseksi, ja Hänen tahtonsa esitetään määräys määräykseltä kautta totuuden Kirjoitusten.</w:t>
      </w:r>
    </w:p>
    <w:p>
      <w:pPr>
        <w:pStyle w:val="ArticleHeading"/>
        <w:jc w:val="left"/>
      </w:pPr>
      <w:r>
        <w:rPr>
          <w:rFonts w:ascii="Arial" w:hAnsi="Arial" w:eastAsia="Arial" w:cs="Arial"/>
        </w:rPr>
        <w:t>Rooman esikuvana</w:t>
      </w:r>
    </w:p>
    <w:p>
      <w:pPr>
        <w:pStyle w:val="ArticleBody"/>
        <w:jc w:val="left"/>
      </w:pPr>
      <w:r>
        <w:rPr>
          <w:rFonts w:ascii="Times New Roman" w:hAnsi="Times New Roman" w:eastAsia="Times New Roman" w:cs="Times New Roman"/>
        </w:rPr>
        <w:t>Danielin yhdestoista luvun jakeet viidestä yhdeksään täyttyivät profeetallisessa historiassa, joka täydellisesti esikuvasi paavillisen vallan historiaa sellaisena kuin se esitetään saman luvun jakeissa kolmekymmentäyksi–neljäkymmentä. Jakeiden viidestä yhdeksään historiallinen linja on rinnakkainen jakeiden kolmestakymmenestäyhdestä neljänteenkymmeneen historiallisen linjan kanssa. Molemmat linjat osoittavat ajanjakson, jolloin paavillista Roomaa edustava valta ensin voitti kolme estettä, hallitsi jonkin aikaa, kunnes rikottu liitto toi heidän kimppuunsa eteläisen kuninkaan, joka aiheutti kuolinhaavan. Mitä tarkemmin näitä kahta linjaa tutkitaan ja verrataan historiaan, sitä syvällisemmin niiden havaitaan olevan täsmällisiä. Niiden täsmällisyys koskee sekä sitä, kuinka tarkasti ne heijastavat jakeiden sisäistä rakennetta, että sitä historiaa, joka täytti jakeet.</w:t>
      </w:r>
    </w:p>
    <w:p>
      <w:pPr>
        <w:pStyle w:val="ArticleBody"/>
        <w:jc w:val="left"/>
      </w:pPr>
      <w:r>
        <w:rPr>
          <w:rFonts w:ascii="Times New Roman" w:hAnsi="Times New Roman" w:eastAsia="Times New Roman" w:cs="Times New Roman"/>
        </w:rPr>
        <w:t>Historia, joka täytti viisi jaetta, on rinnakkainen ja yhtäpitävä jakeissa kolmekymmentäyksi–neljäkymmentä esitetyn paavillisen Rooman historian kanssa ja muodostaa taustan Antiokhos Suuren esiin tuomiselle jakeissa kymmenen–viisitoista.</w:t>
      </w:r>
    </w:p>
    <w:p>
      <w:pPr>
        <w:pStyle w:val="ArticleScripture"/>
        <w:jc w:val="left"/>
      </w:pPr>
      <w:r>
        <w:rPr>
          <w:rFonts w:ascii="Times New Roman" w:hAnsi="Times New Roman" w:eastAsia="Times New Roman" w:cs="Times New Roman"/>
        </w:rPr>
        <w:t>Mutta hänen poikansa ryhtyvät sotaan ja kokoavat suuren sotajoukon; ja yksi niistä tulee varmasti, tulvii yli ja kulkee kautta; sitten hän palaa ja ryhtyy sotaan aina linnoitukseensa saakka. Daniel 11:10.</w:t>
      </w:r>
    </w:p>
    <w:p>
      <w:pPr>
        <w:pStyle w:val="ArticleBody"/>
        <w:jc w:val="left"/>
      </w:pPr>
      <w:r>
        <w:rPr>
          <w:rFonts w:ascii="Times New Roman" w:hAnsi="Times New Roman" w:eastAsia="Times New Roman" w:cs="Times New Roman"/>
        </w:rPr>
        <w:t>Kymmenennen jakeen täyttymyksenä Antiokhos Suuri saavutti voiton aina Egyptin linnoitukseen saakka, missä hän keskeytti sotaretken ryhmittyäkseen uudelleen. Tuo historia on esikuva Neuvostoliiton romahduksesta vuonna 1989, kuten saman luvun neljäskymmenes jae esittää.</w:t>
      </w:r>
    </w:p>
    <w:p>
      <w:pPr>
        <w:pStyle w:val="ArticleScripture"/>
        <w:jc w:val="left"/>
      </w:pPr>
      <w:r>
        <w:rPr>
          <w:rFonts w:ascii="Times New Roman" w:hAnsi="Times New Roman" w:eastAsia="Times New Roman" w:cs="Times New Roman"/>
        </w:rPr>
        <w:t>Ja lopun aikana etelän kuningas käy hänen kimppuunsa; ja pohjoisen kuningas hyökkää häntä vastaan kuin pyörremyrsky, vaunuin, ratsumiehin ja monin laivoin; ja hän tunkeutuu maihin, tulvii niiden yli ja kulkee niiden kautta. Daniel 11:40.</w:t>
      </w:r>
    </w:p>
    <w:p>
      <w:pPr>
        <w:pStyle w:val="ArticleBody"/>
        <w:jc w:val="left"/>
      </w:pPr>
      <w:r>
        <w:rPr>
          <w:rFonts w:ascii="Times New Roman" w:hAnsi="Times New Roman" w:eastAsia="Times New Roman" w:cs="Times New Roman"/>
        </w:rPr>
        <w:t>Jakeen kymmenen ilmaus ”on totisesti tuleva, tulviva yli ja kulkeva lävitse” on hepreaksi sama kuin jakeen neljäkymmentä ilmaus ”hän tunkeutuu maihin, tulvii yli ja menee edelleen”. Molemmat jakeet osoittavat ajankohdan, jolloin pohjoisen kuningas (Antiokhos jakeessa kymmenen ja Reagan jakeessa neljäkymmentä) voittaa etelän kuninkaan (Ptolemaioksen jakeessa kymmenen ja Neuvostoliiton jakeessa neljäkymmentä). Molemmat hyökkäykset olivat vastatoimia etelän kuninkaan aiemmalle voitolle (Ptolemaios jakeissa viidestä yhdeksään ja Napoleon jakeessa neljäkymmentä). Etelän kuninkaan hyökkäyksen motiivina oli rikottu liitto (Bereniken avioliitto jakeissa viidestä yhdeksään ja Napoleonin kanssa vuonna 1797 rikottu Tolentinon sopimus). Jakeissa kuvattu profeetallinen rakenne ja näiden jakeiden myöhempi täyttyminen historiassa ovat myös sopusoinnussa Jesajan 8:8:n kanssa.</w:t>
      </w:r>
    </w:p>
    <w:p>
      <w:pPr>
        <w:pStyle w:val="ArticleScripture"/>
        <w:jc w:val="left"/>
      </w:pPr>
      <w:r>
        <w:rPr>
          <w:rFonts w:ascii="Times New Roman" w:hAnsi="Times New Roman" w:eastAsia="Times New Roman" w:cs="Times New Roman"/>
        </w:rPr>
        <w:t>Ja hän tunkeutuu Juudaan; tulvii yli ja vyöryy eteenpäin, ulottuu kaulaan saakka; ja hänen siipiensä levittäytyminen täyttää sinun maasi koko leveyden, oi Immanuel. Jesaja 8:8.</w:t>
      </w:r>
    </w:p>
    <w:p>
      <w:pPr>
        <w:pStyle w:val="ArticleBody"/>
        <w:jc w:val="left"/>
      </w:pPr>
      <w:r>
        <w:rPr>
          <w:rFonts w:ascii="Times New Roman" w:hAnsi="Times New Roman" w:eastAsia="Times New Roman" w:cs="Times New Roman"/>
        </w:rPr>
        <w:t>Kun Jesaja ennustaa, että Sanheribin sotajoukko ”tulvii yli ja vyöryy eteenpäin”, kyseessä on jälleen sama heprean ilmaus kuin jakeissa kymmenen ja neljäkymmentä. Jesaja osoittaa, milloin Sanherib, pohjoinen valtakunta, valloitti eteläisen valtakunnan Juudan, mutta jätti Jerusalemin pystyyn, sillä hän ulottui ainoastaan ”kaulaan asti”, aivan kuten Antiokhos ulottui rajalle jakeessa kymmenen. Sanheribin motiivina oli se, että Hiskia oli rikkonut liiton Assyrian kanssa, mikä ilmeni siinä, että Hiskia lakkasi maksamasta sovittua veroa. Rikkoutunut liitto on poikkeama näiden kolmen rinnakkaisen jakeen välillä. Jokaisessa niistä oli kyse rikotusta liitosta, mutta Ptolemaioksen ja Napoleonin tapauksessa pohjoisen kuninkaan katsottiin rikkoneen liiton. Sanherib, pohjoinen kuningas, syytti Hiskiaa määrätyn veron kieltäytymisestä maksamasta.</w:t>
      </w:r>
    </w:p>
    <w:p>
      <w:pPr>
        <w:pStyle w:val="ArticleScripture"/>
        <w:jc w:val="left"/>
      </w:pPr>
      <w:r>
        <w:rPr>
          <w:rFonts w:ascii="Times New Roman" w:hAnsi="Times New Roman" w:eastAsia="Times New Roman" w:cs="Times New Roman"/>
        </w:rPr>
        <w:t>Mutta kuningas Hiskian neljäntenätoista hallitusvuotena Assyrian kuningas Sanherib nousi kaikkia Juudan varustettuja kaupunkeja vastaan ja valloitti ne. Ja Juudan kuningas Hiskia lähetti sanan Assyrian kuninkaalle Lakisiin sanoen: Minä olen rikkonut; käänny pois minun kimpustani; mitä ikinä panet minun päälleni, sen minä kannan. Niin Assyrian kuningas määräsi Juudan kuninkaalle Hiskialle kolmesataa talenttia hopeaa ja kolmekymmentä talenttia kultaa. Ja Hiskia antoi hänelle kaiken hopean, joka löytyi Herran temppelistä ja kuninkaan palatsin aarteista. 2. Kun. 18:13–15.</w:t>
      </w:r>
    </w:p>
    <w:p>
      <w:pPr>
        <w:pStyle w:val="ArticleBody"/>
        <w:jc w:val="left"/>
      </w:pPr>
      <w:r>
        <w:rPr>
          <w:rFonts w:ascii="Times New Roman" w:hAnsi="Times New Roman" w:eastAsia="Times New Roman" w:cs="Times New Roman"/>
        </w:rPr>
        <w:t>Sennakeribin pohjoinen armeija valtasi matkallaan Jerusalemiin neljäkymmentäkuusi Juudan kaupunkia. On suuren profeetallisen merkityksen asia, että Jesaja 8:8 liittyy jakeisiin kymmenen ja neljäkymmentä ja siten antaa kolmannen todistuksen Neuvostoliiton eteläisen valtakunnan romahtamisesta vuonna 1989. Tuo romahdus merkitsee neljännenkymmenennen jakeen sellaisen ajanjakson alkua, joka on tyhjä. Neljännenkymmenennen jakeen täyttymyksestä vuonna 1989 neljänteenkymmenenteen ensimmäiseen jakeeseen saakka, joka edustaa pian tulevaa sunnuntailakia, neljännessäkymmenennessä jakeessa on tyhjä ajanjakso. Tuo ajanjakso alkaa vuodesta 1989 ja päättyy sunnuntailakiin. Jakeella neljäkymmentä ei ole mitään sanottavaa tuosta ajanjaksosta, mutta jae neljäkymmentä voidaan ymmärtää menetelmällä rivi rivin päälle.</w:t>
      </w:r>
    </w:p>
    <w:p>
      <w:pPr>
        <w:pStyle w:val="ArticleBody"/>
        <w:jc w:val="left"/>
      </w:pPr>
      <w:r>
        <w:rPr>
          <w:rFonts w:ascii="Times New Roman" w:hAnsi="Times New Roman" w:eastAsia="Times New Roman" w:cs="Times New Roman"/>
        </w:rPr>
        <w:t>Ensisijainen ”avain” jakeen neljänkymmenen kätketyn historian vahvistamiseksi on Jesajan todistus pohjoisen valtakunnan eteläistä valtakuntaa vastaan käymästä voitollisesta kostosodasta. Olipa kyse Hiskian kapinasta, jossa hän lakkasi kunnioittamasta aiempaa sitoumusta maksaa Assyrialle ”veroa”, tai Berniken syrjäyttämisestä Antiokhoksen toimesta taikka Napoleonin Tolentinon sopimuksesta, kaikki nämä kolme jaetta täyttyivät historianvaiheissa, jotka korostavat rikottua sopimusta hyökkäyksen taustalla olevana vaikuttimena. Obaman presidenttikaudella, John Kerryn toimiessa ulkoministeriön johdossa, apulaisulkoministeri Victoria Nuland sai aikaan värivallankumouksen Ukrainan hallituksen kukistamiseksi. Siitä lähtien Ukrainan sodasta on ollut olemassa saman kiistan kaksi puolta: Putin sanoo, että kyse oli rikotusta sopimuksesta, ja hänen vastustajansa sanovat, ettei Putinin osoittamaa sopimusta koskaan ollut olemassa siinä asiayhteydessä, johon Putin vetoaa. Sillä, tehtiinkö sopimus todella ja rikottiinko se sitten, tai päinvastoin, ei ole merkitystä, sillä profeetallinen kertomus ainoastaan kirjaa rikotun sopimuksen sodan motiiviksi.</w:t>
      </w:r>
    </w:p>
    <w:p>
      <w:pPr>
        <w:pStyle w:val="ArticleBody"/>
        <w:jc w:val="left"/>
      </w:pPr>
      <w:r>
        <w:rPr>
          <w:rFonts w:ascii="Times New Roman" w:hAnsi="Times New Roman" w:eastAsia="Times New Roman" w:cs="Times New Roman"/>
        </w:rPr>
        <w:t>Jesaja 8:8 antaa ”avaimen” sen näkemiseen, että pohjoinen kuningas valloittaa vain kaulaan asti, eli päähän asti. Tuo ”avain” yksilöi Venäjän pääksi, joka jäi pystyyn ruumiin luhistuttua vuonna 1989. Jakeen kahdeksan profeetallinen merkitys ei ilmene ainoastaan siinä ”avaimessa”, joka yksilöi pään, vaan myös siinä, että sen tunnistus ”kaulasta”, joka edustaa päätä eli pääkaupunkia, voidaan vahvistaa vain yhteydessä saman Jesaja 8:n näyn aikaisempaan kohtaan. Tuo näky alkaa luvusta seitsemän, ja jakeissa seitsemän ja kahdeksan pää määritellään kuninkaaksi tai hänen valtakunnakseen tahi valtakunnan pääkaupungiksi. Jerusalem oli Juudan pääkaupunki, jonka 46 kaupunkia Sanheribin armeija valloitti, mutta Sanherib jätti Jerusalemin pääkaupungin pystyyn.</w:t>
      </w:r>
    </w:p>
    <w:p>
      <w:pPr>
        <w:pStyle w:val="ArticleScripture"/>
        <w:jc w:val="left"/>
      </w:pPr>
      <w:r>
        <w:rPr>
          <w:rFonts w:ascii="Times New Roman" w:hAnsi="Times New Roman" w:eastAsia="Times New Roman" w:cs="Times New Roman"/>
        </w:rPr>
        <w:t>Sillä Aramin pää on Damaskos, ja Damaskoksen pää on Resiin; ja kuudenkymmenen viiden vuoden kuluessa Efraim murskataan niin, ettei se enää ole kansa. Ja Efraimin pää on Samaria, ja Samarian pää on Remaljan poika. Ellette usko, ette totisesti kestä. Jesaja 7:8, 9.</w:t>
      </w:r>
    </w:p>
    <w:p>
      <w:pPr>
        <w:pStyle w:val="ArticleBody"/>
        <w:jc w:val="left"/>
      </w:pPr>
      <w:r>
        <w:rPr>
          <w:rFonts w:ascii="Times New Roman" w:hAnsi="Times New Roman" w:eastAsia="Times New Roman" w:cs="Times New Roman"/>
        </w:rPr>
        <w:t>Kun Sanheribin armeija tuli Jerusalemin muurien ääreen vuonna 701 eKr., hän ulottui kaulaan saakka, ja näin tehdessään hän jätti historiallisen todistuksen Venäjästä, joka jäi jäljelle vuoden 1989 romahduksen jälkeen. Samoin kuin Antiokhos Suuri aloitti vastatoimensa eteläistä valtakuntaa vastaan, hän tuli jakeessa kymmenen Egyptin rajalle, mutta ei astunut sisään. Merkittävää Antiokhoksen voitossa jakeessa kymmenen on se, että se merkitsee Antiokhoksen sotaretken päätöstä, josta puuttui selkeä erillinen taistelu, mutta joka kuvaa hänen työtään aiemmin menetetyn maantieteellisen alueen palauttamisessa. Hänen valloituksensa jakeessa kymmenen edustaa useiden voittojen päätöstä. Hän päätti neljännen Syyrian sodan sotaretken Rafiassa, jonka merkitys on ”raja-alue”, ja Rafia oli Egyptin raja eli ”kaula”. Antiokhoksen sotaretki vuosina 219 eKr.–217 eKr. kuvaa Neuvostoliiton vuonna 1989 tapahtuneen romahduksen tulvimista yli ja kulkemista edelleen vuoteen 1991, jolloin kuningas kulki maiden yli.</w:t>
      </w:r>
    </w:p>
    <w:p>
      <w:pPr>
        <w:pStyle w:val="ArticleBody"/>
        <w:jc w:val="left"/>
      </w:pPr>
      <w:r>
        <w:rPr>
          <w:rFonts w:ascii="Times New Roman" w:hAnsi="Times New Roman" w:eastAsia="Times New Roman" w:cs="Times New Roman"/>
        </w:rPr>
        <w:t>Profeetallisesti Jesaja 8:8 sallii Venäjän, Sennakeribin taistelussa kaulana tai Antiokhoksen taistelussa linnoituksena, tunnistettavan etelän kuninkaaksi Raphian taistelussa, kuten jakeen yksitoista täyttyminen osoittaa. Näin tehdessään se yhdistää suoraan lohikäärmeen (etelän kuninkaan), pedon (pohjoisen kuninkaan) ja väärän profeetan (pohjoisen kuninkaan sijaisvallan) edustaman ulkoisen historian profetian sisäiseen linjaan, sellaisena kuin sitä edustaa luvun seitsemän jakeen seitsemän kuudenkymmenenviiden vuoden profetia.</w:t>
      </w:r>
    </w:p>
    <w:p>
      <w:pPr>
        <w:pStyle w:val="ArticleBody"/>
        <w:jc w:val="left"/>
      </w:pPr>
      <w:r>
        <w:rPr>
          <w:rFonts w:ascii="Times New Roman" w:hAnsi="Times New Roman" w:eastAsia="Times New Roman" w:cs="Times New Roman"/>
        </w:rPr>
        <w:t>Profeetallisesti Sanheribin hyökkäys Jerusalemia vastaan tarjoaa yhden Raamatun voimallisimmista profeetallisista todistuksista Jumalan voimasta, sillä siellä Jumala tuhosi Sanheribin 185 000 miehen sotajoukon yhtenä yönä. Edellisenä päivänä Jerusalemin muurilla olivat sekä Eljakim että Sebna, Laodikealaisen ja filadelfialaisen adventismin vertauskuvat, jotka merkitään vuoden 1844 suljetun oven ja sunnuntailain suljetun oven yhteydessä.</w:t>
      </w:r>
    </w:p>
    <w:p>
      <w:pPr>
        <w:pStyle w:val="ArticleScripture"/>
        <w:jc w:val="left"/>
      </w:pPr>
      <w:r>
        <w:rPr>
          <w:rFonts w:ascii="Times New Roman" w:hAnsi="Times New Roman" w:eastAsia="Times New Roman" w:cs="Times New Roman"/>
        </w:rPr>
        <w:t>Niin tapahtui kuningas Hiskian neljäntenätoista hallitusvuotena, että Assyrian kuningas Sanherib hyökkäsi kaikkia Juudan varustettuja kaupunkeja vastaan ja valloitti ne. Ja Assyrian kuningas lähetti Rabsaken Lakisista Jerusalemiin kuningas Hiskian luo suuren sotajoukon kanssa. Ja hän asettui ylemmän lammikon vesijohdon ääreen, vanuttajankentän tien varrelle. Silloin hänen luokseen tulivat Eljakim, Hilkian poika, joka oli palatsin päällikkö, sekä kirjuri Sebna ja kansleri Joah, Asafin poika. Jesaja 36:1–3.</w:t>
      </w:r>
    </w:p>
    <w:p>
      <w:pPr>
        <w:pStyle w:val="ArticleBody"/>
        <w:jc w:val="left"/>
      </w:pPr>
      <w:r>
        <w:rPr>
          <w:rFonts w:ascii="Times New Roman" w:hAnsi="Times New Roman" w:eastAsia="Times New Roman" w:cs="Times New Roman"/>
        </w:rPr>
        <w:t>Jesajan kirjan seitsemännessä luvussa Jesaja lähetetään sanoman kanssa pahan Aahasin, Juudan kuninkaan, eteläisen valtakunnan hallitsijan, luo. Juuri sitä valtakuntaa Sanherib ahdistaa kahdeksannen luvun kahdeksannessa jakeessa. Kun Jesaja kohtaa pahan kuningas Aahasin, hän kohtaa hänet ”ylemmän lammikon vesijohdon luona, vanuttajakedon tielle”, juuri siinä paikassa, jossa Rabshake pilkkaa Herran nimeä. Jesaja opetti, että hän ja hänen lapsensa olivat merkkejä.</w:t>
      </w:r>
    </w:p>
    <w:p>
      <w:pPr>
        <w:pStyle w:val="ArticleScripture"/>
        <w:jc w:val="left"/>
      </w:pPr>
      <w:r>
        <w:rPr>
          <w:rFonts w:ascii="Times New Roman" w:hAnsi="Times New Roman" w:eastAsia="Times New Roman" w:cs="Times New Roman"/>
        </w:rPr>
        <w:t>Katso, minä ja lapset, jotka Herra on minulle antanut, olemme merkkeinä ja ihmeinä Israelissa Herralta Sebaotilta, joka asuu Siionin vuorella. Jesaja 8:18.</w:t>
      </w:r>
    </w:p>
    <w:p>
      <w:pPr>
        <w:pStyle w:val="ArticleBody"/>
        <w:jc w:val="left"/>
      </w:pPr>
      <w:r>
        <w:rPr>
          <w:rFonts w:ascii="Times New Roman" w:hAnsi="Times New Roman" w:eastAsia="Times New Roman" w:cs="Times New Roman"/>
        </w:rPr>
        <w:t>Kun Jesaja kohtasi jumalattoman kuningas Aahaan ”ylemmän lammikon vesijohdon luona, Vanuuttajan pellon valtatien varressa”, Jesaja oli tuonut mukanaan poikansa Sear-Jasubin, jonka nimi merkitsee: ”jäännös on palaava”.</w:t>
      </w:r>
    </w:p>
    <w:p>
      <w:pPr>
        <w:pStyle w:val="ArticleScripture"/>
        <w:jc w:val="left"/>
      </w:pPr>
      <w:r>
        <w:rPr>
          <w:rFonts w:ascii="Times New Roman" w:hAnsi="Times New Roman" w:eastAsia="Times New Roman" w:cs="Times New Roman"/>
        </w:rPr>
        <w:t>Silloin Herra sanoi Jesajalle: Mene nyt Aahasta vastaan, sinä ja poikasi Sear-Jaasub, yläaltaan vesijohdon päähän, vanuttajan pellolle vievän tien varrelle. Jesaja 7:3.</w:t>
      </w:r>
    </w:p>
    <w:p>
      <w:pPr>
        <w:pStyle w:val="ArticleBody"/>
        <w:jc w:val="left"/>
      </w:pPr>
      <w:r>
        <w:rPr>
          <w:rFonts w:ascii="Times New Roman" w:hAnsi="Times New Roman" w:eastAsia="Times New Roman" w:cs="Times New Roman"/>
        </w:rPr>
        <w:t>Shearjashub osoittaa, että sanoma, jonka Jesaja julistaa ”ylemmän lammikon vesijohdon päässä, vanuttajan vainion tien varrella”, on sanoma, joka osoittaa palaavan jäännöksen. Tuo jäännös on se, josta Malakian kirjassa puhutaan ja jota kutsutaan koettelemaan Herraa palaamalla hänen tykönsä sekä tuomalla kymmenykset varastohuoneeseen. Ne, jotka palaavat, ovat myös ne, joita Jeremia kuvaa niiksi, jotka palaavat ensimmäisen pettymyksen jälkeen. Seitsemännessä luvussa ”ylemmän lammikon vesijohdon päässä, vanuttajan vainion tien varrella” kuvaa Jesajaa antamassa sanomaa pahalle eteläiselle kuninkaalle, ja Jesajan luvussa kolmekymmentäkuusi Eljakim, Sebna ja kansleri Joa kävivät neuvottelua Hiskian puolesta, kun taas Rabsake edusti Sanheribia.</w:t>
      </w:r>
    </w:p>
    <w:p>
      <w:pPr>
        <w:pStyle w:val="ArticleBody"/>
        <w:jc w:val="left"/>
      </w:pPr>
      <w:r>
        <w:rPr>
          <w:rFonts w:ascii="Times New Roman" w:hAnsi="Times New Roman" w:eastAsia="Times New Roman" w:cs="Times New Roman"/>
        </w:rPr>
        <w:t>Ensimmäinen sanoma ”yläaltaan vesijohdon pään luona, Vanuttajan pellolle vievän valtatien varrella” julistettiin Jesajan ja hänen poikansa kautta; viimeinen sanoma ”yläaltaan vesijohdon pään luona, Vanuttajan pellolle vievän valtatien varrella” julistettiin kolmen henkilön kautta. Ensimmäinen sanoma oli sisäiselle kuninkaalle ja toinen ulkoiselle kuninkaalle. Jakolinja on muuri, joka on Jumalan lain vertauskuva, sekä sunnuntailaki, joka edustaa kirkon ja valtion välisen erottavan muurin poistamista. Sunnuntailain kohdalla, eli muurilla, on kolme vertauskuvaa: Eljakim on Filadelfia, Sebna on Laodikea ja kirjuri Joab on Sardes.</w:t>
      </w:r>
    </w:p>
    <w:p>
      <w:pPr>
        <w:pStyle w:val="ArticleBody"/>
        <w:jc w:val="left"/>
      </w:pPr>
      <w:r>
        <w:rPr>
          <w:rFonts w:ascii="Times New Roman" w:hAnsi="Times New Roman" w:eastAsia="Times New Roman" w:cs="Times New Roman"/>
        </w:rPr>
        <w:t>Sunnuntailain aikana monet kukistetaan Daniel 11:41:n mukaan, ja nämä henkilöt ovat niitä, jotka pidetään vastuullisina valosta, joka koskee seitsemännen päivän sapattia. Ne, jotka kukistetaan jakeessa 41, ovat laodikealaisia seitsemännen päivän adventisteja, ja Eljakim edustaa Filadelfiaa.</w:t>
      </w:r>
    </w:p>
    <w:p>
      <w:pPr>
        <w:pStyle w:val="ArticleScripture"/>
        <w:jc w:val="left"/>
      </w:pPr>
      <w:r>
        <w:rPr>
          <w:rFonts w:ascii="Times New Roman" w:hAnsi="Times New Roman" w:eastAsia="Times New Roman" w:cs="Times New Roman"/>
        </w:rPr>
        <w:t>Ja on tapahtuva sinä päivänä, että minä kutsun palvelijani Eljakimin, Hilkian pojan. Ja minä puetan hänen ylleen sinun viittasi ja vahvistan hänet sinun vyölläsi, ja minä annan sinun hallitusvaltasi hänen käteensä; ja hän on oleva isä Jerusalemin asukkaille ja Juudan huoneelle. Ja Daavidin huoneen avaimen minä panen hänen olalleen; niin hän avaa, eikä kukaan sulje, ja hän sulkee, eikä kukaan avaa. Jesaja 22:20–22.</w:t>
      </w:r>
    </w:p>
    <w:p>
      <w:pPr>
        <w:pStyle w:val="ArticleScripture"/>
        <w:jc w:val="left"/>
      </w:pPr>
      <w:r>
        <w:rPr>
          <w:rFonts w:ascii="Times New Roman" w:hAnsi="Times New Roman" w:eastAsia="Times New Roman" w:cs="Times New Roman"/>
        </w:rPr>
        <w:t>Ja Filadelfian seurakunnan enkelille kirjoita: Näin sanoo hän, joka on pyhä, joka on totinen, jolla on Daavidin avain, joka avaa, eikä kukaan sulje, ja sulkee, eikä kukaan avaa: Minä tiedän sinun tekosi: katso, minä olen asettanut sinun eteesi avoimen oven, eikä kukaan voi sitä sulkea; sillä sinulla on vähän voimaa, ja sinä olet ottanut vaarin minun sanastani etkä ole kieltänyt minun nimeäni. Katso, minä annan saatanan synagoogasta niitä, jotka sanovat olevansa juutalaisia, eivätkä ole, vaan valehtelevat; katso, minä olen saattava heidät tulemaan ja kumartumaan sinun jalkojesi eteen ja ymmärtämään, että minä olen sinua rakastanut. Ilmestys 3:7–9.</w:t>
      </w:r>
    </w:p>
    <w:p>
      <w:pPr>
        <w:pStyle w:val="ArticleBody"/>
        <w:jc w:val="left"/>
      </w:pPr>
      <w:r>
        <w:rPr>
          <w:rFonts w:ascii="Times New Roman" w:hAnsi="Times New Roman" w:eastAsia="Times New Roman" w:cs="Times New Roman"/>
        </w:rPr>
        <w:t>Sebna korvataan Eljakimilla, ja muurilla oleva Sebna edustaa laodikealaisia seitsemännen päivän adventisteja, jotka kieltäytyvät hyötymästä varhaisen tai myöhäisen sateen sanomasta. Varhaista sadetta seurakunnan yhteydessä edustivat Jesaja ja palannut jäännös, ja sanoma oli suunnattu luopiokirkolle, jota edusti paha kuningas Aahas. Muurilta annettu sanoma annettiin pohjoisen pahalle kuninkaalle, joka pyrki kukistamaan Jerusalemin, ja se edustaa myöhäistä sadetta suhteessa varhaiseen sateeseen. Samalla kun Jumalan seurakuntaa tuomitaan, varhainen eli entinen sade vihmoo, mutta sunnuntailain aikana sade vuodatetaan ilman mittaa. Sanoma Aahaalle oli sisäinen sanoma, sanoma Sanheribille oli ulkoinen. Ilmestyskirjan 18:1–3:n ensimmäinen ääni on toisen enkelin sanoman toisto, ja se on sisäinen. Ilmestyskirjan kahdeksannentoista luvun jakeen neljä toinen ääni on ulkoinen, ja se on kolmas sanoma. Jesaja ja hänen poikansa toivat sisäisen toisen enkelin sanoman, ja muurilla ulkoisen sanoman yhteydessä on kolme sielua.</w:t>
      </w:r>
    </w:p>
    <w:p>
      <w:pPr>
        <w:pStyle w:val="ArticleBody"/>
        <w:jc w:val="left"/>
      </w:pPr>
      <w:r>
        <w:rPr>
          <w:rFonts w:ascii="Times New Roman" w:hAnsi="Times New Roman" w:eastAsia="Times New Roman" w:cs="Times New Roman"/>
        </w:rPr>
        <w:t>Eliakim on ne sataneljäkymmentäneljätuhatta; Sebna on laodikealaista seitsemännen päivän adventismia, joka siihen aikaan oksennetaan ulos Herran suusta. Joab, kirjuri, edustaa Jumalan toista laumaa, joka kirjaa muistiin muuriin saakka johtavan historian voidakseen tunnistaa Eliakimin lipun, kun se korotetaan.</w:t>
      </w:r>
    </w:p>
    <w:p>
      <w:pPr>
        <w:pStyle w:val="ArticleBody"/>
        <w:jc w:val="left"/>
      </w:pPr>
      <w:r>
        <w:rPr>
          <w:rFonts w:ascii="Times New Roman" w:hAnsi="Times New Roman" w:eastAsia="Times New Roman" w:cs="Times New Roman"/>
        </w:rPr>
        <w:t>Jesaja 8:8 tuo Jesajan lukujen kuusi–kaksitoista sanomat Danielin kirjan lukuun yksitoista, jakeeseen kymmenen. Näin tehdessään se antaa toisen todistuksen siitä, että valtakunnan pää jää seisomaan hyökkäyksen jälkeen. Se yksilöi väitteen rikotusta liitosta, jota käytetään taistelun käynnistämiseksi.</w:t>
      </w:r>
    </w:p>
    <w:p>
      <w:pPr>
        <w:pStyle w:val="ArticleBody"/>
        <w:jc w:val="left"/>
      </w:pPr>
      <w:r>
        <w:rPr>
          <w:rFonts w:ascii="Times New Roman" w:hAnsi="Times New Roman" w:eastAsia="Times New Roman" w:cs="Times New Roman"/>
        </w:rPr>
        <w:t>Neuvostoliiton romahtamisesta vuonna 1989 jakeessa neljäkymmentä aina seuraavassa jakeessa esitettyyn pian tulevaan sunnuntailakiin saakka ulottuu kolmenkymmenenseitsemän vuoden profeetallinen historia, josta jae neljäkymmentä ei sano mitään. Danielin yhdestoista luku, jakeet kymmenestä viiteentoista, esittää sen profeetallisen historian, jota jakeessa neljäkymmentä ei käsitellä. Se voidaan nähdä ainoastaan soveltamalla metodologiaa rivi rivin päälle. “Ellette usko, ette varmasti kestä”, on se profeetallinen varoitus, joka liittyy niihin kolmeen jakeeseen, jotka kuvaavat vuotta 1989, ja Jesajan kahdeksannen luvun kahdeksannen jakeen historiallinen täyttymys esittää koetuksen Eljakimille ja Sebnalle. Näetkö, vai oletko sokea?</w:t>
      </w:r>
    </w:p>
    <w:p>
      <w:pPr>
        <w:pStyle w:val="ArticleBody"/>
        <w:jc w:val="left"/>
      </w:pPr>
      <w:r>
        <w:rPr>
          <w:rFonts w:ascii="Times New Roman" w:hAnsi="Times New Roman" w:eastAsia="Times New Roman" w:cs="Times New Roman"/>
        </w:rPr>
        <w:t>Daniel 11:n 41. jae on pian tuleva Yhdysvaltojen sunnuntailaki, jota esikuvallistaa se historia, joka täytti 16. jakeen.</w:t>
      </w:r>
    </w:p>
    <w:p>
      <w:pPr>
        <w:pStyle w:val="ArticleScripture"/>
        <w:jc w:val="left"/>
      </w:pPr>
      <w:r>
        <w:rPr>
          <w:rFonts w:ascii="Times New Roman" w:hAnsi="Times New Roman" w:eastAsia="Times New Roman" w:cs="Times New Roman"/>
        </w:rPr>
        <w:t>Mutta se, joka käy hänen kimppuunsa, tekee oman tahtonsa mukaan, eikä kukaan voi kestää hänen edessään; ja hän asettuu siihen ihanaan maahan, joka häviää hänen kätensä kautta. Daniel 11:16.</w:t>
      </w:r>
    </w:p>
    <w:p>
      <w:pPr>
        <w:pStyle w:val="ArticleScripture"/>
        <w:jc w:val="left"/>
      </w:pPr>
      <w:r>
        <w:rPr>
          <w:rFonts w:ascii="Times New Roman" w:hAnsi="Times New Roman" w:eastAsia="Times New Roman" w:cs="Times New Roman"/>
        </w:rPr>
        <w:t>Hän tunkeutuu myös ihanaan maahan, ja monet maat kukistetaan; mutta nämä pääsevät hänen kädestään: Edom ja Moab sekä ammonilaisten johtomiehet. Daniel 11:41.</w:t>
      </w:r>
    </w:p>
    <w:p>
      <w:pPr>
        <w:pStyle w:val="ArticleBody"/>
        <w:jc w:val="left"/>
      </w:pPr>
      <w:r>
        <w:rPr>
          <w:rFonts w:ascii="Times New Roman" w:hAnsi="Times New Roman" w:eastAsia="Times New Roman" w:cs="Times New Roman"/>
        </w:rPr>
        <w:t>Danielin yhdennentoista luvun jakeen kuudentoista historiallinen täyttyminen aina jakeeseen kolmekymmentä saakka on pakanallisen Rooman historiaa. Jokainen Danielin yhdennentoista luvun profeetallinen rivi joko esikuvallistaa pakanallisen, paavillisen tai nykyisen Rooman historiaa. Jokainen rivi joko suoraan yksilöi jonkin Rooman historian vaiheen tai esikuvallistaa tulevaa Rooman historiaa. Jokainen rivi. Jakeet, jotka suoraan viittaavat siihen historiaan, joka täyttyi pakanallisen Rooman kautta, esikuvallistavat paavillista Roomaa. Yhdessä pakanallinen Rooma ja paavillinen Rooma todistavat nykyisestä Roomasta. Rooma vahvistaa näyn, sillä luvun alusta loppuun asti näky koskee Roomaa.</w:t>
      </w:r>
    </w:p>
    <w:p>
      <w:pPr>
        <w:pStyle w:val="ArticleBody"/>
        <w:jc w:val="left"/>
      </w:pPr>
      <w:r>
        <w:rPr>
          <w:rFonts w:ascii="Times New Roman" w:hAnsi="Times New Roman" w:eastAsia="Times New Roman" w:cs="Times New Roman"/>
        </w:rPr>
        <w:t>Jeesus ilmaisi, että heidän keskellään oli kavaltaja, jotta hänen opetuslapsensa uskoisivat, kun Juudaksen kavallus tulisi ilmi.</w:t>
      </w:r>
    </w:p>
    <w:p>
      <w:pPr>
        <w:pStyle w:val="ArticleScripture"/>
        <w:jc w:val="left"/>
      </w:pPr>
      <w:r>
        <w:rPr>
          <w:rFonts w:ascii="Times New Roman" w:hAnsi="Times New Roman" w:eastAsia="Times New Roman" w:cs="Times New Roman"/>
        </w:rPr>
        <w:t>Julistaessaan voi-huudon Juudaksen ylle Kristuksella oli myös armon tarkoitus opetuslapsiaan kohtaan. Näin Hän antoi heille kruunaavan todistuksen messiaanisuudestaan. ”Minä sanon teille ennen kuin se tapahtuu”, Hän sanoi, ”että te, kun se on tapahtunut, uskoisitte, että MINÄ OLEN.” Jos Jeesus olisi pysynyt vaiti, näennäisesti tietämättömänä siitä, mitä Hänen osakseen oli tuleva, opetuslapset olisivat saattaneet ajatella, ettei heidän Mestarillaan ollut jumalallista ennalta näkemistä ja että Hänet oli yllätetty ja petoksen kautta annettu murhanhimoisen joukon käsiin. Vuotta aikaisemmin Jeesus oli sanonut opetuslapsille, että Hän oli valinnut kaksitoista ja että yksi heistä oli perkele. Nyt Hänen sanansa Juudakselle, jotka osoittivat, että tämän petos oli hänen Mestarilleen täysin tunnettu, vahvistaisivat Kristuksen todellisten seuraajien uskoa Hänen nöyryytyksensä aikana. Ja kun Juudas olisi tullut kauhistuttavaan loppuunsa, he muistaisivat sen voi-huudon, jonka Jeesus oli lausunut pettäjän ylle.” Aikakausien Toivo, 655.</w:t>
      </w:r>
    </w:p>
    <w:p>
      <w:pPr>
        <w:pStyle w:val="ArticleBody"/>
        <w:jc w:val="left"/>
      </w:pPr>
      <w:r>
        <w:rPr>
          <w:rFonts w:ascii="Times New Roman" w:hAnsi="Times New Roman" w:eastAsia="Times New Roman" w:cs="Times New Roman"/>
        </w:rPr>
        <w:t>31. joulukuuta 2023 Juudan heimon Leijona alkoi avata sinettejä ilmestyksestään itsestään, ja perustava koetus alkoi. Koetus koski sitä, oliko Rooma yhä se vertauskuva, joka vahvisti näyn jakeessa neljätoista, vai olivatko asiat muuttuneet. Kun ensimmäinen antikristus Yhdysvalloista alkoi hallita 8. toukokuuta 2025, jae neljätoista oli täyttynyt. Tällöin voitiin nähdä, että Trumpin ja paavi Leon välinen suhde oli ollut Reaganin ja Johannes Paavali II:n esikuvallistama. Ukrainan sota, joka alkoi vuonna 2014, kun Yhdysvaltain ulkoministeriö sai aikaan väri-vallankumouksen Ukrainassa, tapahtui Obaman presidenttikaudella, hänen hallitessaan kahden paavin aikana. Reagan ja Johannes Paavali II jakeessa kymmenen, ja sitten vuonna 2014 Ukrainan sota alkoi, jakeen yksitoista rajamaan taistelun eli Raphian taistelun edustamana. Raphia merkitsee ”rajamaata”, samoin kuin sana ”Ukraina”. Tässä historiassa Obama ja kaksi paavia merkitsevät jakeiden kymmenen–viisitoista kolmen taistelun toista taistelua. Sitten vuonna 2024 Trump palasi jakeen kolmetoista täyttymyksenä. Sitten jakeessa neljätoista näky vahvistetaan Trumpin paavillisen vastinkappaleen saapumisella.</w:t>
      </w:r>
    </w:p>
    <w:p>
      <w:pPr>
        <w:pStyle w:val="ArticleBody"/>
        <w:jc w:val="left"/>
      </w:pPr>
      <w:r>
        <w:rPr>
          <w:rFonts w:ascii="Times New Roman" w:hAnsi="Times New Roman" w:eastAsia="Times New Roman" w:cs="Times New Roman"/>
        </w:rPr>
        <w:t>Se, mikä vahvistettiin, on se, että jakeiden kymmenestä viiteentoista kolme taistelua edustavat kolmea tienviittaa, joista kukin osoittaa Iisebelin ja Ahabin välisen suhteen, joka johtaa Karmelinvuorelle sunnuntailaissa. Reaganin aikana Iisebel oli Samariassa, salaisen liiton kätkemänä. Sitten Baalin papit ja metsikön profeetat korottivat wokeliberaalin katolisuuden spiritualismia yhdessä Obaman skitsofreenisen symboliikan kanssa, jossa hän on samanaikaisesti sekä luopioprotestantismin väärä profeetta että islamin väärä profeetta, äiti maan palvonta, Ranskan vallankumouksen irstaus ja anarkia. Sitten Trump palasi vuonna 2024, ja pedon ja sen kuvan välinen avoin suhde tehtiin ilmeiseksi vuonna 2025. Nyt on vuosi 2026, ja perustuksen ulkoisen näyn koetus on läpäisty, ja olemme nyt temppelin näyn koetuksessa.</w:t>
      </w:r>
    </w:p>
    <w:p>
      <w:pPr>
        <w:pStyle w:val="ArticleBody"/>
        <w:jc w:val="left"/>
      </w:pPr>
      <w:r>
        <w:rPr>
          <w:rFonts w:ascii="Times New Roman" w:hAnsi="Times New Roman" w:eastAsia="Times New Roman" w:cs="Times New Roman"/>
        </w:rPr>
        <w:t>Yhdestoista jae täyttyi Raphian taistelussa vuonna 217 eKr., ja se on esikuva Ukrainan sodasta, joka alkoi vuonna 2014, kärjistyi vuonna 2022 ja on nyt lähellä päättymistään. Putin tulee voittamaan, mutta voitto merkitsee ainoastaan hänen perikatonsa alun alkamista. Yhdennentoista jakeen profeetallinen rakenne ja sen historiallinen täyttymys Ptolemaioksen voitossa Raphian taistelussa vuonna 217 eKr. luvun yksitoista jakeen yksitoista täyttymyksenä ovat yhdenmukaiset kuningas Ussian profeetallisen historian kanssa. Sekä Ptolemaios että Ussia olivat eteläisiä kuninkaita, joiden sydän ylpistyi sotilaallisten menestysten vuoksi, mutta heidän ylpeät sydämensä syöksivät heidät kumpaisenkin alas, ja kummankin perikato liittyy vastavuoroisiin yrityksiin toimittaa uhri Jerusalemin pyhäkössä.</w:t>
      </w:r>
    </w:p>
    <w:p>
      <w:pPr>
        <w:pStyle w:val="ArticleBody"/>
        <w:jc w:val="left"/>
      </w:pPr>
      <w:r>
        <w:rPr>
          <w:rFonts w:ascii="Times New Roman" w:hAnsi="Times New Roman" w:eastAsia="Times New Roman" w:cs="Times New Roman"/>
        </w:rPr>
        <w:t>Seuraavassa artikkelissa jatkamme sen Putinin tuhon tarkastelua, joka johtaa Paniumin taisteluun jakeessa viisitoista.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kuudentoista</dc:title>
  <dc:subject>Lopun aika</dc:subject>
  <dc:creator>Jeff Pippenger</dc:creator>
  <cp:keywords/>
  <dc:description>Generated by ArticleDigger from panium\16_panium.json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