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kaksikymmentäyksi</w:t>
      </w:r>
    </w:p>
    <w:p>
      <w:pPr>
        <w:pStyle w:val="ArticleSubtitle"/>
        <w:jc w:val="left"/>
      </w:pPr>
      <w:r>
        <w:rPr>
          <w:rFonts w:ascii="Arial" w:hAnsi="Arial" w:eastAsia="Arial" w:cs="Arial"/>
        </w:rPr>
        <w:t>Liike kohti sunnuntailakia ihanassa maassa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Danielin yhdestoista luvussa jakeista kuusitoista kahteenkymmeneenkahteen ulottuva historia alkaa ja päättyy sunnuntailain esikuvaan. Se, että tämän linjan alku ja loppu ovat samat, osoittaa Kristuksen tunnusmerkin, hänen, joka on Alfa ja Omega. Profetaalisesti tämä edellyttää, että jae kuusitoista asetetaan rinnakkain jakeen kaksikymmentäkaksi kanssa. Kun näin tehdään, kirkkaan maan historia, sellaisena kuin se esitetään makkabealaisten linjassa, siirtyy jakeiden kymmenen–viisitoista historiaan.</w:t>
      </w:r>
    </w:p>
    <w:p>
      <w:pPr>
        <w:pStyle w:val="ArticleHeading"/>
        <w:jc w:val="left"/>
      </w:pPr>
      <w:r>
        <w:rPr>
          <w:rFonts w:ascii="Arial" w:hAnsi="Arial" w:eastAsia="Arial" w:cs="Arial"/>
        </w:rPr>
        <w:t>Makkabilaiset</w:t>
      </w:r>
    </w:p>
    <w:p>
      <w:pPr>
        <w:pStyle w:val="ArticleBody"/>
        <w:jc w:val="left"/>
      </w:pPr>
      <w:r>
        <w:rPr>
          <w:rFonts w:ascii="Times New Roman" w:hAnsi="Times New Roman" w:eastAsia="Times New Roman" w:cs="Times New Roman"/>
        </w:rPr>
        <w:t>Makkabealaisten kapina edustaa niitä kahtakymmentäkahta vuotta, jotka alkoivat vuonna 1776 ja päättyivät siihen, kun Yhdysvalloista tuli raamatullisen profetian kuudes valtakunta vuonna 1798. Tämä osoittaa luvun kaksikymmentäkaksi olevan historia, joka liittyy välittömästi lopun aikaan vuonna 1798, josta Danielin kirjan yhdennentoista luvun neljäskymmenes jae alkaa.</w:t>
      </w:r>
    </w:p>
    <w:p>
      <w:pPr>
        <w:pStyle w:val="ArticleBody"/>
        <w:jc w:val="left"/>
      </w:pPr>
      <w:r>
        <w:rPr>
          <w:rFonts w:ascii="Times New Roman" w:hAnsi="Times New Roman" w:eastAsia="Times New Roman" w:cs="Times New Roman"/>
        </w:rPr>
        <w:t>Luvun kaksikymmentäkaksi yhteys vuoteen 1798 on tärkeä tunnistaa. Makkabilaiskapina, esikuvanaan Amerikan vallankumous, asettaa molemmat ihanan maan vallankumoukset (kirjaimellisen ja hengellisen) rinnakkain vallankumouksina, jotka hylkäsivät sekä seleukidien ja Euroopan kuninkaiden valtio-opin että Kreikan ja Rooman kirkkovallan. Kummassakin historiallisessa todistuksessa Kreikka ja Rooma edustivat pohjoisen kuningasta.</w:t>
      </w:r>
    </w:p>
    <w:p>
      <w:pPr>
        <w:pStyle w:val="ArticleBody"/>
        <w:jc w:val="left"/>
      </w:pPr>
      <w:r>
        <w:rPr>
          <w:rFonts w:ascii="Times New Roman" w:hAnsi="Times New Roman" w:eastAsia="Times New Roman" w:cs="Times New Roman"/>
        </w:rPr>
        <w:t>Makkabealaisten suku esitetään jakeessa kaksikymmentäkolme, mutta se edustaa historiaa, joka alkoi 33 vuotta jakeen viisitoista Paniumin jälkeen ja hieman yli sata vuotta ennen jakeen kuusitoista Pompeiusta. Tämä linja päättyy ristin tuomioon, tuomioon, joka ulottui aina vuoteen 70 jKr., vaikka tuo tuomion ajanjakso yksilöidään jakeessa kaksikymmentäkaksi yksinkertaisesti ristiksi. Profeetallisesti makkabealainen linja, joka vuodesta 1776 lähtien edustaa ihanaa maata, sitten vuodesta 1798 Hasmonealaisten dynastian ja sen jälkeen Herodeksen dynastian kautta aina ristiin ja vuoteen 70 jKr., päättyy jakeessa kaksikymmentäkaksi, ja se alkaa kahdellakymmenelläkahdella vuodella vuodesta 1776 vuoteen 1798. Nuo kaksikymmentäkaksi vuotta vuodesta 1776 vuoteen 1798 ovat myös esikuva niistä kahdestakymmenestäkahdesta vuodesta 11. syyskuuta 2001:stä vuoteen 2023, jotka esikuvattiin kahdeksinatoista päivinä Danielin luvussa kymmenen. Makkabealainen linja alkaa ja päättyy lukuun ”kaksikymmentäkaksi”.</w:t>
      </w:r>
    </w:p>
    <w:p>
      <w:pPr>
        <w:pStyle w:val="ArticleHeading"/>
        <w:jc w:val="left"/>
      </w:pPr>
      <w:r>
        <w:rPr>
          <w:rFonts w:ascii="Arial" w:hAnsi="Arial" w:eastAsia="Arial" w:cs="Arial"/>
        </w:rPr>
        <w:t>Neljä roomalaista hallitsijaa</w:t>
      </w:r>
    </w:p>
    <w:p>
      <w:pPr>
        <w:pStyle w:val="ArticleBody"/>
        <w:jc w:val="left"/>
      </w:pPr>
      <w:r>
        <w:rPr>
          <w:rFonts w:ascii="Times New Roman" w:hAnsi="Times New Roman" w:eastAsia="Times New Roman" w:cs="Times New Roman"/>
        </w:rPr>
        <w:t>Jakeet kuusitoista–kaksikymmentäkaksi yksilöivät suoraan neljä roomalaista hallitsijaa ja muodostavat jakeissa toisen linjan. Makkabealainen linja jäsennetään ”toistaen ja laajentaen” -periaatteen mukaisesti, ja roomalainen linja esitetään jakeissa suoraan. Pompeius valloitti ensimmäiset kaksi kolmesta esteestä, kun Rooma nousi valtaistuimelle raamatullisen profetian neljäntenä valtakuntana Aktionin taistelussa vuonna 31 eKr. Häntä seurasivat Julius Caesar, Augustus Caesar ja Tiberius Caesar. Pompeius oli kenraali, ja kolme viimeistä symbolia liittyvät toisiinsa keisareina.</w:t>
      </w:r>
    </w:p>
    <w:p>
      <w:pPr>
        <w:pStyle w:val="ArticleBody"/>
        <w:jc w:val="left"/>
      </w:pPr>
      <w:r>
        <w:rPr>
          <w:rFonts w:ascii="Times New Roman" w:hAnsi="Times New Roman" w:eastAsia="Times New Roman" w:cs="Times New Roman"/>
        </w:rPr>
        <w:t>Neljäs neljästä hallitsijasta kuolee jakeessa kaksikymmentäkaksi siellä, missä Kristus ristiinnaulittiin, joten meidän on vietävä Rooman neljäs näistä neljästä hallitsijasta takaisin jakeen kuusitoista sunnuntailakiin. Kun teemme tämän, Pompeius edustaisi ensimmäistä neljästä tienviitasta, jolloin neljäs ja viimeinen tienviitta asettuu jakeen kuusitoista sunnuntailain kohdalle. Jaetta kuusitoista edustaisi keisari Tiberias, ja jakeen viisitoista Paniumin taistelua edustaisi keisari Augustus, jakeen yksitoista Raphian taistelua Julius Caesar, jolloin kenraali Pompeius merkitsee jaetta kymmenen ja vuotta 1989.</w:t>
      </w:r>
    </w:p>
    <w:p>
      <w:pPr>
        <w:pStyle w:val="ArticleBody"/>
        <w:jc w:val="left"/>
      </w:pPr>
      <w:r>
        <w:rPr>
          <w:rFonts w:ascii="Times New Roman" w:hAnsi="Times New Roman" w:eastAsia="Times New Roman" w:cs="Times New Roman"/>
        </w:rPr>
        <w:t>Tämä osoittaa, että Danielin yhdennen toista luvun neljännenkymmenennen jakeen ”kätketty historia” — historia Neuvostoliiton romahtamisesta vuonna 1989 aina neljännenkymmenennenensimmäisen jakeen sunnuntailakiin saakka — esitetään kolmena profetian linjana, jotka löytyvät jakeissa kymmenen–kaksikymmentäkolme kuvatusta historiasta: makkabealaiset, Rooman hallitsijat sekä Rooman sijaisvaltojen kolme taistelua.</w:t>
      </w:r>
    </w:p>
    <w:p>
      <w:pPr>
        <w:pStyle w:val="ArticleScripture"/>
        <w:jc w:val="left"/>
      </w:pPr>
      <w:r>
        <w:rPr>
          <w:rFonts w:ascii="Times New Roman" w:hAnsi="Times New Roman" w:eastAsia="Times New Roman" w:cs="Times New Roman"/>
        </w:rPr>
        <w:t>Tämä on kolmas kerta, kun minä tulen teidän luoksenne. Kahden tai kolmen todistajan suulla vahvistettakoon jokainen sana. 2. Korinttolaiskirje 13:1.</w:t>
      </w:r>
    </w:p>
    <w:p>
      <w:pPr>
        <w:pStyle w:val="ArticleHeading"/>
        <w:jc w:val="left"/>
      </w:pPr>
      <w:r>
        <w:rPr>
          <w:rFonts w:ascii="Arial" w:hAnsi="Arial" w:eastAsia="Arial" w:cs="Arial"/>
        </w:rPr>
        <w:t>Kolme sijaissotaa</w:t>
      </w:r>
    </w:p>
    <w:p>
      <w:pPr>
        <w:pStyle w:val="ArticleBody"/>
        <w:jc w:val="left"/>
      </w:pPr>
      <w:r>
        <w:rPr>
          <w:rFonts w:ascii="Times New Roman" w:hAnsi="Times New Roman" w:eastAsia="Times New Roman" w:cs="Times New Roman"/>
        </w:rPr>
        <w:t>Kymmenes jae merkitsee neljännen Syyrian sodan päättymistä, sodan, joka käytiin vuosina 219–217 eKr., jolloin Antiochos III Magnus (Suuri) ryhmittyi uudelleen ennen yhdenteentoista jakeeseen sisältyvää taistelua, joka oli Raphian taistelu ja jota Julius Caesar edustaisi. Kymmenes jae yksilöi Neuvostoliiton romahtamisen vuonna 1989, sellaisena kuin se esitetään neljännessäkymmenennessä jakeessa, ja Pompeius liittyy tähän historiaan. Kuudestoista jae esittää Juudan ihanan maan valloittamisen, mikä on Yhdysvalloissa annettavan sunnuntailain esikuva, mutta Pompeius liittyy myös vuoteen 1989, ja vuonna 1989 moderni Rooma voitti ensimmäisen esteensä, mutta tehdessään niin se samanaikaisesti hengellisesti valloitti protestanttisen Amerikan, kun se vietteli Ronald Reaganin muodostamaan salaisen liiton ihanan maan kanssa. Kun kuningas liittoutuu Rooman porton kanssa, se merkitsee hengellistä haureutta.</w:t>
      </w:r>
    </w:p>
    <w:p>
      <w:pPr>
        <w:pStyle w:val="ArticleBody"/>
        <w:jc w:val="left"/>
      </w:pPr>
      <w:r>
        <w:rPr>
          <w:rFonts w:ascii="Times New Roman" w:hAnsi="Times New Roman" w:eastAsia="Times New Roman" w:cs="Times New Roman"/>
        </w:rPr>
        <w:t>Vuosi 1989 oli se ajankohta, jolloin Rooman portto alkaa tulla esiin seitsemästäkymmenestä vuodestaan harjoittaakseen haureutta kaikkien maan kuninkaiden kanssa. Ensimmäinen kuningas on Yhdysvallat vuonna 1989, sillä Yhdysvaltoja edustaa myös Ahab, joka oli naimisissa Iisebelin kanssa; Iisebel on Tyyron portto Jesajan luvussa kaksikymmentäkolme.</w:t>
      </w:r>
    </w:p>
    <w:p>
      <w:pPr>
        <w:pStyle w:val="ArticleScripture"/>
        <w:jc w:val="left"/>
      </w:pPr>
      <w:r>
        <w:rPr>
          <w:rFonts w:ascii="Times New Roman" w:hAnsi="Times New Roman" w:eastAsia="Times New Roman" w:cs="Times New Roman"/>
        </w:rPr>
        <w:t>Ja sinä päivänä tapahtuu, että Tyyro unohdetaan seitsemäksikymmeneksi vuodeksi, yhden kuninkaan päivien mukaan; seitsemänkymmenen vuoden kuluttua Tyyrolle käy niin kuin portosta lauletaan: Ota kannel, kulje ympäri kaupunkia, sinä unohdettu portto; soita suloisesti, laula monta laulua, että sinut muistettaisiin. Ja seitsemänkymmenen vuoden kuluttua tapahtuu, että Herra pitää Tyyrosta huolen, ja se palaa palkkionsa luo ja harjoittaa haureutta kaikkien maailman valtakuntien kanssa maan päällä. Jesaja 23:15–17.</w:t>
      </w:r>
    </w:p>
    <w:p>
      <w:pPr>
        <w:pStyle w:val="ArticleBody"/>
        <w:jc w:val="left"/>
      </w:pPr>
      <w:r>
        <w:rPr>
          <w:rFonts w:ascii="Times New Roman" w:hAnsi="Times New Roman" w:eastAsia="Times New Roman" w:cs="Times New Roman"/>
        </w:rPr>
        <w:t>Portto unohtui ”lopun aikana” vuonna 1798, kun hän sai kuolinhaavansa, kuten Danielin kirjan yhdestoista luvun neljäskymmenes jae esittää. ”Lopun aikana” vuonna 1989 alkaa hänen kuolinhaavansa paranemisen ajanjakso, kun hän harjoittaa haureutta sen valtakunnan kanssa, joka ensimmäisenä panee täytäntöön hänen valtansa merkin. Tätä valtakuntaa edustivat Ahab ja Ranska, joka asetti paaviuden maan valtaistuimelle vuonna 538 ja oli ensisijainen valtakunta tukemaan paavillisen vallan nousua. Tästä syystä niitä kutsutaan nimillä ”katolisen kirkon esikoinen” sekä ”katolisen kirkon vanhin tytär”. Sekä Ranska että Ahab todistavat Yhdysvaltojen roolista vuodesta 1989 sunnuntailakiin saakka.</w:t>
      </w:r>
    </w:p>
    <w:p>
      <w:pPr>
        <w:pStyle w:val="ArticleBody"/>
        <w:jc w:val="left"/>
      </w:pPr>
      <w:r>
        <w:rPr>
          <w:rFonts w:ascii="Times New Roman" w:hAnsi="Times New Roman" w:eastAsia="Times New Roman" w:cs="Times New Roman"/>
        </w:rPr>
        <w:t>Jesajan kahdessakymmenennessäkolmannessa luvussa Tyyron portto, joka on myös Ilmestyskirjan seitsemännennentoista luvun portto ja jonka otsaan on kirjoitettu Babylon Suuri. Se on “unohdettuna” Yhdysvaltain historian ajaksi, alkaen vuodesta 1798, jolloin paavius lakkasi olemasta raamatullisen profetian viides valtakunta, Ilmestyskirjan kolmastoista luvun meripeto. Tällöin Yhdysvallat alkoi hoitaa osaansa raamatullisen profetian kuudentena valtakuntana Ilmestyskirjan kolmastoista luvun maapetona. Lopulta Yhdysvalloista tulee Ilmestyskirjan seitsemännennentoista luvun kymmenen kuninkaan johtava kuningas. “Seitsemänkymmenen vuoden” ajanjakson vertauskuvallinen historia, “yhden kuninkaan päivät”, edustaa niitä seitsemääkymmentä vuotta, joiden ajan Babylon hallitsi raamatullisen profetian ensimmäisenä valtakuntana. Tämä on esikuva Yhdysvaltain historiasta vuodesta 1798 sunnuntailakiin asti, jolloin Amerikan historian ulkoista linjaa edustaa republikaaninen sarvi ja sisäistä linjaa protestanttinen sarvi. Nämä kaksi sarvea, jotka edustavat perustuslain sydäntä ja turvaavat valtiovallan ja kirkollisen vallan eron, ovat Amerikan tulevaisuuden aihe.</w:t>
      </w:r>
    </w:p>
    <w:p>
      <w:pPr>
        <w:pStyle w:val="ArticleBody"/>
        <w:jc w:val="left"/>
      </w:pPr>
      <w:r>
        <w:rPr>
          <w:rFonts w:ascii="Times New Roman" w:hAnsi="Times New Roman" w:eastAsia="Times New Roman" w:cs="Times New Roman"/>
        </w:rPr>
        <w:t>Seitsemänkymmentä vuotta on määrätty sille, että Tyyron portto unohdetaan; sitten lopun ajan vuodesta 1989 sunnuntailakiin asti hän alkaa laulaa. Hän aloitti salaisella liitolla, kun hän otti valtaansa protestanttisen Amerikan uskonnon ja kukisti etelän kuninkaan poliittisen rakenteen Neuvostoliiton romahtaessa. Seitsemänkymmenen vuoden ajanjakso, joka päättyy historiaan, jossa Antiokhos Suuri seisoo keskellä seitsemäntoista vuoden jaksoa, joka jakautuu kymmeneen ja seitsemään ja joka kerrottuna tuottaa ”seitsemänkymmentä”. Ulomman kahdensadanviidenkymmenen vuoden alussa, joka päättyi Raphian ja Paniumin välissä, sisäinen kahdentuhannenkolmensadan vuoden aikaprofetia alkaa siitä, että Danielin kansalle määrätään ”seitsemänkymmentä” viikkoa. Noiden seitsemänkymmenen viikon päättyessä, vuonna 34 jKr., muinainen Israel erotettiin ikuisiksi ajoiksi Jumalasta Hänen valittuna liittokansanaan, ja Jumala oli silloin solminut avioliiton kristillisen morsiamensa kanssa ja ojensi silloin kätensä pakanoita kohti.</w:t>
      </w:r>
    </w:p>
    <w:p>
      <w:pPr>
        <w:pStyle w:val="ArticleBody"/>
        <w:jc w:val="left"/>
      </w:pPr>
      <w:r>
        <w:rPr>
          <w:rFonts w:ascii="Times New Roman" w:hAnsi="Times New Roman" w:eastAsia="Times New Roman" w:cs="Times New Roman"/>
        </w:rPr>
        <w:t>Vuonna 207 eKr. Antiokhos seisoo ”seitsemänkymmenen” keskellä, ilmaisten valtakuntansa suosion saaneen kansan aseman päättymisen ”ihana maana”, jossa Hän valitsi herättää nykyajan Israelin. Yhdysvaltojen loppu kuudentena valtakuntana sunnuntailain yhteydessä on Jesajan ”seitsemänkymmenen vuoden” loppu. Antiokhoksen kahdensadanviidenkymmenen vuoden aikajana osoittaa koetusajan päättymisen Yhdysvaltojen republikaaniselle sarvelle juuri ennen jakeen kuudentoista sunnuntailakia. Ne kaksituhattakolmesataa vuotta, jotka päättyivät, kun tuomio alkoi 22. lokakuuta 1844, ovat esikuva siitä, milloin tuomio päättyy sunnuntailain yhteydessä. Kaksituhattakolmesataa vuotta alkaa seitsemälläkymmenellä viikolla, jotka osoittavat kirjaimellisen Israelin lopun Jumalan valittuna kansana. Koko kaksituhattakolmensadan vuoden ajanjakson loppu huipentuu protestanttisen liikkeen päättymiseen adventtiliikkeen jatkuessa aina sunnuntailakiin saakka. Kun vuoden 1844 suljettu ovi toistuu, ovet sulkeutuvat republikaanisen sarven, protestanttisen sarven ja hallituspedon ylle.</w:t>
      </w:r>
    </w:p>
    <w:p>
      <w:pPr>
        <w:pStyle w:val="ArticleBody"/>
        <w:jc w:val="left"/>
      </w:pPr>
      <w:r>
        <w:rPr>
          <w:rFonts w:ascii="Times New Roman" w:hAnsi="Times New Roman" w:eastAsia="Times New Roman" w:cs="Times New Roman"/>
        </w:rPr>
        <w:t>Antiokhoksen asettuminen kymmenen ja seitsemän väliseen aikaan merkitsee sitä, että hän seisoo koetusaikansa lopussa. Yhdysvaltain hallituksen, joka on maan peto, koetusaika päättyy sunnuntailain kohdalla, mutta republikaanisen sarven koetusaika päättyy ennen sunnuntailakia.</w:t>
      </w:r>
    </w:p>
    <w:p>
      <w:pPr>
        <w:pStyle w:val="ArticleScripture"/>
        <w:jc w:val="left"/>
      </w:pPr>
      <w:r>
        <w:rPr>
          <w:rFonts w:ascii="Times New Roman" w:hAnsi="Times New Roman" w:eastAsia="Times New Roman" w:cs="Times New Roman"/>
        </w:rPr>
        <w:t>Jeesus sanoi hänelle: Minä en sano sinulle: enintään seitsemän kertaa, vaan: seitsemänkymmentä kertaa seitsemän. Matteus 18:22.</w:t>
      </w:r>
    </w:p>
    <w:p>
      <w:pPr>
        <w:pStyle w:val="ArticleBody"/>
        <w:jc w:val="left"/>
      </w:pPr>
      <w:r>
        <w:rPr>
          <w:rFonts w:ascii="Times New Roman" w:hAnsi="Times New Roman" w:eastAsia="Times New Roman" w:cs="Times New Roman"/>
        </w:rPr>
        <w:t>Ilmaus ”seitsemänkymmentä kertaa seitsemän” on ainoa kohta Raamatussa, jossa luvut ilmaistaan tällä tavoin monikertana. ”Seitsemänkymmentä kertaa seitsemän” on ne neljäsataayhdeksänkymmentä vuotta, jotka oli ”määrätty” Danielin kansalle. Se on ne seitsemänkymmentä viikkoa, jotka aloittavat kaksituhattakolmesataa, ja kahdensadanviidenkymmenen vuoden kuluttua samasta lähtökohdasta Antiokhos saapuu kymmenen ja seitsemän keskivaiheille. Siinä Antiokhos Suuri asettuu paikoilleen kertomuksensa viimeisissä vaiheissa suuren kiistan pyhässä draamassa.</w:t>
      </w:r>
    </w:p>
    <w:p>
      <w:pPr>
        <w:pStyle w:val="ArticleBody"/>
        <w:jc w:val="left"/>
      </w:pPr>
      <w:r>
        <w:rPr>
          <w:rFonts w:ascii="Times New Roman" w:hAnsi="Times New Roman" w:eastAsia="Times New Roman" w:cs="Times New Roman"/>
        </w:rPr>
        <w:t>Vuoden 1844 suljettu ovi edustaa sunnuntailain suljettua ovea, ja ennen kuudennentoista jakeen sunnuntailakia alkaa seitsemän vuoden ajanjakso, kun Antiokhos merkitsee valtakuntansa loppua, ja sitten hänen valtakuntansa päättyy seitsemän vuoden lopussa. Seitsemän vuoden ajanjakso edustaa pedon kuvan koetusaikaa, ja ajanjakso alkaa ensimmäisestä sunnuntailaista vuonna 321. Ennen ensimmäistä sunnuntailakia, joka on viimeisen sunnuntailain esikuva, on kymmenen vuoden ajanjakso, joka alkaa ediktillä. Vuoden 313 ”ediktissä” kymmenen vuoden edustama koetus alkaa, sitten Antiokhos säätää ensimmäisen sunnuntailain ja republikaanisen sarven koetusaika päättyy. Seitsemän vuoden lopussa Panium ja sunnuntailaki saapuvat ja tuottavat idän ja lännen jakautumisen vuonna 330.</w:t>
      </w:r>
    </w:p>
    <w:p>
      <w:pPr>
        <w:pStyle w:val="ArticleHeading"/>
        <w:jc w:val="left"/>
      </w:pPr>
      <w:r>
        <w:rPr>
          <w:rFonts w:ascii="Arial" w:hAnsi="Arial" w:eastAsia="Arial" w:cs="Arial"/>
        </w:rPr>
        <w:t>Pompeius</w:t>
      </w:r>
    </w:p>
    <w:p>
      <w:pPr>
        <w:pStyle w:val="ArticleBody"/>
        <w:jc w:val="left"/>
      </w:pPr>
      <w:r>
        <w:rPr>
          <w:rFonts w:ascii="Times New Roman" w:hAnsi="Times New Roman" w:eastAsia="Times New Roman" w:cs="Times New Roman"/>
        </w:rPr>
        <w:t>Pompeius valloitti jakeessa kuusitoista ihanan maan, mutta kahden vuoden ajanjaksona vuodesta 65 vuoteen 63 eKr. Pompeius, täyttäen Danielin kirjan kahdeksannen luvun yhdeksännen jakeen, valloitti tosiasiassa ”idän” ja ”[ihanan] maan”, esikuvaten kaksinkertaista valloitusta jakeessa neljäkymmentä ja vuonna 1989.</w:t>
      </w:r>
    </w:p>
    <w:p>
      <w:pPr>
        <w:pStyle w:val="ArticleBody"/>
        <w:jc w:val="left"/>
      </w:pPr>
      <w:r>
        <w:rPr>
          <w:rFonts w:ascii="Times New Roman" w:hAnsi="Times New Roman" w:eastAsia="Times New Roman" w:cs="Times New Roman"/>
        </w:rPr>
        <w:t>Kolmannen esteen pakanalliselle Roomalle toteuttaisi Augustus Caesar, joka tunnetaan siitä, että hän muodosti ensimmäisen virallisen roomalaisen triumviraatin, edustaen ensimmäistä virallista kolminkertaista liittoa Roomassa. Juuri roomalaisten johtajien kolmannella tienviitalla kolminkertainen liitto merkitään virallisesti Rooman historiassa. Juuri sunnuntailaissa jakeessa kuusitoista lohikäärmeen, pedon ja väärän profeetan kolminkertainen liitto vahvistetaan, ja sitten pahuuden lintu asetetaan takaisin paikalleen Sineariin, niin kuin Sakarja esittää.</w:t>
      </w:r>
    </w:p>
    <w:p>
      <w:pPr>
        <w:pStyle w:val="ArticleBody"/>
        <w:jc w:val="left"/>
      </w:pPr>
      <w:r>
        <w:rPr>
          <w:rFonts w:ascii="Times New Roman" w:hAnsi="Times New Roman" w:eastAsia="Times New Roman" w:cs="Times New Roman"/>
        </w:rPr>
        <w:t>Augustus Caesar muodosti ensimmäisen virallisen roomalaisen triumviraatin, mutta historioitsijat kutsuvat sitä toiseksi triumviraatiksi, sillä myös Julius Caesar muodosti triumviraatin, mutta se ei ollut Rooman hallituksen virallinen triumviraatti. Juliuksen ja Augustus Caesarin välinen suhde lohikäärmeen, pedon ja väärän profeetan kolminkertaisen liiton vertauskuvina pian tulevan sunnuntailain yhteydessä on esikuvallisesti kuvattu siten, että Julius on sunnuntailainsäädännön toimeenpanemiseen tähtäävän liikkeen alussa ja Augustus sen lopussa. Sama profeetallinen suhde esitetään myös Cestiuksen piirityksessä vuonna 67, jota myöhemmin seurasi Tituksen piiritys. Julius on Cestius ja Augustus on Titus. Julius ja Augustus edustavat kolminkertaista liittoa, ja Cestius ja Titus edustavat piiritystä.</w:t>
      </w:r>
    </w:p>
    <w:p>
      <w:pPr>
        <w:pStyle w:val="ArticleBody"/>
        <w:jc w:val="left"/>
      </w:pPr>
      <w:r>
        <w:rPr>
          <w:rFonts w:ascii="Times New Roman" w:hAnsi="Times New Roman" w:eastAsia="Times New Roman" w:cs="Times New Roman"/>
        </w:rPr>
        <w:t>Ajanjakso, jolloin sunnuntailakia koskeva liike alkaa profeetallisesti vuonna 313, sijoittuu Milanon ediktiin. Sitten vuonna 321, tuon seitsemäntoista vuoden ajanjakson puolivälissä, tulee ensimmäinen sunnuntailaki. Kolmas vaihe valtakunnan jakautumisessa itään ja länteen, joka edustaa Yhdysvalloissa tapahtuvaa jakautumista niihin, jotka vastaanottavat pedon merkin, ja niihin, jotka eivät vastaanota sitä tai Jumalan sinettiä, oli vuonna 330. On olemassa sunnuntailakien sarja, joka johtaa yhteen sunnuntailakiin, ja vuosi 321 edustaa ensimmäistä sunnuntailakia, joka johtaa viimeiseen sunnuntailakiin vuonna 330.</w:t>
      </w:r>
    </w:p>
    <w:p>
      <w:pPr>
        <w:pStyle w:val="ArticleBody"/>
        <w:jc w:val="left"/>
      </w:pPr>
      <w:r>
        <w:rPr>
          <w:rFonts w:ascii="Times New Roman" w:hAnsi="Times New Roman" w:eastAsia="Times New Roman" w:cs="Times New Roman"/>
        </w:rPr>
        <w:t>Toisin kuin Antiokhoksen kaksisataaviisikymmentä vuotta, Neron kaksisataaviisikymmentä vuotta yksilöivät kahdeksan vuoden ajanjakson, ensimmäisen sunnuntailain keskikohdan, ja sitten yhdeksän vuotta. Rivi rivin päälle Antiokhos ja Nero yksilöivät kaksi ajanjaksoa, jotka esitetään kolmen tienviitan avulla. Kummassakin linjassa ensimmäinen ja viimeinen tienviitta ovat samat: alussa annettu edikti, joka merkittiin avioliitolla ja joka päättyi avioeroon, sekä taistelu pohjoisen kuninkaan ja etelän kuninkaan välillä alussa ja lopussa. Keskellä oleva vuoden 321 ensimmäinen sunnuntailaki täytyy olla se kohta, jossa Antiokhos seisoo. Hän seisoo kymmenellä vuodella kuvatun koetusprosessin päätöksessä, ja koetusprosessi ilmaisee Antiokhoksen kahdeksantena, joka on siitä seitsemästä, hänen muodostaessaan pedon kuvan, joka on kahdeksas siitä seitsemästä. Samalla sata neljäkymmentäneljä tuhatta käy läpi koetusprosessin ja muuttuu seitsemännestä, laodikealaisesta seurakunnasta kahdeksanneksi ja filadelfialaiseksi seurakunnaksi.</w:t>
      </w:r>
    </w:p>
    <w:p>
      <w:pPr>
        <w:pStyle w:val="ArticleBody"/>
        <w:jc w:val="left"/>
      </w:pPr>
      <w:r>
        <w:rPr>
          <w:rFonts w:ascii="Times New Roman" w:hAnsi="Times New Roman" w:eastAsia="Times New Roman" w:cs="Times New Roman"/>
        </w:rPr>
        <w:t>Ensimmäisessä sunnuntailaissa kuvan pystyttäminen alkaa, ja se päättyy Ilmestyskirjan kolmattatoista lukua, yhdettätoista jaetta koskevassa sunnuntailaissa, jakeessa, joka asettaa vastakkain Yhdysvaltojen alun karitsana ja sen lopun lohikäärmeenä. Kolmetoista on kapinan vertauskuva, ja kapinan vertauskuva jakeen yksitoista asiayhteydessä, jossa Yhdysvallat puhuu lohikäärmeen tavoin, on pedon merkki; kun taas niiden vertauskuva, joilla on Jumalan sinetti, on luku yksitoista. Ilmestyskirja 13:11 osoittaa sunnuntailaissa tapahtuvan erottamisen niiden välillä, jotka vastaanottavat pedon merkin, ja niiden, jotka vastaanottavat Jumalan sinetin, silloin kun Yhdysvallat puhuu lohikäärmeen tavoin.</w:t>
      </w:r>
    </w:p>
    <w:p>
      <w:pPr>
        <w:pStyle w:val="ArticleBody"/>
        <w:jc w:val="left"/>
      </w:pPr>
      <w:r>
        <w:rPr>
          <w:rFonts w:ascii="Times New Roman" w:hAnsi="Times New Roman" w:eastAsia="Times New Roman" w:cs="Times New Roman"/>
        </w:rPr>
        <w:t>Pedon kuvan koetuksen ajalla on erityisiä tunnusmerkkejä, jotka osoittavat sen saapumisen ja samalla esikuvallistavat sen loppua. Nooasta pasuunain juhlaan asti Jumala ei koskaan muutu; Hän ilmoittaa aina koetusajan ennalta ennen sen alkamista. Hänen ilmoituksensa löytyvät Hänen profeetallisesta sanastaan. Useimmat adventistit (oletan) eivät tiedä, että Jerusalemin hävitykseen liittyi kaksi piiritystä, eivätkä sitä, että lopullisen hävityksen päivä oli täsmälleen sama vuodenpäivä, jona Nebukadnessar ensimmäisellä—alfan ajalla—hävitti Jerusalemin ja temppelin. He eivät ehkä myöskään tiedä, että piiritykset alkoivat pyhinä juhla-aikoina ja päättyivät pyhänä juhla-aikana tai että piirityksen ajanjakso oli kolme ja puoli vuotta. Ellei heillä ole tietoa näistä tosiasioista, näyttää epätodennäköiseltä, että he näkisivät Julius Caesarin merkitsevän pedon kuvan koetuksen ajan alkua sen kaikkein täydellisimmässä esitysmuodossa. ”Täydellisimmällä esitysmuodolla” tarkoitan sen lopullista täyttymystä.</w:t>
      </w:r>
    </w:p>
    <w:p>
      <w:pPr>
        <w:pStyle w:val="ArticleBody"/>
        <w:jc w:val="left"/>
      </w:pPr>
      <w:r>
        <w:rPr>
          <w:rFonts w:ascii="Times New Roman" w:hAnsi="Times New Roman" w:eastAsia="Times New Roman" w:cs="Times New Roman"/>
        </w:rPr>
        <w:t>Sama ajanjaksoa esitetään vuodesta 1888 sunnuntailaista annettavaan lakiin saakka ja sitten jälleen 9/11:stä sunnuntailaista annettavaan lakiin saakka, mutta pedon kuvan pystyttämisen profeetallisen ajanjakson täydellinen täyttymys, sellaisena kuin sitä edustaa Konstantinus Suuri ajanjaksolla 313:sta 330:een, alkaa kahdeksannen presidentin virkakaudella vuoden 1989, lopun ajan, jälkeen.</w:t>
      </w:r>
    </w:p>
    <w:p>
      <w:pPr>
        <w:pStyle w:val="ArticleBody"/>
        <w:jc w:val="left"/>
      </w:pPr>
      <w:r>
        <w:rPr>
          <w:rFonts w:ascii="Times New Roman" w:hAnsi="Times New Roman" w:eastAsia="Times New Roman" w:cs="Times New Roman"/>
        </w:rPr>
        <w:t>Ensimmäisestä sunnuntailaista lähtien sapatin ja sunnuntain ympärillä oleva koetusaika avautuu ajanjaksona, jota Antiokhoksen seitsemän vuotta edustavat. Antiokhoksen linjan seitsemän vuotta kerrottuna Neron linjan yhdeksällä vuodella on kuusikymmentäkolme, ja vuonna 63 eKr. Pompeius valloitti ihanan maan Danielin yhdentoista luvun kuudennentoista jakeen täyttymykseksi. Sunnuntailain aikana yhdeksän kuningasta tunnustaa Yhdysvallat kymmenen kuninkaan johtavaksi kuninkaaksi, niiden, jotka suostuvat antamaan valtakuntansa Tyyron portolle, jonka on sitten harjoitettava haureutta kaikkien maan kuninkaiden kanssa.</w:t>
      </w:r>
    </w:p>
    <w:p>
      <w:pPr>
        <w:pStyle w:val="ArticleBody"/>
        <w:jc w:val="left"/>
      </w:pPr>
      <w:r>
        <w:rPr>
          <w:rFonts w:ascii="Times New Roman" w:hAnsi="Times New Roman" w:eastAsia="Times New Roman" w:cs="Times New Roman"/>
        </w:rPr>
        <w:t>Kymmenen neitsyen vertauksen profeetallisen rakenteen mukaisesti pedon ja väärän profeetan avioliitto toteutui vuonna 1989, mutta sunnuntailain aikana avioliitto saatetaan päätökseen. Eräs tämän historian fraktaali on elävien tuomion ajanjakso, joka alkoi vuonna 2001, 11. syyskuuta. Siitä hetkestä sunnuntailakiin asti, pedon kuvan koetusajan, joka on myös sadan neljänkymmenenneljän tuhannen sinetöimisen aika, kuluessa tuomio pannaan täytäntöön Jumalan liittokansan ylle sekä sen maan ylle, jossa he ovat asuneet Aabrahamin liittoprofetian täyttymyksenä. Tänä ajanjaksona Laodikean seitsemännen päivän adventtikirkko tuomitaan, ja sitten tuomitaan ne, jotka tunnustautuvat neitsyiksi. Näin ollen protestanttinen sarvi tuomitaan, ja sitä tuomitaan sen ajanjakson aikana, jolloin ensin republikaanisen sarven demokraattinen puolue oli tuomion kohteena vuoteen 2024 saakka, jolloin republikaanisen sarven republikaanien tuomio on nyt käynnissä. Perustuslaillinen hallitus on se peto, joka kantaa kahta sarvea, ja se tuomitaan sunnuntailain aikana.</w:t>
      </w:r>
    </w:p>
    <w:p>
      <w:pPr>
        <w:pStyle w:val="ArticleBody"/>
        <w:jc w:val="left"/>
      </w:pPr>
      <w:r>
        <w:rPr>
          <w:rFonts w:ascii="Times New Roman" w:hAnsi="Times New Roman" w:eastAsia="Times New Roman" w:cs="Times New Roman"/>
        </w:rPr>
        <w:t>Vuodesta 1989 sunnuntailakiin asti kuvataan fraktaali 11. syyskuuta alkavasta ajasta sunnuntailakiin asti, mutta pedon kuvan pystyttämisen täydellinen täyttymys on kahdeksannessa presidentissä, joka on niistä seitsemästä. Neron seitsemäntoista vuotta on fraktaali historiasta 11. syyskuuta sunnuntailakiin. Antiokhoksen seitsemäntoista vuotta on samoin. Reaganin avioliitto ja salainen liitto saatetaan päätökseen avoimella liitolla kahdeksannen presidentin virkakaudella. Alfa- ja oomega-avioliitoista ensimmäinen symboloitiin Patriot Act -lailla vuonna 2001, jolloin englantilainen laki muutettiin roomalaiseksi laiksi. Milanon ediktin avioliitto merkitsee pedon kuvan pystyttämisen täydellisen täyttymyksen alkua. Sen rakenne perustuu kymmenen neitsyen avioliiton rakenteeseen, ja se edustaa väärennettyä avioliittoa, joka tapahtuu todellisen avioliiton aikana.</w:t>
      </w:r>
    </w:p>
    <w:p>
      <w:pPr>
        <w:pStyle w:val="ArticleBody"/>
        <w:jc w:val="left"/>
      </w:pPr>
      <w:r>
        <w:rPr>
          <w:rFonts w:ascii="Times New Roman" w:hAnsi="Times New Roman" w:eastAsia="Times New Roman" w:cs="Times New Roman"/>
        </w:rPr>
        <w:t>Pedon kuvan koetusaika edustaa sitä ”koetusta”, jonka meidän on läpäistävä ennen kuin meidät ”sinetöidään”. Jumalan huone tuomitaan ensin, ja sitten sunnuntailain tullessa tuomitaan ne, jotka ovat Jumalan huoneen ulkopuolella. Lopullisen tuomion ajanjakso alkaa sekä Jumalan huoneessa että sen jälkeen suuressa joukossa ensimmäisestä sunnuntailaista. Yhdysvalloissa tulee olemaan ensimmäinen sunnuntailaki, joka merkitsee pedon kuvan koetusajan täydellisen ja lopullisen täyttymyksen alkua; tämä ajanjakso päättyy myöhemmin siihen sunnuntailakiin, joka täyttää Ilmestyskirjan 13:11. Tämä sunnuntailaki on viimeinen sunnuntailaki ihanassa maassa. Viimeinen sunnuntailaki ihanassa maassa on maailman ensimmäinen sunnuntailaki, ja se merkitsee pedon kuvan koetusaikaa maailmalle. Maailman koetusaika alkaa Yhdysvalloissa annetusta sunnuntailaista luvun kolmetoista jakeessa yksitoista. Kun Yhdysvallat pian tulevassa sunnuntailaissa ”puhuu” lohikäärmeen tavoin, luvun jakeet kaksitoista ja siitä eteenpäin kuvaavat maailman pedon kuvan koetusaikaa.</w:t>
      </w:r>
    </w:p>
    <w:p>
      <w:pPr>
        <w:pStyle w:val="ArticleBody"/>
        <w:jc w:val="left"/>
      </w:pPr>
      <w:r>
        <w:rPr>
          <w:rFonts w:ascii="Times New Roman" w:hAnsi="Times New Roman" w:eastAsia="Times New Roman" w:cs="Times New Roman"/>
        </w:rPr>
        <w:t>Tästä syystä on tärkeää nähdä Neron kahdensadanviidenkymmenen vuoden profetia, joka päättyy siihen, että vuonna 313 annetusta ediktistä alkaa seitsemäntoista vuoden jakso, jota seuraa ensimmäinen sunnuntailaki vuonna 321 ja sitten idän ja lännen jakautuminen vuonna 330. Neron linjan kolme askelta koskevat vainoa; Nero on vainon vertauskuva, ja 250 vuoden ajanjakso edustaa Smyrnan seurakuntaa, joka päättyi vuonna 313, kun kompromissin seurakunta tuli esiin. Kolmas askel merkitsee valtakunnan loppua, joten Yhdysvaltoihin sovellettuna se edustaa sunnuntailakia ja siirtymää kuudennesta valtakunnasta seitsemänteen ja kahdeksanteen valtakuntaan. Maailmaan sovellettuna kolmas tienviitta on ihmiskunnan armonajan päättyminen, jota esikuvasi Yhdysvaltojen armonajan päättyminen maailman pedon kuvan koetuksen ajan alussa.</w:t>
      </w:r>
    </w:p>
    <w:p>
      <w:pPr>
        <w:pStyle w:val="ArticleBody"/>
        <w:jc w:val="left"/>
      </w:pPr>
      <w:r>
        <w:rPr>
          <w:rFonts w:ascii="Times New Roman" w:hAnsi="Times New Roman" w:eastAsia="Times New Roman" w:cs="Times New Roman"/>
        </w:rPr>
        <w:t>Tästä syystä Augustus Caesar, neljässtä sunnuntailakiin johtavasta neljästä roomalaisesta hallitsijasta kolmas, jota jakeessa kaksikymmentäkaksi esitetään ristin symboloimana, voi edustaa ristiä, vaikka hänen jälkeensä tulee Tiberias, joka niin ikään edustaa ristiä. Pedon kuvan koetusaika on kaksiosainen koe, joka koettelee ensin maata ja sitten merta. Maa on Yhdysvallat ja meri on maailma.</w:t>
      </w:r>
    </w:p>
    <w:p>
      <w:pPr>
        <w:pStyle w:val="ArticleBody"/>
        <w:jc w:val="left"/>
      </w:pPr>
      <w:r>
        <w:rPr>
          <w:rFonts w:ascii="Times New Roman" w:hAnsi="Times New Roman" w:eastAsia="Times New Roman" w:cs="Times New Roman"/>
        </w:rPr>
        <w:t>Pedon kuvan koetus tuottaa merkkien kaksinkertaistumisen; siinä toisen ajanjakson alfa on samalla ensimmäisen ajanjakson oomega. Vuosi 321 oli profeetallisen historian ensimmäinen sunnuntailaki, ja niissä seitsemässätoista vuodessa, jotka yksilöivät pedon kuvan koetusajan, 321 on Yhdysvaltojen ensimmäinen sunnuntailaki, joka johtaa pedon kuvan koetusajan oomega-sunnuntailakiin kirkkaassa maassa. Kuitenkin 321 on myös maailman ensimmäinen sunnuntailaki, joten vuosi 321 merkitsee sekä pedon kuvan koetusajan alun että lopun keskikohtaa. Vuosi 313 on alku, ja alku on edikti, joka esikuvaa sunnuntailakia. Neron seitsemäntoista vuotta yksilöivät ajanjakson, jolloin sunnuntailait kärjistyvät aina ihmiskunnan koetusajan päättymiseen saakka.</w:t>
      </w:r>
    </w:p>
    <w:p>
      <w:pPr>
        <w:pStyle w:val="ArticleBody"/>
        <w:jc w:val="left"/>
      </w:pPr>
      <w:r>
        <w:rPr>
          <w:rFonts w:ascii="Times New Roman" w:hAnsi="Times New Roman" w:eastAsia="Times New Roman" w:cs="Times New Roman"/>
        </w:rPr>
        <w:t>Asetus on esikuva ensimmäisestä sunnuntailaista, joka johtaa armonajan päättymiseen. Pompeius valtasi Juudan jakeessa kuusitoista, esikuvaten sunnuntailakia, ja Julius Caesar muodosti ensimmäisen triumviraatin; vaikka se oli epävirallinen kolmiosainen liitto, historioitsijat silti merkitsevät sen ensimmäiseksi. Julius Caesarin esikuvallisuus sunnuntailain kolmiosaisesta liitosta oli Augustuksen virallisen triumviraatin esikuva, jota seurasi Tiberias ristin luona. Kaikki neljä roomalaista hallitsijaa ovat sunnuntailain esikuvia, samoin kuin Neron seitsemäntoista vuoden kaikki kolme vaihetta.</w:t>
      </w:r>
    </w:p>
    <w:p>
      <w:pPr>
        <w:pStyle w:val="ArticleBody"/>
        <w:jc w:val="left"/>
      </w:pPr>
      <w:r>
        <w:rPr>
          <w:rFonts w:ascii="Times New Roman" w:hAnsi="Times New Roman" w:eastAsia="Times New Roman" w:cs="Times New Roman"/>
        </w:rPr>
        <w:t>Pompeius vastaa vuotta 1989; Julius vastaa jaetta yksitoista; Augustus vastaa jaetta viisitoista ja Tiberias jaetta kuusitoista. Jaejakson kertomukseen Juliuksesta sisältyy hänen sotaretkensä Egyptiin ja Kleopatra. Historia toistuu Marcus Antoniuksen kautta. Marcus Antonius oli Julius Caesarin pääkenraali siihen aikaan, kun Julius murhattiin kahdellakymmenelläkolmella tikariniskulla. Luku kaksikymmentäkolme edustaa sunnuntailakia, ja Juliuksen kuolema 23 haavaan on sunnuntailakiin päättyvä valtakunta. Marcus Antonius, Augustus Caesar ja Marcus Lepidas muodostivat sitten ensimmäisen virallisen triumviraatin kostaakseen hänen kuolemansa. Yksi noista kolminkertaisista valloista, Marcus Antonius, tulisi toistamaan Juliuksen kohtaamisen Egyptin ja Kleopatran kanssa.</w:t>
      </w:r>
    </w:p>
    <w:p>
      <w:pPr>
        <w:pStyle w:val="ArticleBody"/>
        <w:jc w:val="left"/>
      </w:pPr>
      <w:r>
        <w:rPr>
          <w:rFonts w:ascii="Times New Roman" w:hAnsi="Times New Roman" w:eastAsia="Times New Roman" w:cs="Times New Roman"/>
        </w:rPr>
        <w:t>Olivatpa ne Julius tai Marcus Antonius, molemmat ovat Rooman symboleja, ja Kleopatra oli Egyptin ja Kreikan symboli. Hän edusti kreikkalaista hallintavaltaa Egyptissä; molemmat ovat lohikäärmeen symboleja, kun taas Julius ja Marcus Antonius ovat pedon symboleja. Naisena tässä suhteessa Kleopatra oli seurakunta, mikä tekee Juliuksesta ja Marcus Antoniuksesta valtion. Kleopatra edustaa naista, joka erotetaan kahdesti kuninkaallisista roomalaisista rakastajistaan: ensin vuonna 1798 ja sitten koetusajan päättyessä, kun hän tulee loppuunsa ilman auttajaa. Hänen lopullinen tuhonsa tapahtuu Aktionin taistelussa vuonna 31 eKr. Aktionin taistelun voittaja oli Augustus Caesar, joten havaitsemme, että Pompeius kuoli Egyptissä, Julius kohtasi Kleopatran Egyptissä, tämä kaksinkertaistui Marcus Antoniuksen historiassa, ja sitten Augustus Caesar päättää tuon suhteen Aktionissa. Aktion osoittaa sunnuntailakiin, sillä juuri Aktionin taistelussa Rooman kolmas este poistettiin, ja keisarillinen pakanallinen Rooma alkoi hallita kolmensadan kuudenkymmenen vuoden ajan, Danielin 11:24:n täyttymykseksi.</w:t>
      </w:r>
    </w:p>
    <w:p>
      <w:pPr>
        <w:pStyle w:val="ArticleBody"/>
        <w:jc w:val="left"/>
      </w:pPr>
      <w:r>
        <w:rPr>
          <w:rFonts w:ascii="Times New Roman" w:hAnsi="Times New Roman" w:eastAsia="Times New Roman" w:cs="Times New Roman"/>
        </w:rPr>
        <w:t>Pompeius poisti kaksi ensimmäistä estettä ja Augustus kolmannen.</w:t>
      </w:r>
    </w:p>
    <w:p>
      <w:pPr>
        <w:pStyle w:val="ArticleScripture"/>
        <w:jc w:val="left"/>
      </w:pPr>
      <w:r>
        <w:rPr>
          <w:rFonts w:ascii="Times New Roman" w:hAnsi="Times New Roman" w:eastAsia="Times New Roman" w:cs="Times New Roman"/>
        </w:rPr>
        <w:t>Ja yhdestä niistä tuli esiin pieni sarvi, joka kasvoi ylen suureksi etelää kohti ja itää kohti ja ihanaa maata kohti. Daniel 8:9.</w:t>
      </w:r>
    </w:p>
    <w:p>
      <w:pPr>
        <w:pStyle w:val="ArticleBody"/>
        <w:jc w:val="left"/>
      </w:pPr>
      <w:r>
        <w:rPr>
          <w:rFonts w:ascii="Times New Roman" w:hAnsi="Times New Roman" w:eastAsia="Times New Roman" w:cs="Times New Roman"/>
        </w:rPr>
        <w:t>Pompeius on vuosi 1989, ensimmäinen kolmen poliittisen vallan tienviitta, jotka modernin Rooman on voitettava sen kuolettavan haavan parantuessa. Ne ovat Neuvostoliitto, jota seuraavat Yhdysvallat sekä myös Yhdistyneet kansakunnat Danielin 11. luvun jakeessa 41. Paavillisen vallan sodankäynti on poliittista ja uskonnollista, ja profeetallisesti Yhdysvaltojen uskonnollinen valta valloitettiin, kun Reaganin ja paavi Johannes Paavali II:n salainen liitto toteutui. Paaviuden kohteena on kolme poliittista estettä ja kolme uskonnollista valtaa. Vuonna 1989 yksi kolmesta poliittisesta vallasta pyyhkäistiin pois; myös protestantismi, joka jo itse sanana merkitsee Roomaa vastaan protestoimista, pyyhkäistiin pois Yhdysvaltain presidentin toimesta samassa historiassa. Kolme poliittista valtaa ovat Neuvostoliitto, Yhdysvallat ja Yhdistyneet kansakunnat, ja uskonnolliset kohteet ovat protestantismi sekä lohikäärmeen erilaiset uskonnot, joita kaikkia pidetään spiritualismina. Ne kolme uskontoa, jotka johtavat maailman Harmagedoniin, ovat luopunut protestantismi, katolilaisuus ja spiritualismi; ja paavillisen vallan sisäiset kamppailut konservatiivisen ja liberaalin ideologian välillä sen kirkon piirissä sekä ortodoksisen katolisuuden skismat muodostavat uskonnollisen esteen, ja kaksi muuta uskonnollista estettä, jotka katolilaisuuden on voitettava, ovat luopunut protestantismi ja spiritualismi. Protestantismi pyyhkäistiin pois vuonna 1989.</w:t>
      </w:r>
    </w:p>
    <w:p>
      <w:pPr>
        <w:pStyle w:val="ArticleBody"/>
        <w:jc w:val="left"/>
      </w:pPr>
      <w:r>
        <w:rPr>
          <w:rFonts w:ascii="Times New Roman" w:hAnsi="Times New Roman" w:eastAsia="Times New Roman" w:cs="Times New Roman"/>
        </w:rPr>
        <w:t>Jos katolilaisuuden sisäiset kamppailut, sellaisina kuin niitä edustavat Fatiman sanomista johdetuissa erilaisissa katolisissa profetioissa, erotetaan sen pyrkimyksistä voittaa oman uskontonsa ulkopuolella olevat uskonnolliset vallat, niin sen alfa-voitto protestantismista oli Reaganin salainen liitto ja sen omega-voitto oli vuoden 2025 avoin liitto. Sen kamppailut ortodoksisten kirkkojen kanssa kuvataan niin ikään alkuvoitosta vuonna 1989 aina lopulliseen voittoon saakka Paniumissa.</w:t>
      </w:r>
    </w:p>
    <w:p>
      <w:pPr>
        <w:pStyle w:val="ArticleBody"/>
        <w:jc w:val="left"/>
      </w:pPr>
      <w:r>
        <w:rPr>
          <w:rFonts w:ascii="Times New Roman" w:hAnsi="Times New Roman" w:eastAsia="Times New Roman" w:cs="Times New Roman"/>
        </w:rPr>
        <w:t>Pompeius vastaa vuotta 1989, ja hänen kaksi voittoaan ”idästä ja ihanuuden maasta”, kuten Daniel määrittelee ne luvussa kahdeksan ja jakeessa yhdeksän, edustavat paaviuden hengellistä ja poliittista voittoa entisestä Neuvostoliitosta sekä siihen liittyvää hengellistä voittoa tunnustuksellisen protestantismin kirkkaasta maasta. Julius Caesar tulee kärsimään tappion Rafiassa, kuten Antiochos III kärsi ja kuten Zelenskyi tulee kärsimään. Julius on jakeiden seitsemästätoista yhdeksääntoista aiheena, ja sitten Augustus Caesar nousee esiin veronkantajana. Tiberias Caesar hallitsee ristin aikaan, joten Tiberias on jakeen kuusitoista sunnuntailaki.</w:t>
      </w:r>
    </w:p>
    <w:p>
      <w:pPr>
        <w:pStyle w:val="ArticleBody"/>
        <w:jc w:val="left"/>
      </w:pPr>
      <w:r>
        <w:rPr>
          <w:rFonts w:ascii="Times New Roman" w:hAnsi="Times New Roman" w:eastAsia="Times New Roman" w:cs="Times New Roman"/>
        </w:rPr>
        <w:t>Tämä rinnastaa Augustuksen jakeen viisitoista Paniumiin ja jakeen yksitoista Raphian taistelun Juliukseen. Paniumin taistelu on kolmas maailmansota, joka alkaa juuri ennen jakeen kuusitoista sunnuntailakia, mutta muuttuu sitten Actiumin taisteluksi. Panium oli maataistelu (Yhdysvallat) ja Actium meritaistelu (maailma). Augustus esitetään Paniumissa neljän roomalaisen hallitsijan linjassa, ja hän oli todellinen johtaja Actiumissa. Paniumissa Antiokhos kävi Egyptin kimppuun, joka oli liitossa Rooman kanssa, ja Actiumissa Augustus kävi Egyptin (Kleopatra) kimppuun, joka oli liitossa Rooman (Marcus Antonius) kanssa. Tämä merkitsee, että Pompeius edustaa jaetta neljäkymmentä vuoteen 1989 saakka ja Tiberias edustaa jakeen neljäkymmentäyksi sunnuntailakia. Julius Caesar saapui vuonna 2014, kun Ukrainan sota alkoi, kuten vuoden 217 eKr. Raphian taistelu esikuvallisesti osoitti.</w:t>
      </w:r>
    </w:p>
    <w:p>
      <w:pPr>
        <w:pStyle w:val="ArticleBody"/>
        <w:jc w:val="left"/>
      </w:pPr>
      <w:r>
        <w:rPr>
          <w:rFonts w:ascii="Times New Roman" w:hAnsi="Times New Roman" w:eastAsia="Times New Roman" w:cs="Times New Roman"/>
        </w:rPr>
        <w:t>Tämä osoittaa, että jakeet seitsemäntoista–kaksikymmentäkaksi alkavat vuodesta 1989 ja päättyvät sunnuntailakiin, ja ovat siten sitä historiaa, joka vastaa jakeen neljäkymmentä ”kätkettyä historiaa”. Myös makkabealaisten profeetallinen linja vastaa täsmälleen samaa ”kätkettyä historiaa”. Roomalaisten hallitsijoiden linja osoittaa modernia Roomaa, Ilmestyskirjan kuudennentoista luvun petoa, ja makkabealaisten linja kuvaa ihanaa maata, Ilmestyskirjan kuudennentoista luvun väärää profeettaa. Kolmen taistelun linja osoittaa voiton etelän kuninkaasta, Ilmestyskirjan kuudennentoista luvun lohikäärmeestä.</w:t>
      </w:r>
    </w:p>
    <w:p>
      <w:pPr>
        <w:pStyle w:val="ArticleBody"/>
        <w:jc w:val="left"/>
      </w:pPr>
      <w:r>
        <w:rPr>
          <w:rFonts w:ascii="Times New Roman" w:hAnsi="Times New Roman" w:eastAsia="Times New Roman" w:cs="Times New Roman"/>
        </w:rPr>
        <w:t>Nuo kolme linjaa edustavat niitä kolmea valtaa, jotka johtavat maailman Harmagedoniin, ja jakeessa neljäkymmentä niitä kuvataan etelän kuninkaana, lohikäärmeenä, pohjoisen kuninkaana, petona, ja vaunut, ratsumiehet ja laivat ovat väärä profeetta. Jakeiden kymmenestä kahteenkymmeneenkolmeen kolme linjaa edustavat noita kolmea valtaa jakeen neljäkymmentä kätketyssä historiassa, eivätkä ne ole enempää tai vähempää kuin jatkuva havainnollistus niistä kolmesta aiheesta, jotka ovat edustettuina jakeen neljäkymmentä avoimessa historiassa.</w:t>
      </w:r>
    </w:p>
    <w:p>
      <w:pPr>
        <w:pStyle w:val="ArticleHeading"/>
        <w:jc w:val="left"/>
      </w:pPr>
      <w:r>
        <w:rPr>
          <w:rFonts w:ascii="Arial" w:hAnsi="Arial" w:eastAsia="Arial" w:cs="Arial"/>
        </w:rPr>
        <w:t>Ensimmäinen jae</w:t>
      </w:r>
    </w:p>
    <w:p>
      <w:pPr>
        <w:pStyle w:val="ArticleBody"/>
        <w:jc w:val="left"/>
      </w:pPr>
      <w:r>
        <w:rPr>
          <w:rFonts w:ascii="Times New Roman" w:hAnsi="Times New Roman" w:eastAsia="Times New Roman" w:cs="Times New Roman"/>
        </w:rPr>
        <w:t>Jakeet yhdestä neljään yksilöivät ”lopun ajan” vuoteen 1989 sekä Yhdysvaltain kahdeksan presidenttiä tuosta lähtökohdasta alkaen ja päättyen viimeiseen, paljon vauraampaan kahdeksanteen presidenttiin. Jakeessa neljästä tuo kuningas tulee maailman kuninkaaksi, kuten sitä edustavat Aleksanteri Suuri, kuningas Ahab, Ilmestyskirjan seitsemännentoista luvun kymmenen kuningasta, Psalmin kahdeksankymmenenkolmen kymmenen heimoa sekä ne kymmenen kansakuntaa, jotka esitetään maailman symbolina aivan ensimmäisessä vaiheessa Jumalan liitossa Abramin kanssa 1. Mooseksen kirjan 15:18–21:ssä.</w:t>
      </w:r>
    </w:p>
    <w:p>
      <w:pPr>
        <w:pStyle w:val="ArticleBody"/>
        <w:jc w:val="left"/>
      </w:pPr>
      <w:r>
        <w:rPr>
          <w:rFonts w:ascii="Times New Roman" w:hAnsi="Times New Roman" w:eastAsia="Times New Roman" w:cs="Times New Roman"/>
        </w:rPr>
        <w:t>Jakeet yksi–neljä kuvaavat vuoden 1989 jälkeistä historiaa aina jakeen neljäkymmentäyksi pyhänpäivälain yhteydessä tapahtuvaan kolminkertaiseen liittoon saakka, ja sen vuoksi ne ovat yhdenmukaiset neljän roomalaisen hallitsijan, makkabilaisten linjan sekä jakeiden kymmenen–viisitoista kolmen taistelun kanssa, jotka yhdessä muodostavat jakeen neljäkymmentä kätketyn historian.</w:t>
      </w:r>
    </w:p>
    <w:p>
      <w:pPr>
        <w:pStyle w:val="ArticleBody"/>
        <w:jc w:val="left"/>
      </w:pPr>
      <w:r>
        <w:rPr>
          <w:rFonts w:ascii="Times New Roman" w:hAnsi="Times New Roman" w:eastAsia="Times New Roman" w:cs="Times New Roman"/>
        </w:rPr>
        <w:t>Jakeet viidestä yhdeksään esittävät profeetallisen linjan, joka täydellisesti kuvaa vuosien 538–1798 historiaa ja antaa historiallisen ja profeetallisen logiikan ymmärtää jakeessa neljäkymmentä olevan lopun ajan merkityksen. Tämä logiikka selittää jakeen kymmenen jakeiden viidestä yhdeksään kuvaaman historian kostona ja määrittelee siten vuoden 1989 logiikan. Tämä merkitsee, että Danielin yhdestoista luvun jakeet yhdestä kahteenkymmeneenkolmeen esittävät viisi profeetallista linjaa, jotka ovat linjassa jakeen neljäkymmentä kätketyn historian kanssa. Neljä ensimmäistä jaetta käsittelevät Trumpia, kahdeksatta presidenttiä, joka on niistä seitsemästä ja jonka kohtalona on olla Ilmestyskirjan seitsemännentoista luvun seitsemännen valtakunnan kymmenen kuninkaan kuningas.</w:t>
      </w:r>
    </w:p>
    <w:p>
      <w:pPr>
        <w:pStyle w:val="ArticleBody"/>
        <w:jc w:val="left"/>
      </w:pPr>
      <w:r>
        <w:rPr>
          <w:rFonts w:ascii="Times New Roman" w:hAnsi="Times New Roman" w:eastAsia="Times New Roman" w:cs="Times New Roman"/>
        </w:rPr>
        <w:t>Jakeet viidestä kymmeneen osoittavat historian, joka johtaa vuoteen 1798 ja edelleen vuoteen 1989; tämä on neljännenkymmenennen jakeen historia. Jakeet kymmenestä viiteentoista osoittavat kolmen sijaissodan historian, joka alkaa vuonna 1989, toisen alkaessa vuonna 2014; sitten rikkain presidentti nousi valtaan vuonna 2015. Tämä rikkain presidentti surmattiin vuonna 2020, ja vuonna 2022 Raphian sota kärjistyi, minkä jälkeen rikkain presidentti palasi vuonna 2024, ja vuonna 2025 sekä pedon pää että pedon kuvan pää vihittiin virkaansa.</w:t>
      </w:r>
    </w:p>
    <w:p>
      <w:pPr>
        <w:pStyle w:val="ArticleBody"/>
        <w:jc w:val="left"/>
      </w:pPr>
      <w:r>
        <w:rPr>
          <w:rFonts w:ascii="Times New Roman" w:hAnsi="Times New Roman" w:eastAsia="Times New Roman" w:cs="Times New Roman"/>
        </w:rPr>
        <w:t>Jatkamme näiden asioiden käsittelyä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kaksikymmentäyksi</dc:title>
  <dc:subject>Liike kohti sunnuntailakia ihanassa maassa</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