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Kaksikymmentäkaksi</w:t>
      </w:r>
    </w:p>
    <w:p>
      <w:pPr>
        <w:pStyle w:val="ArticleSubtitle"/>
        <w:jc w:val="left"/>
      </w:pPr>
      <w:r>
        <w:rPr>
          <w:rFonts w:ascii="Arial" w:hAnsi="Arial" w:eastAsia="Arial" w:cs="Arial"/>
        </w:rPr>
        <w:t>31. joulukuuta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31. joulukuuta 2023 lähtien Juudan sukukunnan Leijona on avannut profeetallisia totuuksia määrätyssä järjestyksessä. Järjestys on helposti todettavissa tarkastelemalla niitä kirjoituksia, jotka on julkaistu Future for America -verkkosivustolla. Viime kuukausien aikana avattuja totuuksia on ollut monia, ja ne ovat syvällisiä! Järjestys ei ole satunnainen, vaan tarkoituksellinen. Tämä järjestys osoittaa selvästi tarkoituksellisen, peräkkäisen prosessin, jonka Kristus Juudan sukukunnan Leijonana toteuttaa avatessaan seurakunnalle ja sen jälkeen maailmalle lopullisia koetussanomia. Ilmestyskirjassa Juudan sukukunnan Leijona ottaa kirjan, joka on sinetöity seitsemällä sinetillä, ja poistaa sinetit yhden kerrallaan — järjestyksessä.</w:t>
      </w:r>
    </w:p>
    <w:p>
      <w:pPr>
        <w:pStyle w:val="ArticleHeading"/>
        <w:jc w:val="left"/>
      </w:pPr>
      <w:r>
        <w:rPr>
          <w:rFonts w:ascii="Arial" w:hAnsi="Arial" w:eastAsia="Arial" w:cs="Arial"/>
        </w:rPr>
        <w:t>Paljastetaan omassa järjestyksessään</w:t>
      </w:r>
    </w:p>
    <w:p>
      <w:pPr>
        <w:pStyle w:val="ArticleScripture"/>
        <w:jc w:val="left"/>
      </w:pPr>
      <w:r>
        <w:rPr>
          <w:rFonts w:ascii="Times New Roman" w:hAnsi="Times New Roman" w:eastAsia="Times New Roman" w:cs="Times New Roman"/>
        </w:rPr>
        <w:t>”Kun nämä seitsemän ukkosenjylinää olivat puhuneet äänensä, Johannes saa saman käskyn kuin Daniel pienen kirjan suhteen: ’Sinetöi se, mitä ne seitsemän ukkosenjylinää puhuivat.’ Ne koskevat tulevia tapahtumia, jotka paljastetaan omassa järjestyksessään. Daniel on seisova osassaan päivien lopussa. Johannes näkee pienen kirjan avattuna. Silloin Danielin profetioilla on niiden oikea paikkansa ensimmäisen, toisen ja kolmannen enkelin sanomissa, jotka on annettava maailmalle. Pienen kirjan avaaminen oli aikaan liittyvä sanoma.</w:t>
      </w:r>
    </w:p>
    <w:p>
      <w:pPr>
        <w:pStyle w:val="ArticleScripture"/>
        <w:jc w:val="left"/>
      </w:pPr>
      <w:r>
        <w:rPr>
          <w:rFonts w:ascii="Times New Roman" w:hAnsi="Times New Roman" w:eastAsia="Times New Roman" w:cs="Times New Roman"/>
        </w:rPr>
        <w:t>Danielin kirja ja Ilmestyskirja ovat yhtä. Toinen on profetia, toinen ilmestys; toinen sinetöity kirja, toinen avattu kirja. Johannes kuuli ne salaisuudet, jotka ukkosenjylinät lausuivat, mutta häntä käskettiin olemaan kirjoittamatta niitä.</w:t>
      </w:r>
    </w:p>
    <w:p>
      <w:pPr>
        <w:pStyle w:val="ArticleScripture"/>
        <w:jc w:val="left"/>
      </w:pPr>
      <w:r>
        <w:rPr>
          <w:rFonts w:ascii="Times New Roman" w:hAnsi="Times New Roman" w:eastAsia="Times New Roman" w:cs="Times New Roman"/>
        </w:rPr>
        <w:t>”Johannekselle annettu erityinen valo, joka ilmaistiin seitsemässä ukkosenjylinässä, oli kuvaus tapahtumista, jotka toteutuisivat ensimmäisen ja toisen enkelin sanoman aikana. Ei ollut parhaaksi, että kansa tietäisi nämä asiat, sillä heidän uskonsa täytyi välttämättä joutua koetukselle. Jumalan järjestyksessä julistettaisiin mitä ihmeellisimpiä ja edistyneimpiä totuuksia. Ensimmäisen ja toisen enkelin sanomat oli julistettava, mutta lisävaloa ei ollut määrä ilmaista, ennen kuin nämä sanomat olivat tehneet oman erityisen työnsä. Tätä kuvaa enkeli, joka seisoo toinen jalka meren päällä ja julistaa mitä juhlallisimmalla valalla, ettei aikaa enää olisi.” The Seventh-day Adventist Bible Commentary, osa 7, s. 971.</w:t>
      </w:r>
    </w:p>
    <w:p>
      <w:pPr>
        <w:pStyle w:val="ArticleBody"/>
        <w:jc w:val="left"/>
      </w:pPr>
      <w:r>
        <w:rPr>
          <w:rFonts w:ascii="Times New Roman" w:hAnsi="Times New Roman" w:eastAsia="Times New Roman" w:cs="Times New Roman"/>
        </w:rPr>
        <w:t>“Seitsemän ukkosenjyrähdyksen” lopullinen ilmoitus avattiin vuoden 2023 jälkeen, ja se paljasti, että “seitsemän ukkosenjyrähdystä” edustavat ensimmäistä alfa-pettymystä aina viimeiseen oomega-pettymykseen saakka. Johanneksen ei sallittu määritellä seitsemää ukkosenjyrähdystä, sillä “seitsemän ukkosenjyrähdyksen” ilmoitus ei ollut historian yksittäinen täyttymys, vaan kuvaus “tapahtumien jaksotuksesta”, joka tapahtui milleriittien historiassa ja joka tulisi tapahtumaan jälleen viimeisinä päivinä. Täydellinen täyttymys näytettiin havainnollistamaan historiaa 18. heinäkuuta 2020:sta pian tulevaan sunnuntailakiin saakka. Leijona avasi tuon valon loistamaan sadan neljänkymmenenneljän tuhannen temppelin pystyttämisen historian ylle.</w:t>
      </w:r>
    </w:p>
    <w:p>
      <w:pPr>
        <w:pStyle w:val="ArticleBody"/>
        <w:jc w:val="left"/>
      </w:pPr>
      <w:r>
        <w:rPr>
          <w:rFonts w:ascii="Times New Roman" w:hAnsi="Times New Roman" w:eastAsia="Times New Roman" w:cs="Times New Roman"/>
        </w:rPr>
        <w:t>Milleriläisten historiassa ”seitsemän ukkosenjylinää” edusti aikaa vuodesta 1798 vuoteen 1844, jolloin milleriläiset esittivät ”mitä ihmeellisimpiä ja edistyneimpiä totuuksia”. Suorittaessaan heille annettua työtä milleriläisiä koeteltiin. He eivät täysin ymmärtäneet sitä sanomaa, jota he julistivat, eivätkä sitä historiaa, jota he olivat täyttämässä. Ne totuudet, joita he julistivat, olivat sitä, mitä sisar White määrittelee ”edistyneiksi totuuksiksi”, joita ei tullut ymmärtää ennen kuin ensimmäisen ja toisen enkelin sanomat olivat täyttäneet tehtävänsä.</w:t>
      </w:r>
    </w:p>
    <w:p>
      <w:pPr>
        <w:pStyle w:val="ArticleBody"/>
        <w:jc w:val="left"/>
      </w:pPr>
      <w:r>
        <w:rPr>
          <w:rFonts w:ascii="Times New Roman" w:hAnsi="Times New Roman" w:eastAsia="Times New Roman" w:cs="Times New Roman"/>
        </w:rPr>
        <w:t>Kun ”seitsemän ukkosta” saavuttaa täydellisen täyttymyksensä, nuo ”tulevat tapahtumat” esitetään Ilmestyskirjan neljäntoista luvun kolmen enkelin sanomissa yhdessä Danielin kirjan kanssa. Sadanneljäkymmentäneljän tuhannen työ, jota ”seitsemän ukkosen” ”tulevat tapahtumat” edustavat, on Danielin kirjan yhdistämistä kolmeen enkeliin.</w:t>
      </w:r>
    </w:p>
    <w:p>
      <w:pPr>
        <w:pStyle w:val="ArticleScripture"/>
        <w:jc w:val="left"/>
      </w:pPr>
      <w:r>
        <w:rPr>
          <w:rFonts w:ascii="Times New Roman" w:hAnsi="Times New Roman" w:eastAsia="Times New Roman" w:cs="Times New Roman"/>
        </w:rPr>
        <w:t>”Herra on aikeissa rangaista maailmaa sen vääryydestä. Hän on aikeissa rangaista uskonnollisia yhteisöjä siitä, että ne ovat hylänneet niille annetun valon ja totuuden. Suuri sanoma, joka yhdistää ensimmäisen, toisen ja kolmannen enkelin sanomat, on julistettava maailmalle. Tämän tulee olla meidän työmme ydin.” The Seventh-day Adventist Bible Commentary, osa 7, s. 950.</w:t>
      </w:r>
    </w:p>
    <w:p>
      <w:pPr>
        <w:pStyle w:val="ArticleBody"/>
        <w:jc w:val="left"/>
      </w:pPr>
      <w:r>
        <w:rPr>
          <w:rFonts w:ascii="Times New Roman" w:hAnsi="Times New Roman" w:eastAsia="Times New Roman" w:cs="Times New Roman"/>
        </w:rPr>
        <w:t>31. joulukuuta 2023 lähtien Juudan sukukunnan Leijona on avannut profeetallisia totuuksia tietyssä ”järjestyksessä”.</w:t>
      </w:r>
    </w:p>
    <w:p>
      <w:pPr>
        <w:pStyle w:val="ArticleHeading"/>
        <w:jc w:val="left"/>
      </w:pPr>
      <w:r>
        <w:rPr>
          <w:rFonts w:ascii="Arial" w:hAnsi="Arial" w:eastAsia="Arial" w:cs="Arial"/>
        </w:rPr>
        <w:t>Milleriittien historia</w:t>
      </w:r>
    </w:p>
    <w:p>
      <w:pPr>
        <w:pStyle w:val="ArticleScripture"/>
        <w:jc w:val="left"/>
      </w:pPr>
      <w:r>
        <w:rPr>
          <w:rFonts w:ascii="Times New Roman" w:hAnsi="Times New Roman" w:eastAsia="Times New Roman" w:cs="Times New Roman"/>
        </w:rPr>
        <w:t>On niitä, jotka nyt elävät ja jotka Danielin ja Johanneksen profetioita tutkiessaan saivat Jumalalta suurta valoa kulkiessaan niiden kohtien yli, joissa erityiset profetiat olivat täyttymässä omassa järjestyksessään. He veivät kansalle aikasanomaa. Totuus loisti kirkkaasti kuin aurinko keskipäivällä. Historialliset tapahtumat, jotka osoittivat profetian suoranaisen täyttymyksen, asetettiin kansan eteen, ja profetia nähtiin tapahtumien vertauskuvallisena esityksenä, joka johtaa tämän maan historian päätökseen.” Selected Messages, book 2, 101, 102.</w:t>
      </w:r>
    </w:p>
    <w:p>
      <w:pPr>
        <w:pStyle w:val="ArticleBody"/>
        <w:jc w:val="left"/>
      </w:pPr>
      <w:r>
        <w:rPr>
          <w:rFonts w:ascii="Times New Roman" w:hAnsi="Times New Roman" w:eastAsia="Times New Roman" w:cs="Times New Roman"/>
        </w:rPr>
        <w:t>Se ”järjestys”, jonka mukaisesti Kristus on avannut Keskiyön huudon sanoman sinettejä, edustaa ”historiallisia tapahtumia”, jotka osoittavat ”profetian suoran täyttymyksen” ja johtavat armonajan päättymiseen. Profetian suora täyttymys viimeisinä päivinä ei ole ajalle perustuvien profetioiden ilmoitusta, mutta Palmoni käyttää yhä lukuja tunnistaakseen profetian suorat täyttymykset. Aikaa ei enää ole, ja vaikka milleriitit ”kantoivat ajan sanoman” omalle sukupolvelleen, kolmannen enkelin sanoma on ”aikaa” voimakkaampi.</w:t>
      </w:r>
    </w:p>
    <w:p>
      <w:pPr>
        <w:pStyle w:val="ArticleScripture"/>
        <w:jc w:val="left"/>
      </w:pPr>
      <w:r>
        <w:rPr>
          <w:rFonts w:ascii="Times New Roman" w:hAnsi="Times New Roman" w:eastAsia="Times New Roman" w:cs="Times New Roman"/>
        </w:rPr>
        <w:t>”Herra on osoittanut minulle, että kolmannen enkelin sanoman täytyy mennä eteenpäin ja sitä on julistettava Herran hajallaan oleville lapsille, eikä sitä tule ripustaa aikaan; sillä aika ei enää koskaan ole oleva koetus. Näin, että jotkut saivat väärän kiihotuksen ajan saarnaamisesta; että kolmannen enkelin sanoma oli voimakkaampi kuin aika voi olla. Näin, että tämä sanoma voi seistä omalla perustallaan eikä se tarvitse aikaa sitä vahvistamaan, vaan se menee eteenpäin väkevässä voimassa, tekee työnsä, ja se päätetään vanhurskaudessa.” Experience and Views, 48.</w:t>
      </w:r>
    </w:p>
    <w:p>
      <w:pPr>
        <w:pStyle w:val="ArticleBody"/>
        <w:jc w:val="left"/>
      </w:pPr>
      <w:r>
        <w:rPr>
          <w:rFonts w:ascii="Times New Roman" w:hAnsi="Times New Roman" w:eastAsia="Times New Roman" w:cs="Times New Roman"/>
        </w:rPr>
        <w:t>Profetallisten totuuksien avaamisen peräkkäinen ”järjestys” osoittaa etenevän historian, mutta se osoittaa myös sanoman kehityksen. Esitetyn historian ”järjestys” sekä myös ne askeleet, joiden myötä Juudan heimon Leijona on avannut sanoman 31. joulukuuta lähtien, ovat molemmat pelastuksellisen tärkeitä ymmärtää. Heinäkuussa 2023 erämaassa huutavan ääni alkoi valmistaa tietä 31. joulukuuta 2023 tapahtuvalle avaamiselle. Sitten Juudan heimon Leijona avasi Ilmestyskirjan ensimmäisen luvun.</w:t>
      </w:r>
    </w:p>
    <w:p>
      <w:pPr>
        <w:pStyle w:val="ArticleHeading"/>
        <w:jc w:val="left"/>
      </w:pPr>
      <w:r>
        <w:rPr>
          <w:rFonts w:ascii="Arial" w:hAnsi="Arial" w:eastAsia="Arial" w:cs="Arial"/>
        </w:rPr>
        <w:t>Ei mitään muuta</w:t>
      </w:r>
    </w:p>
    <w:p>
      <w:pPr>
        <w:pStyle w:val="ArticleScripture"/>
        <w:jc w:val="left"/>
      </w:pPr>
      <w:r>
        <w:rPr>
          <w:rFonts w:ascii="Times New Roman" w:hAnsi="Times New Roman" w:eastAsia="Times New Roman" w:cs="Times New Roman"/>
        </w:rPr>
        <w:t>”Niiden juhlallisten sanomien, jotka on Ilmestyskirjassa annettu omassa järjestyksessään, tulee olla Jumalan kansan mielissä ensimmäisellä sijalla. Minkään muun ei tule antaa vallata huomiotamme.” Testimonies, osa 8, 301, 302.</w:t>
      </w:r>
    </w:p>
    <w:p>
      <w:pPr>
        <w:pStyle w:val="ArticleBody"/>
        <w:jc w:val="left"/>
      </w:pPr>
      <w:r>
        <w:rPr>
          <w:rFonts w:ascii="Times New Roman" w:hAnsi="Times New Roman" w:eastAsia="Times New Roman" w:cs="Times New Roman"/>
        </w:rPr>
        <w:t>Vuonna 2023 alkaneiden artikkelien tulee ”olla ensimmäisellä sijalla Jumalan kansan mielissä”.</w:t>
      </w:r>
    </w:p>
    <w:p>
      <w:pPr>
        <w:pStyle w:val="ArticleScripture"/>
        <w:jc w:val="left"/>
      </w:pPr>
      <w:r>
        <w:rPr>
          <w:rFonts w:ascii="Times New Roman" w:hAnsi="Times New Roman" w:eastAsia="Times New Roman" w:cs="Times New Roman"/>
        </w:rPr>
        <w:t>”Kaikki se, minkä Jumala on profeetallisessa historiassa määrännyt menneisyydessä täytettäväksi, on täyttynyt, ja kaikki se, mikä järjestyksessään on vielä tuleva, tulee tapahtumaan. Daniel, Jumalan profeetta, seisoo omalla paikallaan. Johannes seisoo omalla paikallaan. Ilmestyskirjassa Juudan sukukunnan Leijona on avannut profetian tutkijoille Danielin kirjan, ja siten Daniel seisoo omalla paikallaan. Hän kantaa todistuksensa, sen, minkä Herra hänelle näyssä ilmoitti niistä suurista ja juhlallisista tapahtumista, jotka meidän on tunnettava seistessämme aivan niiden täyttymyksen kynnyksellä.”</w:t>
      </w:r>
    </w:p>
    <w:p>
      <w:pPr>
        <w:pStyle w:val="ArticleScripture"/>
        <w:jc w:val="left"/>
      </w:pPr>
      <w:r>
        <w:rPr>
          <w:rFonts w:ascii="Times New Roman" w:hAnsi="Times New Roman" w:eastAsia="Times New Roman" w:cs="Times New Roman"/>
        </w:rPr>
        <w:t>”Historiassa ja profetiassa Jumalan sana kuvaa pitkään jatkunutta totuuden ja erehdyksen välistä taistelua. Tuo taistelu on yhä käynnissä. Se, mikä on ollut, toistuu jälleen.” Selected Messages, kirja 2, 109.</w:t>
      </w:r>
    </w:p>
    <w:p>
      <w:pPr>
        <w:pStyle w:val="ArticleHeading"/>
        <w:jc w:val="left"/>
      </w:pPr>
      <w:r>
        <w:rPr>
          <w:rFonts w:ascii="Nirmala UI" w:hAnsi="Nirmala UI" w:eastAsia="Nirmala UI" w:cs="Nirmala UI"/>
        </w:rPr>
        <w:t>तीस</w:t>
      </w:r>
    </w:p>
    <w:p>
      <w:pPr>
        <w:pStyle w:val="ArticleBody"/>
        <w:jc w:val="left"/>
      </w:pPr>
      <w:r>
        <w:rPr>
          <w:rFonts w:ascii="Times New Roman" w:hAnsi="Times New Roman" w:eastAsia="Times New Roman" w:cs="Times New Roman"/>
        </w:rPr>
        <w:t>Danielin kirjan yhdentoista luvun neljännenkymmenennen jakeen sanoma avattiin ja vahvistettiin viralliseen muotoon vuonna 1996. Kolmekymmentä vuotta myöhemmin juuri saman jakeen kätketty historia avataan nyt yhteydessä Keskiyön huudon sanoman virallistamiseen, sanoman, joka koostuu Islamia koskevasta korjatusta ulkoisesta ennustuksesta yhdessä Keskiyön huudon korjatun sisäisen sanoman kanssa. Keskiyön huudon sanoma julistetaan ennen kuudennentoista jakeen sunnuntailakia, sillä juuri sunnuntailain kohdalla ovi sulkeutuu vertauksessa.</w:t>
      </w:r>
    </w:p>
    <w:p>
      <w:pPr>
        <w:pStyle w:val="ArticleHeading"/>
        <w:jc w:val="left"/>
      </w:pPr>
      <w:r>
        <w:rPr>
          <w:rFonts w:ascii="Arial" w:hAnsi="Arial" w:eastAsia="Arial" w:cs="Arial"/>
        </w:rPr>
        <w:t>Pietari</w:t>
      </w:r>
    </w:p>
    <w:p>
      <w:pPr>
        <w:pStyle w:val="ArticleBody"/>
        <w:jc w:val="left"/>
      </w:pPr>
      <w:r>
        <w:rPr>
          <w:rFonts w:ascii="Times New Roman" w:hAnsi="Times New Roman" w:eastAsia="Times New Roman" w:cs="Times New Roman"/>
        </w:rPr>
        <w:t>Tämä sijoittaa Pietarin sadan neljänkymmenenneljän tuhannen sinetöimisen historiaan. Pietarilla oli sanoma, jonka hän julisti yläsalissa, ja sanoma, jonka hän julisti temppelissä. Yläsalin sanoma on vertauksen keskiyön huuto, ja temppelin sanoma on kolmannen enkelin voimallinen huuto. Jotta Pietari voisi julistaa yläsalin sanoman, keskiyön huudon, hänen sanomansa olisi ensin oikaistava ja muotoiltava muodolliseen asuun. Tämä oikaisu ja muodollistaminen toteutetaan kokoamalla yhteen ne profetian linjat, joita Juudan sukukunnan Leijona on yksilöinyt 31. joulukuuta 2023 lähtien.</w:t>
      </w:r>
    </w:p>
    <w:p>
      <w:pPr>
        <w:pStyle w:val="ArticleBody"/>
        <w:jc w:val="left"/>
      </w:pPr>
      <w:r>
        <w:rPr>
          <w:rFonts w:ascii="Times New Roman" w:hAnsi="Times New Roman" w:eastAsia="Times New Roman" w:cs="Times New Roman"/>
        </w:rPr>
        <w:t>Työnä on nyt Keskiyön huudon sanoman virallistaminen. Sanoman virallistamisen ovat esikuvallisesti ilmaisseet William Miller vuonna 1831 sekä The Time of the End -lehti vuonna 1996. Sen sanoman oikaisun, joka tuotti ensimmäisen pettymyksen 18. heinäkuuta 2020, ovat esikuvallisesti ilmaisseet sekä Josiah Litch että Samuel Snow. Työ, jonka kumpikin heistä suoritti, ”aiheutti” sen ”vaikutuksen”, joka seurasi 11. elokuuta 1840:n vanavedessä ja seitsemännen kuukauden liikkeen vanavedessä. Vuonna 1840 sanoma vietiin jokaiseen lähetysasemaan maailmassa, ja vuonna 1844 Keskiyön huudon sanoma pyyhkäisi Yhdysvaltojen itäisen rannikkoseudun yli kuin hyökyaalto. Ihmisten työ ”aiheutti” Pyhän Hengen vuodattamisen ”vaikutuksen”. Vuosi 1840 meni maailmaan, jota meri edustaa, ja vuosi 1844 meni Yhdysvaltoihin, joita maa edustaa. Vuoden 1840 vertauskuvana oli Ilmestyskirjan kymmenennessä luvussa Kristus seisomassa maan ja meren päällä, ja juuri tuo luku osoittaa historian vuodesta 1840 vuoteen 1844 asti sekä kuvaa Kristuksen seisomassa maan ja meren päällä.</w:t>
      </w:r>
    </w:p>
    <w:p>
      <w:pPr>
        <w:pStyle w:val="ArticleBody"/>
        <w:jc w:val="left"/>
      </w:pPr>
      <w:r>
        <w:rPr>
          <w:rFonts w:ascii="Times New Roman" w:hAnsi="Times New Roman" w:eastAsia="Times New Roman" w:cs="Times New Roman"/>
        </w:rPr>
        <w:t>Sekä vuonna 1840 että vuonna 1844 ennustukseen tehty oikaisu oli ajallinen siirto eteenpäin, tarkkaan määrättyyn päivään. Toinen oli ennustus islamista ja toinen ennustus kymmenen neitsyen vertauksesta. Toinen oli ulkoinen ja toinen sisäinen. Vuoteen 1844 sisältyi myös pyhäkön väärin ymmärtämisestä johtunut erehdys. Oliko pyhäkkö maa, vai oliko se taivaallinen pyhäkkö? Väärinkäsitys oli vielä syvempi kuin pelkkä pyhäkön määritelmä, sillä se edusti myös koetusta siitä, seuraisiko sielu Kristusta pyhästä paikasta kaikkeinpyhimpään.</w:t>
      </w:r>
    </w:p>
    <w:p>
      <w:pPr>
        <w:pStyle w:val="ArticleScripture"/>
        <w:jc w:val="left"/>
      </w:pPr>
      <w:r>
        <w:rPr>
          <w:rFonts w:ascii="Times New Roman" w:hAnsi="Times New Roman" w:eastAsia="Times New Roman" w:cs="Times New Roman"/>
        </w:rPr>
        <w:t>”Minä näin Isän nousevan valtaistuimelta ja lähtevän tulisissa vaunuissa esiripun sisäpuolella olevaan kaikkeinpyhimpään ja istuutuvan sinne. Sitten Jeesus nousi valtaistuimelta, ja useimmat niistä, jotka olivat kumartuneina, nousivat Hänen kanssaan. En nähnyt ainoankaan valonsäteen siirtyvän Jeesuksesta huolimattoman joukon ylle sen jälkeen, kun Hän oli noussut, ja heidät jätettiin täydelliseen pimeyteen. Ne, jotka nousivat silloin kun Jeesus nousi, pitivät katseensa kiinnitettyinä Häneen, kun Hän jätti valtaistuimen ja johdatti heitä vähän matkaa. Sitten Hän kohotti oikean käsivartensa, ja me kuulimme Hänen ihanan äänensä sanovan: ’Odottakaa tässä; minä menen Isäni luo vastaanottamaan valtakunnan; pitäkää vaatteenne tahrattomina, ja vähän ajan kuluttua minä palaan häistä ja otan teidät tyköni.’ Sitten pilvivaunut, joiden pyörät olivat kuin liekehtivä tuli ja joita enkelit ympäröivät, tulivat siihen, missä Jeesus oli. Hän astui vaunuihin, ja Hänet kannettiin kaikkeinpyhimpään, missä Isä istui. Siellä minä näin Jeesuksen, suuren Ylipapin, seisovan Isän edessä. Hänen vaippansa helmassa oli kulkunen ja granaattiomena, kulkunen ja granaattiomena. Ne, jotka nousivat Jeesuksen kanssa, kohottivat uskonsa Häneen kaikkeinpyhimmässä ja rukoilivat: ’Isäni, anna meille Sinun Henkesi.’ Silloin Jeesus puhalsi heidän päälleen Pyhän Hengen. Siinä henkäyksessä oli valoa, voimaa ja paljon rakkautta, iloa ja rauhaa.”</w:t>
      </w:r>
    </w:p>
    <w:p>
      <w:pPr>
        <w:pStyle w:val="ArticleScripture"/>
        <w:jc w:val="left"/>
      </w:pPr>
      <w:r>
        <w:rPr>
          <w:rFonts w:ascii="Times New Roman" w:hAnsi="Times New Roman" w:eastAsia="Times New Roman" w:cs="Times New Roman"/>
        </w:rPr>
        <w:t>“Käännyin katsomaan sitä joukkoa, joka yhä oli kumartuneena valtaistuimen edessä; he eivät tienneet, että Jeesus oli lähtenyt sen luota. Saatana näytti olevan valtaistuimen äärellä ja koettavan jatkaa Jumalan työtä. Näin heidän katsovan ylös valtaistuimeen ja rukoilevan: ‘Isä, anna meille Sinun Henkesi.’ Silloin Saatana puhaltaisi heidän ylleen epäpyhän vaikutuksen; siinä oli valoa ja paljon voimaa, mutta ei suloista rakkautta, iloa eikä rauhaa. Saatanan tarkoituksena oli pitää heidät petettyinä sekä vetää takaisin ja pettää Jumalan lapsia.” Early Writings, 55, 56.</w:t>
      </w:r>
    </w:p>
    <w:p>
      <w:pPr>
        <w:pStyle w:val="ArticleBody"/>
        <w:jc w:val="left"/>
      </w:pPr>
      <w:r>
        <w:rPr>
          <w:rFonts w:ascii="Times New Roman" w:hAnsi="Times New Roman" w:eastAsia="Times New Roman" w:cs="Times New Roman"/>
        </w:rPr>
        <w:t>Pyhäkkö tunnistettiin ”avaimeksi”, joka selitti kaikki ne väärinkäsitykset, jotka olivat syntyneet pyhäkön väärinymmärtämisestä. Se oli ”avain”, joka selitti pettymyksen. Viimeisinä päivinä ”avain” on pettymys, joka selittää temppelin väärinymmärtämisen.</w:t>
      </w:r>
    </w:p>
    <w:p>
      <w:pPr>
        <w:pStyle w:val="ArticleBody"/>
        <w:jc w:val="left"/>
      </w:pPr>
      <w:r>
        <w:rPr>
          <w:rFonts w:ascii="Times New Roman" w:hAnsi="Times New Roman" w:eastAsia="Times New Roman" w:cs="Times New Roman"/>
        </w:rPr>
        <w:t>22. lokakuuta 1844 lähtien ”aikaa ei enää ole”, ja 18. heinäkuuta 2020 tapahtuneen pettymyksen virhe on nyt korjattava, mutta ei ajan suhteen, sillä aikaa ei enää ole.</w:t>
      </w:r>
    </w:p>
    <w:p>
      <w:pPr>
        <w:pStyle w:val="ArticleScripture"/>
        <w:jc w:val="left"/>
      </w:pPr>
      <w:r>
        <w:rPr>
          <w:rFonts w:ascii="Times New Roman" w:hAnsi="Times New Roman" w:eastAsia="Times New Roman" w:cs="Times New Roman"/>
        </w:rPr>
        <w:t>Ja enkeli, jonka minä näin seisovan meren päällä ja maan päällä, kohotti kätensä taivasta kohti ja vannoi hänen kauttaan, joka elää aina ja iankaikkisesti, joka on luonut taivaan ja kaiken, mitä siinä on, ja maan ja kaiken, mitä siinä on, ja meren ja kaiken, mitä siinä on, ettei aikaa enää olisi; vaan seitsemännen enkelin äänen päivinä, silloin kun hän alkaa puhaltaa pasuunaan, Jumalan salaisuus käy täytäntöön, niin kuin hän on julistanut palvelijoillensa profeetoille. Ilmestys 10:5–7.</w:t>
      </w:r>
    </w:p>
    <w:p>
      <w:pPr>
        <w:pStyle w:val="ArticleBody"/>
        <w:jc w:val="left"/>
      </w:pPr>
      <w:r>
        <w:rPr>
          <w:rFonts w:ascii="Times New Roman" w:hAnsi="Times New Roman" w:eastAsia="Times New Roman" w:cs="Times New Roman"/>
        </w:rPr>
        <w:t>Korjattavan ennustuksen sijainti on Nashville, Tennessee, eikä sijaintia voida muuttaa, sillä sitä ei yksilöi Future for America, vaan Ellen White, eikä profetian Henki koskaan petä.</w:t>
      </w:r>
    </w:p>
    <w:p>
      <w:pPr>
        <w:pStyle w:val="ArticleScripture"/>
        <w:jc w:val="left"/>
      </w:pPr>
      <w:r>
        <w:rPr>
          <w:rFonts w:ascii="Times New Roman" w:hAnsi="Times New Roman" w:eastAsia="Times New Roman" w:cs="Times New Roman"/>
        </w:rPr>
        <w:t>”Kun olin Nashvillessä, olin puhunut kansalle, ja yön aikana valtava tulipallo tuli suoraan taivaasta ja asettui Nashvilleen. Siitä pallosta lähti liekkejä kuin nuolia; taloja joutui tulen valtaan; talot huojuivat ja sortuivat. Jotkut meidän väestämme seisoivat siellä. ’Juuri näin odotimmekin’, he sanoivat, ’tätä me odotimme.’ Toiset väänsivät käsiään tuskassa ja huusivat Jumalalta armoa. ’Te tiesitte sen’, he sanoivat, ’te tiesitte, että tämä oli tulossa, ettekä sanoneet sanaakaan varoittaaksenne meitä!’ He näyttivät siltä, että he olisivat melkein repineet heidät kappaleiksi ajatellessaan, etteivät nämä koskaan olleet kertoneet heille tai antaneet heille minkäänlaista varoitusta.” Käsikirjoitus 188, 1905.</w:t>
      </w:r>
    </w:p>
    <w:p>
      <w:pPr>
        <w:pStyle w:val="ArticleBody"/>
        <w:jc w:val="left"/>
      </w:pPr>
      <w:r>
        <w:rPr>
          <w:rFonts w:ascii="Times New Roman" w:hAnsi="Times New Roman" w:eastAsia="Times New Roman" w:cs="Times New Roman"/>
        </w:rPr>
        <w:t>Nashvilleen kohdistuvien tulipallojen sisäinen merkitys on siinä, että ne osoittavat Laodikean seitsemännen päivän adventismin tienneen Nashvillea koskevasta varoitussanomasta, mutta vaienneen siitä. Tämä on se kohta profeetallisessa historiassa, jossa Keskiyön huudon sanoman ”häpeä” tai ”ilo” tulee ilmi. Tämä on se kohta, jossa niiden, joiden on määrä tulla lipuksi, erottuminen alkaa kohota näkyviin vastakohtana niille, jotka silloin joutuvat häpeään niiden maailman ihmisten taholta, jotka ovat kiivastuneita ja vihaisia siitä, ettei Laodikean seitsemännen päivän adventismi antanut Nashville-varoitusta. Tätä samaa profeetallista erottelua edustettiin Karmelinvuorella Elian ja Baalin profeettojen välillä sekä Milleriittisen historian toisen enkelin vaiheessa, jolloin protestanteista tuli luopuneita protestantteja ja he alkoivat toimia vääränä profeettana, tullen Rooman tyttäriksi. Vuonna 1989 poliittinen sarvi Reaganin kautta teki täsmälleen saman asian, mutta Reagan ei tullut Rooman tyttäriksi; hänestä tuli Ahab ja ensimmäinen Clovis, Rooman rakastajat.</w:t>
      </w:r>
    </w:p>
    <w:p>
      <w:pPr>
        <w:pStyle w:val="ArticleScripture"/>
        <w:jc w:val="left"/>
      </w:pPr>
      <w:r>
        <w:rPr>
          <w:rFonts w:ascii="Times New Roman" w:hAnsi="Times New Roman" w:eastAsia="Times New Roman" w:cs="Times New Roman"/>
        </w:rPr>
        <w:t>”Minulle esitettiin eräs näky. Oli sapatin aattoilta. Silloin tuo näky esitettiin. Katsoin ulos ikkunasta, ja siellä oli suunnaton tulipallo, joka oli tullut taivaasta, ja se putosi siihen, missä he valivat pylväsrakennuksia; erityisesti pylväät esitettiin minulle. Ja näytti siltä kuin pallo olisi tullut aivan rakennukseen ja murskannut sen, ja he näkivät, että se haarautui, haarautui, laajeni, ja he alkoivat huutaa ja valittaa ja valittaa sekä väännellä käsiään; ja luulin joidenkuiden meidän kansastamme seisovan siinä vieressä sanoen: ’No, juuri tätä me olemme odottaneet; juuri tästä me olemme puhuneet; juuri tästä me olemme puhuneet.’ ’Te tiesitte sen?’ ihmiset sanoivat. ’Te tiesitte sen ettekä koskaan kertoneet meille siitä?’ Minusta näytti, että heidän kasvoillaan oli niin suuri tuska, heidän olemuksessaan niin suuri tuska.’” Käsikirjoitus 152; 1904.</w:t>
      </w:r>
    </w:p>
    <w:p>
      <w:pPr>
        <w:pStyle w:val="ArticleBody"/>
        <w:jc w:val="left"/>
      </w:pPr>
      <w:r>
        <w:rPr>
          <w:rFonts w:ascii="Times New Roman" w:hAnsi="Times New Roman" w:eastAsia="Times New Roman" w:cs="Times New Roman"/>
        </w:rPr>
        <w:t>18. heinäkuuta 2020 tapahtunut pettymys on se ”avain”, jonka avulla voidaan tunnistaa temppeli, joka on nostettava merkiksi. Kahden adventistiluokan välinen ero on raamatullisen profetian keskeinen teema. Jeremia kieltäytyi liittymästä ”pilkkaajien joukkoon”, ja Smyrnan ja Filadelfian seurakunnat asetettiin kumpikin vastakkain saatanan synagogan kanssa, niiden kanssa, jotka väittivät olevansa juutalaisia, mutta eivät olleet. Näiden kahden adventisteiksi tunnustautuvan luokan välinen ero ilmenee siinä menetelmässä, jota ne käyttävät Raamatun tutkimisessa. Se on ero todellisen kasvatuksen ja ”niin sanotun korkeamman kasvatuksen” välillä, kuten sisar White sitä nimittää.</w:t>
      </w:r>
    </w:p>
    <w:p>
      <w:pPr>
        <w:pStyle w:val="ArticleBody"/>
        <w:jc w:val="left"/>
      </w:pPr>
      <w:r>
        <w:rPr>
          <w:rFonts w:ascii="Times New Roman" w:hAnsi="Times New Roman" w:eastAsia="Times New Roman" w:cs="Times New Roman"/>
        </w:rPr>
        <w:t>Nashville tunnetaan ”Etelän Ateenana”, ja kuuluisin Kreikkaa Nashvillessä edustava rakennus on Centennial Parkissa sijaitseva Parthenon, joka rakennettiin vuonna 1897 antiikin kreikkalaisen Parthenonin täysimittaiseksi jäljennökseksi. Se rakennettiin juhlistamaan Tennesseen valtioksi liittymisen satavuotismuistoa vuonna 1796, ja sen oli tarkoitus tulla puretuksi juhlan jälkeen. Sen sijaan alue muutettiin puistoksi vuonna 1903, ja Parthenon rakennettiin uudelleen pysyväksi vuosina 1920–1931.</w:t>
      </w:r>
    </w:p>
    <w:p>
      <w:pPr>
        <w:pStyle w:val="ArticleBody"/>
        <w:jc w:val="left"/>
      </w:pPr>
      <w:r>
        <w:rPr>
          <w:rFonts w:ascii="Times New Roman" w:hAnsi="Times New Roman" w:eastAsia="Times New Roman" w:cs="Times New Roman"/>
        </w:rPr>
        <w:t>Nimi ”Parthenon” juontuu kreikan sanasta parthénos, joka merkitsee ”neitsyttä” tai ”neitoa” ja viittaa Atheneen hänen koskemattoman, viisaan ja sotaisan viisauden, strategian, taiteiden, käsitöiden ja sivistyksen jumalattaren olemuksessaan. Se rakennettiin vuosina 447–432 eKr. Ateenan Akropoliille, ja siinä sijaitsi kuvanveistäjä Feidiaan tekemä valtava kryselefanttiininen (kullasta ja norsunluusta tehty) Athenen patsas — palvellen käytännössä hänen ”talonaan” tai jumalallisena asuinsijanaan, jossa hänen uskottiin olevan läsnä.</w:t>
      </w:r>
    </w:p>
    <w:p>
      <w:pPr>
        <w:pStyle w:val="ArticleBody"/>
        <w:jc w:val="left"/>
      </w:pPr>
      <w:r>
        <w:rPr>
          <w:rFonts w:ascii="Times New Roman" w:hAnsi="Times New Roman" w:eastAsia="Times New Roman" w:cs="Times New Roman"/>
        </w:rPr>
        <w:t>Länsimaisen koulutusjärjestelmän painotus laaja-alaiseen tietämykseen, kriittiseen tarkasteluun, kansalaiseksi valmistamiseen ja vapaisiin taiteisiin perustuvaan viitekehykseen juontuu perustavalla tavalla antiikin kreikkalaisesta filosofiasta ja käytännöstä. Ilman Platonin Akatemiaa, Aristoteleen Lykeionia tai ateenalaista paideiaa moderni koululaitos sellaisena kuin me sen tunnemme näyttäisi hyvin toisenlaiselta.</w:t>
      </w:r>
    </w:p>
    <w:p>
      <w:pPr>
        <w:pStyle w:val="ArticleBody"/>
        <w:jc w:val="left"/>
      </w:pPr>
      <w:r>
        <w:rPr>
          <w:rFonts w:ascii="Times New Roman" w:hAnsi="Times New Roman" w:eastAsia="Times New Roman" w:cs="Times New Roman"/>
        </w:rPr>
        <w:t>Vuonna 1904 Madisonin koulu perustettiin yhdeksän mailin päähän Nashvillestä. Ellen White oli alkuperäisen Madisonin koulun (virallisesti Nashville Agricultural and Normal Institute, myöhemmin tunnettu nimellä Madison College) perustavan johtokunnan jäsen. Hän toimi johtokunnan perustajajäsenenä laitoksen perustamisesta vuonna 1904 lähtien. Hän pysyi johtokunnassa noin vuoteen 1914 asti (vuotta ennen kuolemaansa vuonna 1915).</w:t>
      </w:r>
    </w:p>
    <w:p>
      <w:pPr>
        <w:pStyle w:val="ArticleBody"/>
        <w:jc w:val="left"/>
      </w:pPr>
      <w:r>
        <w:rPr>
          <w:rFonts w:ascii="Times New Roman" w:hAnsi="Times New Roman" w:eastAsia="Times New Roman" w:cs="Times New Roman"/>
        </w:rPr>
        <w:t>Tämä oli ainoa korkeakoulun tai muun laitoksen johtokunta, johon hän koskaan suostui liittymään tai jossa hän suostui palvelemaan. Hän rajoitti tietoisesti tällaiset muodolliset tehtävät muissa adventistijärjestöissä, mutta teki poikkeuksen Madisonin kohdalla sen vuoksi, että se oli sopusoinnussa hänen koulutusta koskevien neuvojensa kanssa (omavarainen, maatilapohjainen, lähetystyöhön suuntautunut koulutus, jossa korostuivat Raamattu, ruumiillinen työ ja käytännöllinen valmistautuminen palvelukseen etelässä ja sen ulkopuolella). Sister Whiten Nashvillestä antamat sanomat tulivat vuosina 1904 ja 1905, samana ajanjaksona, jolloin Madison School oli alkamassa ja Parthenon-näyttelyä muutettiin pysyväksi rakenteeksi pysyvään puistoon. Kreikkalaisen koulutuksen ja taivaallisen koulutuksen symboli merkitsivät kumpikin alkuaan samana lyhyenä ajanjaksona, joka oli myös se ajanjakso, jolloin näyt Nashvillen tulipalloista annettiin.</w:t>
      </w:r>
    </w:p>
    <w:p>
      <w:pPr>
        <w:pStyle w:val="ArticleScripture"/>
        <w:jc w:val="left"/>
      </w:pPr>
      <w:r>
        <w:rPr>
          <w:rFonts w:ascii="Times New Roman" w:hAnsi="Times New Roman" w:eastAsia="Times New Roman" w:cs="Times New Roman"/>
        </w:rPr>
        <w:t>”Viime yönä minulle esitettiin näky. En ehkä koskaan tunne olevani vapaa paljastamaan sitä kokonaisuudessaan, mutta paljastan siitä vähän.</w:t>
      </w:r>
    </w:p>
    <w:p>
      <w:pPr>
        <w:pStyle w:val="ArticleScripture"/>
        <w:jc w:val="left"/>
      </w:pPr>
      <w:r>
        <w:rPr>
          <w:rFonts w:ascii="Times New Roman" w:hAnsi="Times New Roman" w:eastAsia="Times New Roman" w:cs="Times New Roman"/>
        </w:rPr>
        <w:t>“Näytti siltä, että suunnaton tulipallo laskeutui maailman päälle ja murskasi suuria taloja. Paikasta toiseen kohosi huuto: ’Herra on tullut! Herra on tullut!’ Monet eivät olleet valmistautuneet kohtaamaan Häntä, mutta harvat sanoivat: ’Ylistys Herralle!’”</w:t>
      </w:r>
    </w:p>
    <w:p>
      <w:pPr>
        <w:pStyle w:val="ArticleScripture"/>
        <w:jc w:val="left"/>
      </w:pPr>
      <w:r>
        <w:rPr>
          <w:rFonts w:ascii="Times New Roman" w:hAnsi="Times New Roman" w:eastAsia="Times New Roman" w:cs="Times New Roman"/>
        </w:rPr>
        <w:t>“‘Miksi ylistätte Herraa?’ kysyivät ne, joiden päälle oli äkkinäinen turmio tulossa.</w:t>
      </w:r>
    </w:p>
    <w:p>
      <w:pPr>
        <w:pStyle w:val="ArticleScripture"/>
        <w:jc w:val="left"/>
      </w:pPr>
      <w:r>
        <w:rPr>
          <w:rFonts w:ascii="Times New Roman" w:hAnsi="Times New Roman" w:eastAsia="Times New Roman" w:cs="Times New Roman"/>
        </w:rPr>
        <w:t>”Koska me näemme nyt sen, mitä olemme etsineet.”</w:t>
      </w:r>
    </w:p>
    <w:p>
      <w:pPr>
        <w:pStyle w:val="ArticleScripture"/>
        <w:jc w:val="left"/>
      </w:pPr>
      <w:r>
        <w:rPr>
          <w:rFonts w:ascii="Times New Roman" w:hAnsi="Times New Roman" w:eastAsia="Times New Roman" w:cs="Times New Roman"/>
        </w:rPr>
        <w:t>“‘Jos uskoitte, että nämä asiat olivat tulossa, miksi ette kertoneet meille?’ oli tuo kauhea vastaus. ‘Me emme tienneet näistä asioista. Miksi jätitte meidät tietämättömyyteen? Kerta toisensa jälkeen olette nähneet meidät; miksi ette tutustuneet meihin ja kertoneet meille tulevasta tuomiosta sekä siitä, että meidän täytyi palvella Jumalaa, ettemme hukkuisi? Nyt olemme kadotetut!’” Käsikirjoitus 102, 1904.</w:t>
      </w:r>
    </w:p>
    <w:p>
      <w:pPr>
        <w:pStyle w:val="ArticleBody"/>
        <w:jc w:val="left"/>
      </w:pPr>
      <w:r>
        <w:rPr>
          <w:rFonts w:ascii="Times New Roman" w:hAnsi="Times New Roman" w:eastAsia="Times New Roman" w:cs="Times New Roman"/>
        </w:rPr>
        <w:t>Nashvillen sanomien asiayhteys sijoitettiin maantieteellisesti hengelliseen kehykseen, joka koski oikeaa tai väärää kasvatusta. Sellaista kasvatusta, joka valmistaa sielun olemaan joko taivaan tai maan kansalainen. Sisaren Whiten Nashvilleä koskevissa näyissä ei ole mitään viittausta islamiin, joten mikä olisi oikeutus liittää islami näkyyn tulipalloista Nashvillen yllä? Kuinka Nashvillen vuoden 2020 sanoman oikaisu olisi sopusoinnussa Josiah Litchin ja Samuel Snown työn kanssa? Heidän oikaisunsa tehtiin silloin, kun he tunnistivat, että sama todistusaineisto, joka oli johtanut ensimmäiseen ennustukseen, oli se todistusaineisto, joka vahvisti oikaistun ennustuksen.</w:t>
      </w:r>
    </w:p>
    <w:p>
      <w:pPr>
        <w:pStyle w:val="ArticleBody"/>
        <w:jc w:val="left"/>
      </w:pPr>
      <w:r>
        <w:rPr>
          <w:rFonts w:ascii="Times New Roman" w:hAnsi="Times New Roman" w:eastAsia="Times New Roman" w:cs="Times New Roman"/>
        </w:rPr>
        <w:t>Islamin todistus vahvistettiin kauan ennen kuin se yhdistettiin Nashvillen varoitussanomaan. Islamin sanoma liittyy suoranaisesti kolmannen enkelin sanomaan. Tätä tosiasiaa havainnollistavat useat raamatulliset todistajat. Kolmannen enkelin varoitus edustaa varoitusta pohjoisen kuninkaan vallan tunnusmerkistä, ja Islamin varoitusta edustaa idän lasten varoitus.</w:t>
      </w:r>
    </w:p>
    <w:p>
      <w:pPr>
        <w:pStyle w:val="ArticleScripture"/>
        <w:jc w:val="left"/>
      </w:pPr>
      <w:r>
        <w:rPr>
          <w:rFonts w:ascii="Times New Roman" w:hAnsi="Times New Roman" w:eastAsia="Times New Roman" w:cs="Times New Roman"/>
        </w:rPr>
        <w:t>Mutta sanomia idästä ja pohjoisesta on saattava hänet levottomaksi; sentähden hän lähtee suurella kiivaudella hävittämään ja perin juurin tuhoamaan monia. Daniel 11:44.</w:t>
      </w:r>
    </w:p>
    <w:p>
      <w:pPr>
        <w:pStyle w:val="ArticleBody"/>
        <w:jc w:val="left"/>
      </w:pPr>
      <w:r>
        <w:rPr>
          <w:rFonts w:ascii="Times New Roman" w:hAnsi="Times New Roman" w:eastAsia="Times New Roman" w:cs="Times New Roman"/>
        </w:rPr>
        <w:t>Kolmas enkeli astui historiaan 22. lokakuuta 1844, kun seitsemäs pasuuna alkoi soida. Seitsemäs pasuuna on myös islamin kolmas voi-huuto. Vuoden 1863 kapina vaimensi seitsemännen pasuunan soimisen aina syyskuun 11. päivään saakka, jolloin kolmas enkeli laskeutui Ilmestyskirjan kahdeksannessatoista luvussa, kun New Yorkin suuret rakennukset kukistuivat Jumalan voiman kosketuksesta.</w:t>
      </w:r>
    </w:p>
    <w:p>
      <w:pPr>
        <w:pStyle w:val="ArticleBody"/>
        <w:jc w:val="left"/>
      </w:pPr>
      <w:r>
        <w:rPr>
          <w:rFonts w:ascii="Times New Roman" w:hAnsi="Times New Roman" w:eastAsia="Times New Roman" w:cs="Times New Roman"/>
        </w:rPr>
        <w:t>9/11 oli sinetöimisen ajan alfa eli alku, joka päättyy siihen omegaan eli niiden sadan neljänkymmenenneljän tuhannen sinetöimisen päätökseen pian tulevan sunnuntailain aikana.</w:t>
      </w:r>
    </w:p>
    <w:p>
      <w:pPr>
        <w:pStyle w:val="ArticleBody"/>
        <w:jc w:val="left"/>
      </w:pPr>
      <w:r>
        <w:rPr>
          <w:rFonts w:ascii="Times New Roman" w:hAnsi="Times New Roman" w:eastAsia="Times New Roman" w:cs="Times New Roman"/>
        </w:rPr>
        <w:t>9/11 on pedon kuvan koetuksen ajan alfa Yhdysvalloissa, ja se päättyy pedon kuvan koetuksen ajan omegaan Yhdysvalloissa, mikä tapahtuu silloin, kun pedon merkki pannaan täytäntöön Yhdysvalloissa.</w:t>
      </w:r>
    </w:p>
    <w:p>
      <w:pPr>
        <w:pStyle w:val="ArticleBody"/>
        <w:jc w:val="left"/>
      </w:pPr>
      <w:r>
        <w:rPr>
          <w:rFonts w:ascii="Times New Roman" w:hAnsi="Times New Roman" w:eastAsia="Times New Roman" w:cs="Times New Roman"/>
        </w:rPr>
        <w:t>9/11 on alfa eli elävien tuomion alku maan pedon päällä, mukaan lukien sen republikaaninen ja protestanttinen sarvi, mikä päättyy pian tulevaan sunnuntailakiin.</w:t>
      </w:r>
    </w:p>
    <w:p>
      <w:pPr>
        <w:pStyle w:val="ArticleBody"/>
        <w:jc w:val="left"/>
      </w:pPr>
      <w:r>
        <w:rPr>
          <w:rFonts w:ascii="Times New Roman" w:hAnsi="Times New Roman" w:eastAsia="Times New Roman" w:cs="Times New Roman"/>
        </w:rPr>
        <w:t>9/11 on ”Herran valmistuksen päivän” alku, joka päättyy koetukseen Herran sapatinpäivästä.</w:t>
      </w:r>
    </w:p>
    <w:p>
      <w:pPr>
        <w:pStyle w:val="ArticleBody"/>
        <w:jc w:val="left"/>
      </w:pPr>
      <w:r>
        <w:rPr>
          <w:rFonts w:ascii="Times New Roman" w:hAnsi="Times New Roman" w:eastAsia="Times New Roman" w:cs="Times New Roman"/>
        </w:rPr>
        <w:t>9/11 on temppelin pystyttämisen alfa, jota peruskivi edustaa ja joka päättyy, kun omega-huippukivi asetetaan temppelin päälle.</w:t>
      </w:r>
    </w:p>
    <w:p>
      <w:pPr>
        <w:pStyle w:val="ArticleBody"/>
        <w:jc w:val="left"/>
      </w:pPr>
      <w:r>
        <w:rPr>
          <w:rFonts w:ascii="Times New Roman" w:hAnsi="Times New Roman" w:eastAsia="Times New Roman" w:cs="Times New Roman"/>
        </w:rPr>
        <w:t>9/11 on kolmannen vitsauksen alfa Yhdysvalloissa, ja se päättyy Ilmestyskirjan yhdestoista luvussa kuvattuun maanjäristykseen, joka on pian tuleva sunnuntailaki. Tuossa maanjäristyksessä kolmas vitsaus tulee nopeasti. Nashvillen tulipallojen historia sijoittuu ennen armonajan päättymistä sunnuntailain yhteydessä, huolimatta niiden julistuksesta, jotka tuomitsevat laodikealaiset adventistit väittäen: ”Nyt olemme kadotetut.”</w:t>
      </w:r>
    </w:p>
    <w:p>
      <w:pPr>
        <w:pStyle w:val="ArticleBody"/>
        <w:jc w:val="left"/>
      </w:pPr>
      <w:r>
        <w:rPr>
          <w:rFonts w:ascii="Times New Roman" w:hAnsi="Times New Roman" w:eastAsia="Times New Roman" w:cs="Times New Roman"/>
        </w:rPr>
        <w:t>Joelin kirja ja sen täyttymys helluntaina tuovat esiin Keskiyön huudon sanoman kiistan, kun eräs ryhmä, joka ei kykene ymmärtämään tiedon lisääntymistä, syyttää niitä, jotka ymmärtävät, juopumuksesta. Efraimin juopuneiden ja viisaiden välinen vastakkainasettelu on aihe, jota Jumalan profeetallisessa Sanassa usein käsitellään. Yksi totuuden osatekijä on, että sanoma on kaksivaiheinen sanoma, kuten Pietari havainnollisti yläsalissa ja sen jälkeen temppelissä. Sitä kuvaa se, että tuomio alkaa Jumalan huoneesta ja sen jälkeen kohtaa ne, jotka ovat Jumalan huoneen ulkopuolella. Tuomioprosessia kuvaavat myös Ilmestyskirjan kahdeksantoista luvun kaksi ääntä, joissa ensimmäinen ääni on 9/11:stä sunnuntailakiin asti, ja sitten jakeen neljäs toinen ääni merkitsee sunnuntailakia. Myös Elia havainnollistaa myöhäissateen toden ja väärän profeetallisen sanoman välistä eroa; Malakia osoittaa hänen palaavan juuri ennen armonajan päättymistä.</w:t>
      </w:r>
    </w:p>
    <w:p>
      <w:pPr>
        <w:pStyle w:val="ArticleBody"/>
        <w:jc w:val="left"/>
      </w:pPr>
      <w:r>
        <w:rPr>
          <w:rFonts w:ascii="Times New Roman" w:hAnsi="Times New Roman" w:eastAsia="Times New Roman" w:cs="Times New Roman"/>
        </w:rPr>
        <w:t>Viisaiden ja tyhmien vertauskuvina Karmelinvuorella olivat ”Elia, viisas” ja Baalin tyhmät profeetat. Elia on Pietari, ja Baalin profeetat ovat Efraimin juopot. Kun tyhmät juopot tulevat ilmi Baalin väärinä profeettoina tulen vuodatuksen kautta, kansa vastaa vihdoin: ”Herra, hän on Jumala.” Laodikealaiset seitsemännen päivän adventistit tulevat sellaisina ilmi Nashvillen ennustuksen täyttymyksessä. Ne adventismin ulkopuolella olevat, jotka silloin herätetään tajuamaan tyhmien uskottomuus, joutuvat synnintuntoon, mutta heidän koetusaikansa ei ole vielä päättynyt. Nashvillen varoitussanoman kuvaama viisaiden ja tyhmien neitsyiden ilmitulo on tienviitta kymmenen neitsyen vertauksen lopullisessa, täydellisessä täyttymyksessä.</w:t>
      </w:r>
    </w:p>
    <w:p>
      <w:pPr>
        <w:pStyle w:val="ArticleBody"/>
        <w:jc w:val="left"/>
      </w:pPr>
      <w:r>
        <w:rPr>
          <w:rFonts w:ascii="Times New Roman" w:hAnsi="Times New Roman" w:eastAsia="Times New Roman" w:cs="Times New Roman"/>
        </w:rPr>
        <w:t>18. heinäkuuta 2020 koettu pettymys määrittää sanoman, joka on oikaistava, sekä niiden Adventismin piirissä olevien ilmenemisen, joilla on öljy, ja niiden, joilla sitä ei ole. Niitä, joilta puuttui Nashvilleä varoittava öljyn sanoma, verrataan sitten niihin, joilla öljy on. Niistä kahdesta ryhmästä, joilla joko on tai ei ole sanoman öljyä, toinen ryhmä on kokenut pettymyksen, jota Miller-liikkeen historian ensimmäinen pettymys edusti, toinen ei ole kokenut sitä. Ilman Miller-liikkeen esikuvallistamaa pettymystä mitään epäonnistunutta ennustusta ei ole oikaistavana. Se seikka, että vuoden 2020 Nashvilleä koskeva ennustus yksilöi islamin, on sopusoinnussa sellaisen epäonnistuneen sanoman osatekijän kanssa, joka täytyy oikaista.</w:t>
      </w:r>
    </w:p>
    <w:p>
      <w:pPr>
        <w:pStyle w:val="ArticleBody"/>
        <w:jc w:val="left"/>
      </w:pPr>
      <w:r>
        <w:rPr>
          <w:rFonts w:ascii="Times New Roman" w:hAnsi="Times New Roman" w:eastAsia="Times New Roman" w:cs="Times New Roman"/>
        </w:rPr>
        <w:t>Todiste tästä löytyy siitä, että se historiallinen ajanjakso, jossa Nashvillen tulipallot saapuvat, ei ainoastaan vastaa sitä historiaa, jossa milleriläiset kokivat ensimmäisen pettymyksensä ja jossa sanoma sen jälkeen korjattiin, vaan myös siitä, että se tapahtuu sellaisen historian sisällä, joka alkaa kolmannen enkelin saapumisella 11.9., merkiten kolmannen voi-huudon islamin saapumista, ja että tämä islam saapuu profeetallisesti jälleen Ilmestyskirjan yhdentoista luvun sunnuntailakimaanjäristyksessä. Islamin säilyttäminen sanomassa ilman mitään suoraa viittausta Sister White’n taholta islamiin ja Nashvillen varoitukseen perustuu historian teemaan, joka on islam.</w:t>
      </w:r>
    </w:p>
    <w:p>
      <w:pPr>
        <w:pStyle w:val="ArticleBody"/>
        <w:jc w:val="left"/>
      </w:pPr>
      <w:r>
        <w:rPr>
          <w:rFonts w:ascii="Times New Roman" w:hAnsi="Times New Roman" w:eastAsia="Times New Roman" w:cs="Times New Roman"/>
        </w:rPr>
        <w:t>Danielin kirja -sarjan sadannessaviidennessäkymmenennessäkolmannessa artikkelissa osoitimme, että Bileamin ja aasin todistuksen mukaisesti islamilla, jota aasi edustaa, olisi kolme ensisijaista vuorovaikutusta Yhdysvaltojen kanssa 9/11:n historiassa aina sunnuntailakiin saakka. Tunnistimme 9/11:n ensimmäiseksi, sitten 7. lokakuuta 2022 toiseksi. Huomautimme, että ensimmäinen hyökkäys kohdistui hengelliseen ihanaan maahan ja toinen hyökkäys kirjaimelliseen ihanaan maahan, Israeliin, ja että kolmas hyökkäys olisi hyökkäys sunnuntailain maanjäristyksessä. Osoitimme, että Bileamin historian tässä profeetallisessa tasossa oli totuuden tunnusmerkki, sillä ensimmäinen ja viimeinen hyökkäys kohdistui hengelliseen ihanaan maahan ja keskimmäinen hyökkäys kirjaimelliseen ihanaan maahan, joka on kapinan vertauskuva. Näemme nyt, että neljäs isku, joka merkitsee Keskiyön huudon sanoman alkua, tapahtuu hengellisessä ihanassa maassa, kun Nashvillen tulipallot täyttyvät. Tämä merkitsee, että Bileamin ja hänen aasinsa toinen isku on kaksinkertainen: ensimmäinen kahdesta iskusta kohdistuu kirjaimelliseen ja toinen hengelliseen ihanaan maahan.</w:t>
      </w:r>
    </w:p>
    <w:p>
      <w:pPr>
        <w:pStyle w:val="ArticleBody"/>
        <w:jc w:val="left"/>
      </w:pPr>
      <w:r>
        <w:rPr>
          <w:rFonts w:ascii="Times New Roman" w:hAnsi="Times New Roman" w:eastAsia="Times New Roman" w:cs="Times New Roman"/>
        </w:rPr>
        <w:t>Artikkeli esitti vajavaisen totuuden, jonka Juudan heimon Leijona on nyt paljastanut toisena todistuksena islamin profeetallisesta yhteydestä Nashvillen tulipalloihin. Toinen perustelu islamin liittämiseksi tulipalloihin löytyy pyhän historian reformilinjoista. Jokaisella reformiliikkeellä on oma sille ominainen teemansa, joka läpäisee koko reformiliikkeen. Mooseksen reformiliikkeessä kyse oli liittoon astumisesta valitun kansan kanssa. Kristuksen reformilinjassa kyse oli Messiaasta. Daavidin reformilinjassa kyse oli kymmenestä käskystä ja pyhäköstä. Milleriittien kohdalla teema oli profeetallinen aika, sillä milleriitit kantoivat ”ajan sanomaa”. Kolmannen enkelin saapuessa 9/11:ssä sadan neljänkymmenenneljän tuhannen reformilinjan teemaksi tunnistettiin kolmannen voi-huudon islam, idän lapset, Raamatun profetian aasi, Ilmestyskirjan yhdeksännen luvun sotahevoset, itätuuli, heinäsirkat ja kansojen vihastuttaminen.</w:t>
      </w:r>
    </w:p>
    <w:p>
      <w:pPr>
        <w:pStyle w:val="ArticleBody"/>
        <w:jc w:val="left"/>
      </w:pPr>
      <w:r>
        <w:rPr>
          <w:rFonts w:ascii="Times New Roman" w:hAnsi="Times New Roman" w:eastAsia="Times New Roman" w:cs="Times New Roman"/>
        </w:rPr>
        <w:t>Ilmestyskirjan yhdennentoista luvun maanjäristys merkitsee kolmannen vitsauksen islamia samalla, kun se myös edustaa keskiyön huudon sanoman päätöstä. Keskiyön huutoa esikuvasi Kristuksen voittoisa ratsastus Jerusalemiin, joka alkoi aasin irtipäästämisellä. Keskiyön huudon alku milleriläisessä historiassa oli Samuel Snown saapuminen ratsain Exeterin leirikokoukseen. Keskiyön huudon ajanjakson alku on merkitty islamia kuvaavin symbolein. On runsaasti todistuksia vahvistamaan, että 18. heinäkuuta 2020 korjattu sanoma sisältää islamin osana varoitussanomaa. Mitään päivämäärää ei ole yksilöity, mutta Nashvillen tulipallot osoittavat viimeisten päivien ”uuden viinin” kiistakysymyksen, joten Nashvillen tulipalloihin sisältyy islam, mutta entä tulipallojen tunnistaminen ydinaseiksi?</w:t>
      </w:r>
    </w:p>
    <w:p>
      <w:pPr>
        <w:pStyle w:val="ArticleBody"/>
        <w:jc w:val="left"/>
      </w:pPr>
      <w:r>
        <w:rPr>
          <w:rFonts w:ascii="Times New Roman" w:hAnsi="Times New Roman" w:eastAsia="Times New Roman" w:cs="Times New Roman"/>
        </w:rPr>
        <w:t>Sanoman on monien todistajien perusteella säilytettävä islamin nimeäminen hyökkäyksen vastustajaksi. Ajanasettamisen erehdys, joka on korjattava, saa esikuvansa sekä vuodesta 1840 että vuodesta 1844. Aika ei enää saa olla osa profeetallista sanomaa, vaikka luvut yhä ovat. Myös pyhäkön väärinymmärrystä edustava erehdys on ratkaistava, mutta ennen kuin se voidaan ratkaista ja sisällyttää korjattuun sanomaan, on tunnistettava se erehdys, jota pyhäkön väärinymmärrys esikuvallisesti edusti. Mitä tuo pyhäkön väärinymmärrys edusti heinäkuun 18. päivän Nashvillen varoituksessa?</w:t>
      </w:r>
    </w:p>
    <w:p>
      <w:pPr>
        <w:pStyle w:val="ArticleBody"/>
        <w:jc w:val="left"/>
      </w:pPr>
      <w:r>
        <w:rPr>
          <w:rFonts w:ascii="Times New Roman" w:hAnsi="Times New Roman" w:eastAsia="Times New Roman" w:cs="Times New Roman"/>
        </w:rPr>
        <w:t>Väitän, että vastaukset ovat löydettävissä siinä valossa, jota on sinetistä avattu vuoden 2023 lopusta lähtien. Ensimmäisestä Mooseksen kirjasta, Matteuksesta ja Ilmestyskirjasta löytyvät kolme rinnakkaista, yhdentoista luvun mittaista jaksoa, jotka alkavat luvusta yksitoista ja päättyvät lukuun kaksikymmentäkaksi, ovat Jumalan liiton uudistaminen sadan neljänkymmenenneljän tuhannen kanssa. Torjummeko Hänen armotarjouksensa käyttäytymällä ikään kuin emme olisi kuulleet Hänen kutsuaan, vai kumarrummeko ja julistammeko inhimillisessä voimassamme: ”kaiken, mitä Hän käskee, minä teen”? Vai sallimmeko Pyhän Hengen kirjoittaa Hänen lakinsa sydämiimme ja mieliimme?</w:t>
      </w:r>
    </w:p>
    <w:p>
      <w:pPr>
        <w:pStyle w:val="ArticleBody"/>
        <w:jc w:val="left"/>
      </w:pPr>
      <w:r>
        <w:rPr>
          <w:rFonts w:ascii="Times New Roman" w:hAnsi="Times New Roman" w:eastAsia="Times New Roman" w:cs="Times New Roman"/>
        </w:rPr>
        <w:t>Vastaukset löytyvät myös Danielin kirjan kahdennentoista luvun kolmen jakeen sinettien avaamisesta, joissa aika esitetään ensimmäisen, toisen ja kolmannen enkelin sanomina. Nämä kolme jaetta merkitsevät myös 31. joulukuuta 2023 jakeessa 7, 18. heinäkuuta 2020 jakeessa 12, ja sitten vuotta 1989 aina sunnuntailakiin saakka ja siitä edelleen armonajan päättymiseen saakka, mikä esitetään jakeessa 11. Nämä kolme totuutta, näiden kolmen jakeen sisällä, sijaitsevat juuri siinä Raamatun kohdassa, jossa esitetään se kolmiosainen koettelemisen prosessi, joka aina tapahtuu, kun profetian sinetti avataan!</w:t>
      </w:r>
    </w:p>
    <w:p>
      <w:pPr>
        <w:pStyle w:val="ArticleBody"/>
        <w:jc w:val="left"/>
      </w:pPr>
      <w:r>
        <w:rPr>
          <w:rFonts w:ascii="Times New Roman" w:hAnsi="Times New Roman" w:eastAsia="Times New Roman" w:cs="Times New Roman"/>
        </w:rPr>
        <w:t>Kristus ei ainoastaan avannut Daniel 12:n kolminkertaista koetusta, vaan Hän myös yksilöi nuo koetukset perustavaksi koetukseksi, jota seurasi temppelikoetus ja jota seurasi lakmustesti. Hän lisäksi yksilöi, että perustava koetus alkoi 31. joulukuuta 2023 ja perustui milleriläisen liikkeen perustavaan koetukseen, jota edusti antikristus symbolina, joka vahvistaa ulkoisen näyn.</w:t>
      </w:r>
    </w:p>
    <w:p>
      <w:pPr>
        <w:pStyle w:val="ArticleBody"/>
        <w:jc w:val="left"/>
      </w:pPr>
      <w:r>
        <w:rPr>
          <w:rFonts w:ascii="Times New Roman" w:hAnsi="Times New Roman" w:eastAsia="Times New Roman" w:cs="Times New Roman"/>
        </w:rPr>
        <w:t>Hän tunnisti sitten toisen eli temppelikoetuksen kuvattuna Danielin näyssä Kristuksesta temppelissä kymmenennessä luvussa. Tuo koetus on parhaillaan käynnissä. Danielin kahdennentoista luvun vuosilukujen 1989, 18. heinäkuuta 2020, 31. joulukuuta 2023 ja sunnuntailain avaaminen sisältää sekä näyn Roomasta että näyn Kristuksesta. Molemmat näyt esitetään aivan samassa näyssä, jossa kahdennentoista luvun avaaminen löytyy. Nuo kolme lukua muodostavat yhden näyn, ja näky Kristuksesta on temppelikoetus kymmenennessä luvussa, näky antikristuksesta on perustuksen koetus yhdennessätoista luvussa, ja sadan neljänkymmenenneljän tuhannen tienviitat kahdennessatoista luvussa edustavat kolmatta eli lakmuskoetusta, jossa tyhmät erotetaan viisaista, kun monet puhdistetaan, valkaistaan ja koetellaan.</w:t>
      </w:r>
    </w:p>
    <w:p>
      <w:pPr>
        <w:pStyle w:val="ArticleBody"/>
        <w:jc w:val="left"/>
      </w:pPr>
      <w:r>
        <w:rPr>
          <w:rFonts w:ascii="Times New Roman" w:hAnsi="Times New Roman" w:eastAsia="Times New Roman" w:cs="Times New Roman"/>
        </w:rPr>
        <w:t>Temppelikoetus avasi valon 3. Mooseksen kirjan kahdestakymmenestäkolmesta luvusta, joka oli liitonarkin valo, joka on seitsemännen päivän sapatin alfavalo ja seitsemännen vuoden sapatin omegavalo. Alfa- ja omegaspattien valo yksilöi inkarnaation valon. Tuo valo yksilöi Jumalan ottavan ihmislihan tarkoituksena palauttaa jumaluuden ja ihmisyyden yhdistelmä, mikä on se työ, jonka Kristus aloitti 22. lokakuuta 1844; työn, jonka Hän nyt saattaa päätökseen elävien tuomiossa.</w:t>
      </w:r>
    </w:p>
    <w:p>
      <w:pPr>
        <w:pStyle w:val="ArticleBody"/>
        <w:jc w:val="left"/>
      </w:pPr>
      <w:r>
        <w:rPr>
          <w:rFonts w:ascii="Times New Roman" w:hAnsi="Times New Roman" w:eastAsia="Times New Roman" w:cs="Times New Roman"/>
        </w:rPr>
        <w:t>3. Mooseksen kirjan kahdenkymmenenkolmannen luvun valo yhdisti alfan kevätjuhlat omegan syysjuhliin tuottaakseen juuri sen historian, joka ulottuu 31. joulukuuta 2023:sta ihmisen koetusajan päättymiseen asti. Tässä linjassa perustava koe on merkitty saapuvaksi 31. joulukuuta 2023, ja temppelikoetus on yksilöity alkavaksi vuonna 2025; se jatkuu pasuunansoiton juhlan koetinkiveen asti. Erämaassa huutavan ääni, joka alkoi heinäkuussa 2023, on merkitty happamattoman leivän juhlalla, joka päättyi viisi päivää kolmen osan tienviitan jälkeen. Sitten seurasi kolmenkymmenen päivän jakso, jota seurasi kolmen osan tienviitta, jota puolestaan seurasi viisi päivää, havainnollistaen siten iankaikkisen evankeliumin kolmea askelta. Alfan kolmen osan tienviitta, jota seuraa viisi päivää, ollen ensimmäinen enkeli; kolmekymmentä päivää ollen toinen enkeli; ja omegan kolmen osan tienviitta, jota seuraa viisi päivää aina helluntain sunnuntailakiin asti, on kolmas enkeli.</w:t>
      </w:r>
    </w:p>
    <w:p>
      <w:pPr>
        <w:pStyle w:val="ArticleBody"/>
        <w:jc w:val="left"/>
      </w:pPr>
      <w:r>
        <w:rPr>
          <w:rFonts w:ascii="Times New Roman" w:hAnsi="Times New Roman" w:eastAsia="Times New Roman" w:cs="Times New Roman"/>
        </w:rPr>
        <w:t>Kristus avasi myös 3. Mooseksen kirjan kahdennenkymmenennenkolmannen luvun valon liitonarkin rakentamisessa temppelissä koetuksen aikana. Liitonarkin toisella puolella olevan seitsemännen päivän sapatin sanoma eli enkeli ja arkin toisella puolella olevan seitsemännen vuoden sapatin enkeli edustavat peittäviä kerubeja, jotka katsovat arkkiin. Sadan neljänkymmenenneljän tuhannen sinetöimisen historiassa näiden kahden enkelin kaksinainen valo edustaa seitsemännen päivän sapattia ja inkarnaation oppia, ja ne muodostavat aiheen, jota tutkitaan iankaikkisesti.</w:t>
      </w:r>
    </w:p>
    <w:p>
      <w:pPr>
        <w:pStyle w:val="ArticleBody"/>
        <w:jc w:val="left"/>
      </w:pPr>
      <w:r>
        <w:rPr>
          <w:rFonts w:ascii="Times New Roman" w:hAnsi="Times New Roman" w:eastAsia="Times New Roman" w:cs="Times New Roman"/>
        </w:rPr>
        <w:t>Tietenkin, jos et kykene näkemään seitsemää aikaa riemuvuoden vertauskuvana, vuoden 1863 hengellisenä vapautusjulistuksena, silloin et näe, että William Millerin alfa- ja omegaprofetiat olivat seitsemän aikaa ja kaksituhatta kolmesataa päivää. Kyvyttömyys nähdä näiden kahden toisiinsa liittyvän aikaprofetian merkitystä estää kaiken sen tunnustamisen, että vuosi 1798 edustaa seitsemää aikaa ja vuosi 1844 edustaa kahtatuhatta kolmeasataa päivää. Tämän tiedon puuttuessa olisi käytännöllisesti katsoen mahdotonta nähdä, että kun 3. Mooseksen kirja 23 asetetaan yhteen rivi rivin päälle siten, että sen ensimmäiset kaksikymmentäkaksi jaetta, jotka esittävät kevätjuhlat, yhdistetään syysjuhlia käsitteleviin viimeisiin kahteenkymmeneenkahteen jakeeseen, silloin tämä linja alkaa seitsemännen päivän sapatista, jota vuosi 1844 edustaa, ja sapatti, joka päättää tämän neljästäkymmenestäneljästä jakeesta muodostuvan linjan, on maan sapatti, jota vuosi 1798 edustaa.</w:t>
      </w:r>
    </w:p>
    <w:p>
      <w:pPr>
        <w:pStyle w:val="ArticleBody"/>
        <w:jc w:val="left"/>
      </w:pPr>
      <w:r>
        <w:rPr>
          <w:rFonts w:ascii="Times New Roman" w:hAnsi="Times New Roman" w:eastAsia="Times New Roman" w:cs="Times New Roman"/>
        </w:rPr>
        <w:t>Kyvyttömyys nähdä näiden kahden sapatin välistä suhdetta edustaa kyvyttömyyttä nähdä, että vuoden 1798 seitsemän aikaa on ihmisyys ja vuoden 1844 kaksituhattakolmesataa päivää on jumaluus. Niin syvän sokeuden vallassa näyttäisi käytännöllisesti katsoen mahdottomalta havaita, että seitsemännen päivän sapatin alfan valo ja inkarnaatio-opin omegan valo yksilöivät Kristuksen työn siinä, että Hän yhdistää jumaluutensa langenneen ihmisen ihmisyyteen. Kristuksen työ, jossa Hän yhdistää jumaluutensa meidän ihmisyyteemme, on sama työ kuin vuoden 1798 yhdistäminen vuoteen 1844, sillä 1798 edustaa ihmislihaa ja 1844 edustaa jumaluutta.</w:t>
      </w:r>
    </w:p>
    <w:p>
      <w:pPr>
        <w:pStyle w:val="ArticleBody"/>
        <w:jc w:val="left"/>
      </w:pPr>
      <w:r>
        <w:rPr>
          <w:rFonts w:ascii="Times New Roman" w:hAnsi="Times New Roman" w:eastAsia="Times New Roman" w:cs="Times New Roman"/>
        </w:rPr>
        <w:t>Ihmiskunta luotiin Jumalan kuvaksi, ja sillä on ylempi ja alempi luonto. Ihmisen ylempi luonto on lihallinen ja synnille myyty. Kristus antaa kääntyneelle sielulle oman mielensä kääntymyksen hetkellä, sillä kääntymyksessä tapahtuu vanhurskauttaminen, ja vanhurskautetuksi tuleminen merkitsee vanhurskaaksi tekemistä. Alempaa luontoa ei voida lunastaa silmänräpäyksessä, ja alemman luonnon evankeliumin lupaus on, että saamme kirkastetun ruumiin Kristuksen palatessa. Ylempi luonto on mieli ja alempi luonto on liha. Ylempi luonto on seitsemän ajan profetia, joka päättyi 22. lokakuuta 1844 sovituspäivänä, jolloin sekä seitsemäs pasuuna että riemuvuoden pasuuna alkoivat soida. Alemman luonnon seitsemän aikaa päättyivät vuonna 1798, sillä sitä ei voida uudistaa ennen Kristuksen toista tulemista.</w:t>
      </w:r>
    </w:p>
    <w:p>
      <w:pPr>
        <w:pStyle w:val="ArticleBody"/>
        <w:jc w:val="left"/>
      </w:pPr>
      <w:r>
        <w:rPr>
          <w:rFonts w:ascii="Times New Roman" w:hAnsi="Times New Roman" w:eastAsia="Times New Roman" w:cs="Times New Roman"/>
        </w:rPr>
        <w:t>Vuoden 1798 seitsemän aikaa, vuoden 1844 seitsemän aikaa sekä vuoden 1844 kaksituhatta kolmesataa vuotta edustavat Kristuksen työtä, joka alkoi 22. lokakuuta 1844. Tämän työn tarkoituksena oli yhdistää Hänen jumalallisuutensa ihmisyyteen, mutta kun se temppeli, joka muodostuu ihmisyydestä ja jumalallisuudesta, oli määrä yhdistää vuonna 1844, vuotta 1798 ei tullut sisällyttää siihen, sillä se edustaa pakanoiden esipihaa.</w:t>
      </w:r>
    </w:p>
    <w:p>
      <w:pPr>
        <w:pStyle w:val="ArticleBody"/>
        <w:jc w:val="left"/>
      </w:pPr>
      <w:r>
        <w:rPr>
          <w:rFonts w:ascii="Times New Roman" w:hAnsi="Times New Roman" w:eastAsia="Times New Roman" w:cs="Times New Roman"/>
        </w:rPr>
        <w:t>Temppelikoetus sisältää temppelin mittaamisen, ja vuoden 2023 alussa alkaneen sinettien avaamisen historian varhaisessa vaiheessa seitsemän ukkosen avaaminen osoitti, että ensimmäisen pettymyksen ja suuren pettymyksen välinen historia on seitsemän ukkosen edustaman historian lopullinen ja täydellinen ilmentymä; inspiraatio sanoo niiden edustavan tapahtumia, jotka tapahtuivat ensimmäisen ja toisen enkelin historian aikana, sekä myös tulevia tapahtumia, jotka oli määrä ilmaista omassa järjestyksessään. Tämä täydellinen täyttymys asetettiin sen totuuden viitekehykseen, joka oli yksi ensimmäisistä vuonna 2023 tulleista ilmoituksista. Alussa ollut pettymys edusti omegapettymystä, ja keskellä oli Exeterin leirikokous, jossa viisaat ja tyhmät erotettiin sanoman ”öljyn” perusteella.</w:t>
      </w:r>
    </w:p>
    <w:p>
      <w:pPr>
        <w:pStyle w:val="ArticleBody"/>
        <w:jc w:val="left"/>
      </w:pPr>
      <w:r>
        <w:rPr>
          <w:rFonts w:ascii="Times New Roman" w:hAnsi="Times New Roman" w:eastAsia="Times New Roman" w:cs="Times New Roman"/>
        </w:rPr>
        <w:t>Milleriläisten temppeli rakennettiin pettymyksestä pettymykseen; siten on tunnistettavissa, että sadan neljänkymmenenneljän tuhannen temppeli rakennetaan 18. heinäkuuta 2020 alkaen pian tulevaan sunnuntailakiin asti, jolloin ovi sulkeutuu vertauksessa, aivan niin kuin se sulkeutui 22. lokakuuta 1844. Se historia, jota seitsemän ukkosenjylinää edustaa, on sama historia, joka esitetään Danielin kahdennentoista luvun valossa. Danielin kahdennentoista luvun tuhannen kahdensadanyhdeksänkymmenen päivän valo liittyy suoraan jakeessa yksitoista esitettyyn kolmenkymmenen vuoden ajanjaksoon. Se liittyy myös niihin kolmeenkymmeneen vuoteen, jotka erottuvat liiton ensimmäisen edustajan kautta valitun kansan kanssa sekä sen profeetan kautta, joka herätettiin osoittamaan kirjaimellisen Israelin ja hengellisen Israelin välisen liittosuhteen muutosta. Mooseksen kolmannen kirjan kahdennenkymmenennenkolmannen luvun viitekehyksen keskellä olevat 30 päivää ovat samat kolmekymmentä vuotta kuin Aabrahamin kolmiosaisen liiton Jumalan kanssa ensimmäinen askel. Jakeen yksitoista kolmekymmentä vuotta vuosien 508 ja 538 välillä ovat sadan neljänkymmenenneljän tuhannen pappeuden vertauskuva.</w:t>
      </w:r>
    </w:p>
    <w:p>
      <w:pPr>
        <w:pStyle w:val="ArticleBody"/>
        <w:jc w:val="left"/>
      </w:pPr>
      <w:r>
        <w:rPr>
          <w:rFonts w:ascii="Times New Roman" w:hAnsi="Times New Roman" w:eastAsia="Times New Roman" w:cs="Times New Roman"/>
        </w:rPr>
        <w:t>Kolmannen Mooseksen kirjan kahdenkymmenennenkolmannen luvun rakenteessa olevat 30 päivää ovat osa niitä neljääkymmentä päivää, joiden aikana Kristus opetti opetuslapsiaan kasvoista kasvoihin, kunnes Hän astui ylös. Kolmekymmentä on niiden pappien vertauskuva, jotka alkoivat palvella kolmenkymmenen vuoden iässä. Vuosien 508–538 muodostamat kolmekymmentä vuotta osoittavat siirtymän pakanallisesta Roomasta paavilliseen Roomaan, ja näin tehdessään ne osoittavat siirtymän sadan neljänkymmenenneljän tuhannen laodikealaisesta pappeudesta sadan neljänkymmenenneljän tuhannen filadelfialaiseen pappeuteen. Siirtymä tapahtuu kolmessa vaiheessa, joita edustavat vuosi 508, jolloin ”jokapäiväinen” otettiin pois, Justinianuksen säädös vuonna 533, ja sitä seurannut sunnuntailaki vuonna 538, jolloin siirtymä saatettiin päätökseen.</w:t>
      </w:r>
    </w:p>
    <w:p>
      <w:pPr>
        <w:pStyle w:val="ArticleBody"/>
        <w:jc w:val="left"/>
      </w:pPr>
      <w:r>
        <w:rPr>
          <w:rFonts w:ascii="Times New Roman" w:hAnsi="Times New Roman" w:eastAsia="Times New Roman" w:cs="Times New Roman"/>
        </w:rPr>
        <w:t>Nuo kolmekymmentä vuotta ulottuvat vuodesta 1989 sunnuntailakiin asti, jolloin Jumalan sinetöity filadelfialainen kansa korotetaan Hänen temppelinään koko maailman nähtäväksi. Silloin maailma tekee ratkaisunsa Kristuksen välillä, jota Hänen kansansa edustaa ja joka istuu Kristuksen kanssa taivaallisissa ja on sen tähden Jumalan temppelissä, tai synnin ihmisen välillä, joka istuu Jumalan temppelissä ja osoittaa olevansa Jumala. Pian tulevan sunnuntailain yhteydessä yhdennentoista hetken työntekijät, jotka ovat myös se suuri joukko, joutuvat perustavan koetuksen eteen. Onko seitsemännen päivän sapatti Jumalan sapatti vai onko auringon päivä Jumalan sapatti.</w:t>
      </w:r>
    </w:p>
    <w:p>
      <w:pPr>
        <w:pStyle w:val="ArticleScripture"/>
        <w:jc w:val="left"/>
      </w:pPr>
      <w:r>
        <w:rPr>
          <w:rFonts w:ascii="Times New Roman" w:hAnsi="Times New Roman" w:eastAsia="Times New Roman" w:cs="Times New Roman"/>
        </w:rPr>
        <w:t>”Ja nyt hänen eteensä avautui toinen näky. Hänelle oli näytetty Saatanan työ siinä, kuinka tämä johti juutalaiset hylkäämään Kristuksen, samalla kun he tunnustautuivat kunnioittavansa Hänen Isänsä lakia. Nyt hän näki kristikunnan samanlaisen eksytyksen vallassa tunnustautuessaan vastaanottavansa Kristuksen samalla kun se hylkäsi Jumalan lain. Hän oli kuullut papeilta ja vanhimmilta raivoisan huudon: ’Pois Hänet!’ ’Ristiinnaulitse Hänet, ristiinnaulitse Hänet!’ ja nyt hän kuuli nimellisesti kristityiltä opettajilta huudon: ’Pois laki!’ Hän näki sapatin tallattuna jalkoihin ja sen sijaan pystytettynä väärennetyn laitoksen. Jälleen Mooses täyttyi hämmästyksestä ja kauhusta. Kuinka ne, jotka uskoivat Kristukseen, saattoivat hylätä lain, jonka Hän itse oli omalla äänellään puhunut pyhällä vuorella? Kuinka kukaan, joka pelkäsi Jumalaa, saattoi syrjäyttää lain, joka on Hänen hallituksensa perustus taivaassa ja maan päällä? Iloiten Mooses näki, että uskollinen harvalukuinen joukko yhä kunnioitti ja korotti Jumalan lakia. Hän näki maallisten valtojen viimeisen suuren taistelun niiden hävittämiseksi, jotka pitävät Jumalan lain. Hän katsoi eteenpäin siihen aikaan, jolloin Jumala nousee rankaisemaan maan asukkaita heidän vääryydestään, ja ne, jotka ovat pelänneet Hänen nimeään, peitetään ja kätketään Hänen vihansa päivänä. Hän kuuli Jumalan rauhanliiton niiden kanssa, jotka ovat pitäneet Hänen lakinsa, kun Hän antaa äänensä kaikua pyhästä asuinsijastaan ja taivaat ja maa järkkyvät. Hän näki Kristuksen toisen tulemuksen kirkkaudessa, vanhurskaat kuolleet herätettyinä kuolemattomaan elämään ja elävät pyhät muutettuina kuolemaa näkemättä, ja heidän yhdessä ilovirsiä laulaen nousevan Jumalan kaupunkiin.” Patriarkat ja profeetat, 476.</w:t>
      </w:r>
    </w:p>
    <w:p>
      <w:pPr>
        <w:pStyle w:val="ArticleBody"/>
        <w:jc w:val="left"/>
      </w:pPr>
      <w:r>
        <w:rPr>
          <w:rFonts w:ascii="Times New Roman" w:hAnsi="Times New Roman" w:eastAsia="Times New Roman" w:cs="Times New Roman"/>
        </w:rPr>
        <w:t>Suuri joukko, joka on pakanoita ja yhdennentoista hetken työmiehiä, koetellaan perustavaa laatua olevalla koetuksella, jota välittömästi seuraa temppelikoetus. Onko Rooman inhimillinen temppeli synnin ihmisen kanssa se kallio vai se hiekka, jolle rakennat uskosi? Vai onko se inkarnaation temppeli, jossa jumaluus ja ihmisyys ovat yhdistyneinä, joka on niiden sadan neljänkymmenen neljän tuhannen temppeli, jota Pietari kutsuu ”hengelliseksi huoneeksi”? Tänä perustuksen ja temppelin koettelemisen aikana vaino saa aikaan kolmannen askeleen koetinkivikokeen, ja sitten ihmisen koetusaika päättyy.</w:t>
      </w:r>
    </w:p>
    <w:p>
      <w:pPr>
        <w:pStyle w:val="ArticleBody"/>
        <w:jc w:val="left"/>
      </w:pPr>
      <w:r>
        <w:rPr>
          <w:rFonts w:ascii="Times New Roman" w:hAnsi="Times New Roman" w:eastAsia="Times New Roman" w:cs="Times New Roman"/>
        </w:rPr>
        <w:t>Juudan heimon Leijona täydentää nyt jakeen neljänkymmenen kätkettyä historiaa ja on tuonut esiin vielä enemmän valoa Kyyroksen, Neron ja Trumpin kolmen kaksisataaviisikymmentävuotisen profetian kautta; ja Hän teki sen juuri sinä aikana, jolloin Hän oli korostanut Nashvillen oikaistun sanoman julistamisen työtä. Neron linja tarjoaa puitteet pedon kuvan lopulliselle pystyttämiselle Yhdysvalloissa ja sitten maailmassa. Kyyroksen linja vuodesta 457 eKr. tunnistaa Rafian ja Paniumin välisen historian, Ukrainan sodan ja kolmannen maailmansodan välisen historian, joka alkaa, kun Panium yhdistyy Aktioniin pian tulevan sunnuntailain yhteydessä. Trumpin linja päättyy tänä vuonna 4. heinäkuuta.</w:t>
      </w:r>
    </w:p>
    <w:p>
      <w:pPr>
        <w:pStyle w:val="ArticleBody"/>
        <w:jc w:val="left"/>
      </w:pPr>
      <w:r>
        <w:rPr>
          <w:rFonts w:ascii="Times New Roman" w:hAnsi="Times New Roman" w:eastAsia="Times New Roman" w:cs="Times New Roman"/>
        </w:rPr>
        <w:t>Nero on vainon vertauskuva; Smyrnan seurakunta yksilöi sen historian, joka jatkuu, kunnes vaino päättyy 250 vuotta myöhemmin Pergamon seurakunnassa ja kompromississa. Tämä linja osoittaa kuvan pystyttämisen, ja näin se asettuu rinnakkain sen historian kanssa, jolloin Kristuksen kuvaa pystytetään Hänen temppeliinsä. ”Edikti” on se lähtökohta, joka johtaa ensimmäiseen sunnuntailakiin, jota seuraa suljettu ovi idän ja lännen, viisaiden ja tyhmien, vehnän ja lusteiden sekä pelastettujen ja kadotettujen välisenä erotteluna. ”Edikti”, joka aloittaa tämän ajanjakson, on myös se ”edikti”, joka aloittaa saman koetusajan maailmalle. ”Edikti” on siis ensimmäinen ja viimeinen. Jokainen Neron seitsemäntoistavuotisen linjan tienviitta osoittaa sunnuntailakikriisin kärjistyvää vainoa, joka alkaa ”ediktistä”, jostakin presidentin ”toimeenpanomääräyksen” kaltaisesta.</w:t>
      </w:r>
    </w:p>
    <w:p>
      <w:pPr>
        <w:pStyle w:val="ArticleBody"/>
        <w:jc w:val="left"/>
      </w:pPr>
      <w:r>
        <w:rPr>
          <w:rFonts w:ascii="Times New Roman" w:hAnsi="Times New Roman" w:eastAsia="Times New Roman" w:cs="Times New Roman"/>
        </w:rPr>
        <w:t>Kyyroksen kolme asetusta vuonna 457 eKr. osoittavat seitsemäntoista vuoden ajanjakson, jonka lopussa on kolme tienviittaa, samoin kuin Neron linja ja samoin Kyyroksen toinen linja, joka päättyi ensimmäisen, toisen ja kolmannen enkelin saapumiseen vuosina 1798–1844. Kyyroksen kolme askelta ovat Raphian taistelu, sitten kymmenen vuotta toiseen askeleeseen ja sitten seitsemän vuotta Paniumin taisteluun. Alku ja loppu ovat molemmat taisteluita ja kantavat siten Alfan ja Oomegan tunnusmerkkiä. Ensimmäinen kymmenen vuoden jakso edustaa koetuksen aikaa, joka alkoi vuonna 2014 Ukrainan sodalla, ja toinen jakso päättyy seitsemän vuotta myöhemmin Paniumin taistelussa.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avasi ajan sanoman Milleriiteille ensimmäisen ja toisen enkelin historian aikana, ja Hän avaa lukujen sanoman sadan neljänkymmenenneljän tuhannen historiassa, joka on kolmannen enkelin historia.</w:t>
      </w:r>
    </w:p>
    <w:p>
      <w:pPr>
        <w:pStyle w:val="ArticleBody"/>
        <w:jc w:val="left"/>
      </w:pPr>
      <w:r>
        <w:rPr>
          <w:rFonts w:ascii="Times New Roman" w:hAnsi="Times New Roman" w:eastAsia="Times New Roman" w:cs="Times New Roman"/>
        </w:rPr>
        <w:t>Symboliset profeetalliset historiat, kuten ne kaksikymmentäkaksi vuotta vuodesta 1776 vuoteen 1798, joita makkabilaiskapina edustaa, osoittavat kuudennen valtakunnan alkamisen syyn ja viidennen valtakunnan päättymisen syyn. Kahdeskymmenestoinen presidentti Grover Cleveland oli niiden presidenttien alfa, jotka esikuvallistavat omega-presidentti Donald Trumpia, sillä he olivat ainoat kaksi presidenttiä, jotka palvelivat kahta ei-peräkkäistä kautta. Trump on kahdeskymmenestoinen presidentti, joka on voittanut toisen virkakauden, kun lukuun otetaan ne muut presidentit, jotka astuivat virkaan edellisen presidentin kauden aikana, yhdessä niiden presidenttien kanssa, jotka voittivat itselleen toisen virkakauden. Raamatun profetian kuudes valtakunta alkoi vuonna 1798, kahdenkymmenenkahden vuoden kuluttua itsenäisyysjulistuksesta. Vuosia 1798–2026 edustaa luku 22 alfa-ajankohdassa ja luku 22 omega-ajankohdassa.</w:t>
      </w:r>
    </w:p>
    <w:p>
      <w:pPr>
        <w:pStyle w:val="ArticleBody"/>
        <w:jc w:val="left"/>
      </w:pPr>
      <w:r>
        <w:rPr>
          <w:rFonts w:ascii="Times New Roman" w:hAnsi="Times New Roman" w:eastAsia="Times New Roman" w:cs="Times New Roman"/>
        </w:rPr>
        <w:t>Kolme yhdentoista luvun jaksoa, jotka alkavat yhdestoista luvusta ja päättyvät kahteenkymmenenteentoiseen lukuun. Kukin näistä kolmesta yhdentoista luvun jaksosta sisältää täsmällisen keskikohdan, jota edustavat kolme jaetta. Ensimmäinen Mooseksen kirja osoittaa, milloin ”ympärileikkaus” annettiin liittosuhteen vertauskuvaksi valitun kansan kanssa. Se oli ensimmäinen kerta, kun valitulle kansalle annettiin merkki, joka edusti liittokansaa, ja Matteuksessa keskimmäiset kolme jaetta osoittavat sen Kallion, jolle Kristus rakentaisi seurakuntansa. Nuo jakeet osoittavat, milloin Simon Barjonan nimi muutettiin Pietariksi, mikä vastaa lukua sataneljäkymmentäneljätuhatta. Ilmestyskirjan jakson keskikohta osoittaa kuoleman liiton, sillä se osoittaa paaviuden olevan kahdeksas pää, joka on niistä seitsemästä. Mitä arvelette niiden seurausten olevan, että Aikakausien Toivon yhdestoista luku osoittaa Johannes Kastajan sanoman ja että kahdeskymmenestoinen luku osoittaa Johanneksen kuoleman?</w:t>
      </w:r>
    </w:p>
    <w:p>
      <w:pPr>
        <w:pStyle w:val="ArticleBody"/>
        <w:jc w:val="left"/>
      </w:pPr>
      <w:r>
        <w:rPr>
          <w:rFonts w:ascii="Times New Roman" w:hAnsi="Times New Roman" w:eastAsia="Times New Roman" w:cs="Times New Roman"/>
        </w:rPr>
        <w:t>Näiden lukujen keskikohta vie sinut sivulle 168, jossa alkaa luku nimeltä Nikodemos. Yhdestoista luku on otsikoltaan Kaste ja kahdeskymmenes toinen luku Vankeus ja Johanneksen kuolema. Yhdestoista luku on kuoleman, hautaamisen ja ylösnousemuksen vertauskuva, samoin kuin seitsemästoista luku ja Nikodemos sekä Johanneksen kuolema.</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Kaksikymmentäkaksi</dc:title>
  <dc:subject>31. joulukuuta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