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Jeesuksen Kristuksen ilmestys - numero kymmenen</w:t>
      </w:r>
    </w:p>
    <w:p>
      <w:pPr>
        <w:pStyle w:val="ArticleSubtitle"/>
        <w:jc w:val="left"/>
      </w:pPr>
      <w:r>
        <w:rPr>
          <w:rFonts w:ascii="Arial" w:hAnsi="Arial" w:eastAsia="Arial" w:cs="Arial"/>
        </w:rPr>
        <w:t>Sota taivaassa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Suuri taistelu Kristuksen ja Luciferin (Valonkantajan) välillä alkoi taivaassa, ja Jumala salli koetusajan. Kun Lucifer levitti kapinaansa, annettiin ajanjakso, jonka kuluessa Valonkantajan kapinan hedelmien tuli tulla ilmi. Kun Jumala katsoi koetusajan päättyneen, Luciferin nimi muuttui Luciferista, Valonkantajasta, Saatanaksi, Vastustajaksi. Saatanan ja niiden enkelien osalta, jotka olivat liittyneet hänen kapinaansa, koetusaika oli päättynyt, ja heidät karkotettiin taivaasta ja tuomittiin iankaikkiseen tuleen.</w:t>
      </w:r>
    </w:p>
    <w:p>
      <w:pPr>
        <w:pStyle w:val="ArticleScripture"/>
        <w:jc w:val="left"/>
      </w:pPr>
      <w:r>
        <w:rPr>
          <w:rFonts w:ascii="Times New Roman" w:hAnsi="Times New Roman" w:eastAsia="Times New Roman" w:cs="Times New Roman"/>
        </w:rPr>
        <w:t>Silloin hän myös sanoo vasemmalla puolellaan oleville: Menkää pois minun luotani, te kirotut, siihen iankaikkiseen tuleen, joka on valmistettu perkeleelle ja hänen enkeleillensä. Matteus 25:41.</w:t>
      </w:r>
    </w:p>
    <w:p>
      <w:pPr>
        <w:pStyle w:val="ArticleBody"/>
        <w:jc w:val="left"/>
      </w:pPr>
      <w:r>
        <w:rPr>
          <w:rFonts w:ascii="Times New Roman" w:hAnsi="Times New Roman" w:eastAsia="Times New Roman" w:cs="Times New Roman"/>
        </w:rPr>
        <w:t>Suuri taistelu Kristuksen ja Saatanan välillä saapui sittemmin Eedenin puutarhaan, ja jälleen Jumala sisällytti siihen koetuksen ajan. Kun Saatana syytti Jumalaa valehtelemisesta kuolemasta ja puun hedelmästä sekä vietteli Eevan liittymään kapinaansa, annettiin jälleen ajanjakso, jotta Saatanan kapinan hedelmät tulisivat ilmi maan päällä, niin kuin oli tapahtunut taivaassa. Saatana sai siellä lisänimen Perkele, mikä merkitsee ”Syyttäjää”. Kun koetuksen aika (niille Aadamin pojille, jotka ovat liittyneet Saatanan kapinaan) päättyy, nuo Aadamin pojat tuomitaan iankaikkiseen tuleen.</w:t>
      </w:r>
    </w:p>
    <w:p>
      <w:pPr>
        <w:pStyle w:val="ArticleScripture"/>
        <w:jc w:val="left"/>
      </w:pPr>
      <w:r>
        <w:rPr>
          <w:rFonts w:ascii="Times New Roman" w:hAnsi="Times New Roman" w:eastAsia="Times New Roman" w:cs="Times New Roman"/>
        </w:rPr>
        <w:t>Ja taivaassa syttyi sota: Mikael ja hänen enkelinsä sotivat lohikäärmettä vastaan; ja lohikäärme soti, ja hänen enkelinsä, eivätkä voittaneet, eikä heille enää löytynyt sijaa taivaassa. Ja suuri lohikäärme, tuo vanha käärme, jota kutsutaan Perkeleeksi ja Saatanaksi, joka eksyttää koko maailman, heitettiin maan päälle, ja hänen enkelinsä heitettiin ulos hänen kanssaan. Ilmestys 12:7–9.</w:t>
      </w:r>
    </w:p>
    <w:p>
      <w:pPr>
        <w:pStyle w:val="ArticleBody"/>
        <w:jc w:val="left"/>
      </w:pPr>
      <w:r>
        <w:rPr>
          <w:rFonts w:ascii="Times New Roman" w:hAnsi="Times New Roman" w:eastAsia="Times New Roman" w:cs="Times New Roman"/>
        </w:rPr>
        <w:t>Sodankäynti taivaassa suuren kiistan alussa havainnollistaa sodankäyntiä suuren kiistan lopussa, sillä Alfa ja Omega kuvaavat aina asian loppua yhdessä sen alun kanssa. Kuvaus sodankäynnistä, joka tapahtui taivaassa, esitellään suurena tunnusmerkkinä taivaassa.</w:t>
      </w:r>
    </w:p>
    <w:p>
      <w:pPr>
        <w:pStyle w:val="ArticleScripture"/>
        <w:jc w:val="left"/>
      </w:pPr>
      <w:r>
        <w:rPr>
          <w:rFonts w:ascii="Times New Roman" w:hAnsi="Times New Roman" w:eastAsia="Times New Roman" w:cs="Times New Roman"/>
        </w:rPr>
        <w:t>Ja näkyi suuri tunnusmerkki taivaassa: nainen, vaatetettu auringolla, ja kuu hänen jalkojensa alla, ja hänen päässään kruunu, jossa oli kaksitoista tähteä. Ja hän oli raskaana ja huusi synnytystuskissaan ja vaivautui synnyttämään. Ilmestys 12:1, 2.</w:t>
      </w:r>
    </w:p>
    <w:p>
      <w:pPr>
        <w:pStyle w:val="ArticleBody"/>
        <w:jc w:val="left"/>
      </w:pPr>
      <w:r>
        <w:rPr>
          <w:rFonts w:ascii="Times New Roman" w:hAnsi="Times New Roman" w:eastAsia="Times New Roman" w:cs="Times New Roman"/>
        </w:rPr>
        <w:t>Kun Kristuksen ja Saatanan välisen suuren taistelun viimeinen konflikti tapahtuu, koeaikana ollessa yhä voimassa, taistelukenttä esitetään Jeesuksen Kristuksen ilmestyksessä olevan taivaassa. Tämä totuus on nyt sinetistä avautumassa. Apostoli Paavali puhuu kolmesta taivaasta.</w:t>
      </w:r>
    </w:p>
    <w:p>
      <w:pPr>
        <w:pStyle w:val="ArticleScripture"/>
        <w:jc w:val="left"/>
      </w:pPr>
      <w:r>
        <w:rPr>
          <w:rFonts w:ascii="Times New Roman" w:hAnsi="Times New Roman" w:eastAsia="Times New Roman" w:cs="Times New Roman"/>
        </w:rPr>
        <w:t>“Apostoli Paavalille annettiin jo varhain hänen kristillisessä kokemuksessaan erityisiä tilaisuuksia oppia tuntemaan Jumalan tahto Jeesuksen seuraajia koskien. Hänet ‘temmattiin kolmanteen taivaaseen’, ‘paratiisiin, ja hän kuuli sanomattomia sanoja, joita ihmisen ei ole lupa puhua’. Hän itse tunnusti, että hänelle oli annettu monia ‘näkyjä ja ilmestyksiä’ ‘Herralta’. Hänen ymmärryksensä evankeliumin totuuden periaatteista oli samaa tasoa kuin ‘niiden kaikkein suurimpien apostolien’. 2. Korinttolaiskirje 12:2, 4, 1, 11. Hänellä oli selkeä ja täydellinen käsitys ‘Kristuksen rakkauden leveydestä ja pituudesta ja syvyydestä ja korkeudesta’, sen rakkauden, ‘joka on kaikkea tietoa ylempänä’. Efesolaiskirje 3:18, 19.” Apostolien teot, 469.</w:t>
      </w:r>
    </w:p>
    <w:p>
      <w:pPr>
        <w:pStyle w:val="ArticleBody"/>
        <w:jc w:val="left"/>
      </w:pPr>
      <w:r>
        <w:rPr>
          <w:rFonts w:ascii="Times New Roman" w:hAnsi="Times New Roman" w:eastAsia="Times New Roman" w:cs="Times New Roman"/>
        </w:rPr>
        <w:t>Sodan suuren taistelun alussa syttynyt taistelu alkoi kolmannessa taivaassa, ja suuren taistelun päättyessä käytävä taistelu päättyy ensimmäisessä taivaassa. Taivaita on kolme; ensimmäinen on se taivas, joka tarkoittaa maapallon ilmakehää. Toinen taivas on aurinko, kuu ja tähdet. Kolmas taivas on se, mitä sisar White kutsui ”paratiisiksi”, ja se tarkoittaa Jumalan valtaistuimen sijaintia. Juuri Jumalan komentokeskuksen välittömässä läsnäolossa Valonkantaja, Lucifer, pani alulle kapinansa.</w:t>
      </w:r>
    </w:p>
    <w:p>
      <w:pPr>
        <w:pStyle w:val="ArticleBody"/>
        <w:jc w:val="left"/>
      </w:pPr>
      <w:r>
        <w:rPr>
          <w:rFonts w:ascii="Times New Roman" w:hAnsi="Times New Roman" w:eastAsia="Times New Roman" w:cs="Times New Roman"/>
        </w:rPr>
        <w:t>Kolmas taivas on se paikka, jonne joitakuita profeettoja, mukaan lukien sisar White, on näyssä viety. Kun Paavali oli siellä, hänelle näytettiin niiden kuolleiden, kuivien luiden heräämisen historia, jotka oli surmattu kadulla 18. heinäkuuta 2020, sekä ne tapahtumat, jotka seurasivat yhden sadan neljänkymmenenneljän tuhannen syntymän myötä. Paavalia kiellettiin jakamasta tuota historiaa, sillä tuo historia esitettiin sellaisena historiana, jota ei ollut lupa ”lausua”. Paavali kuoli hieman yli kolmekymmentä vuotta ennen kuin Johannes Ilmestyksensaaja sai näyn Jeesuksen Kristuksen ilmestyksestä. Johannes, kuten Paavalikin, kuuli, mitä seitsemän ukkosenjylinää ”lausui”, ja hänellekin sanottiin, ettei hänen tullut kirjoittaa sitä, mitä oli ”lausuttu”. Se, mitä seitsemän ukkosenjylinää ”lausui”, oli pysyvä sinetöitynä kahden todistajan kadulla kuolleina olon kolmen ja puolen vertauskuvallisen päivän loppuun asti.</w:t>
      </w:r>
    </w:p>
    <w:p>
      <w:pPr>
        <w:pStyle w:val="ArticleScripture"/>
        <w:jc w:val="left"/>
      </w:pPr>
      <w:r>
        <w:rPr>
          <w:rFonts w:ascii="Times New Roman" w:hAnsi="Times New Roman" w:eastAsia="Times New Roman" w:cs="Times New Roman"/>
        </w:rPr>
        <w:t>Ja kun ne seitsemän ukkosenjylinää olivat puhuneet, aioin minä kirjoittaa; mutta minä kuulin äänen taivaasta sanovan minulle: Sinetöi se, mitä ne seitsemän ukkosenjylinää puhuivat, äläkä sitä kirjoita. Ilmestys 10:4.</w:t>
      </w:r>
    </w:p>
    <w:p>
      <w:pPr>
        <w:pStyle w:val="ArticleBody"/>
        <w:jc w:val="left"/>
      </w:pPr>
      <w:r>
        <w:rPr>
          <w:rFonts w:ascii="Times New Roman" w:hAnsi="Times New Roman" w:eastAsia="Times New Roman" w:cs="Times New Roman"/>
        </w:rPr>
        <w:t>Kaikki profeetat todistavat tutkivan tuomion ”viimeisistä päivistä”, ja nuo ”viimeiset päivät” alkoivat nimenomaisesti 11. syyskuuta 2001, ja ne ovat nyt saavuttaneet sen kohdan, jossa sinetöiminen alkaa. Sinetöiminen alkaa niiden kolmen ja puolen vertauskuvallisen päivän päättyessä, jotka kaksi surmattua todistajaa makasivat kadulla. Kaikki profeetat ovat yksimielisiä keskenään. Paavali näki viimeisen koeajan sodan taistelukentän, joka sijaitsee ensimmäisessä taivaassa. Viimeisen koeajan sodan taistelukenttä, joka sijaitsee ensimmäisen taivaan sisällä, vastaa ensimmäisen koeajan sodan taistelukenttää, joka sijaitsi kolmannessa taivaassa. Saattaisi näyttää tarpeettomalta määritellä taistelukentät koeajan sodan taistelukentiksi, mutta Saatana, joka oli Kristuksen vastustaja ensimmäisessä taistelussa ja on sadan neljänkymmenenneljän tuhannen vastustaja viimeisessä taistelussa, tietää, että hänen aikansa on lyhyt. Hän tietää, että se on taistelu, joka sijoittuu koeajan ajan kenttään. Tiedämmekö me?</w:t>
      </w:r>
    </w:p>
    <w:p>
      <w:pPr>
        <w:pStyle w:val="ArticleBody"/>
        <w:jc w:val="left"/>
      </w:pPr>
      <w:r>
        <w:rPr>
          <w:rFonts w:ascii="Times New Roman" w:hAnsi="Times New Roman" w:eastAsia="Times New Roman" w:cs="Times New Roman"/>
        </w:rPr>
        <w:t>Vuonna 1840 väkevä enkeli laskeutui alas ja antoi voiman ensimmäisen enkelin sanomalle. Tuon sukupolven protestantteja koeteltiin silloin, ja he päätyivät siihen, että heihin liitettiin kapinan nimi, kun heidät nimettiin Babylonin tyttäriksi. Myös Luciferin nimi muuttui hänen koetusaikansa aikana. Vuonna 1840 alas laskeutunut väkevä enkeli oli esikuva siitä väkevästä enkelistä, josta Ilmestyskirjan kahdeksannessatoista luvussa puhutaan ja joka laskeutui 11. syyskuuta 2001. Tutkiva tuomio ei ollut vielä alkanut vuonna 1840, sillä siihen oli vielä neljä vuotta, mutta protestantit muodostivat silti elävien tuomion profeetallisen esikuvan, sillä kun enkeli laskeutui vuonna 1840, heidän koetusaikansa alkoi. Kun Ilmestyskirjan 18. luvun enkeli laskeutui vuonna 2001, taivaassa tapahtuva tuomio muuttui kuolleiden tuomiosta elävien tuomioksi.</w:t>
      </w:r>
    </w:p>
    <w:p>
      <w:pPr>
        <w:pStyle w:val="ArticleBody"/>
        <w:jc w:val="left"/>
      </w:pPr>
      <w:r>
        <w:rPr>
          <w:rFonts w:ascii="Times New Roman" w:hAnsi="Times New Roman" w:eastAsia="Times New Roman" w:cs="Times New Roman"/>
        </w:rPr>
        <w:t>18. heinäkuuta 2020 saapui kolmannen enkelin liikkeen ensimmäinen pettymys, jota esikuvallistaa ensimmäisen enkelin liikkeen ensimmäinen pettymys. Alussa tapahtuneessa liikkeessä protestanttien koettelemisprosessi päättyi ensimmäisen pettymyksen tienviitalla, ja sitten alkoi ensimmäisen liikkeen koetteleminen. 18. heinäkuuta 2020 tuomioprosessi otti jälleen yhden askeleen eteenpäin, sillä sanoma, jonka oli määrä saapua kolmen ja puolen päivän erämaan lopussa, ei ainoastaan olisi Keskiyön huudon sanoman täydellinen ja lopullinen täyttymys, vaan se myös profeetallisesti merkitsisi sadan neljänkymmenenneljän tuhannen sinetöimisen saapumista.</w:t>
      </w:r>
    </w:p>
    <w:p>
      <w:pPr>
        <w:pStyle w:val="ArticleScripture"/>
        <w:jc w:val="left"/>
      </w:pPr>
      <w:r>
        <w:rPr>
          <w:rFonts w:ascii="Times New Roman" w:hAnsi="Times New Roman" w:eastAsia="Times New Roman" w:cs="Times New Roman"/>
        </w:rPr>
        <w:t>Ja Israelin Jumalan kirkkaus kohosi kerubin päältä, jonka yllä se oli, huoneen kynnykselle. Ja hän kutsui pellavavaatteisiin puetun miehen, jonka kupeella oli kirjurin mustesarvi; ja Herra sanoi hänelle: Kulje kaupungin läpi, Jerusalemin läpi, ja merkitse merkki niiden miesten otsiin, jotka huokaavat ja vaikeroivat kaikkien niiden kauhistusten tähden, joita sen keskellä tehdään. Hesekiel 9:3, 4.</w:t>
      </w:r>
    </w:p>
    <w:p>
      <w:pPr>
        <w:pStyle w:val="ArticleBody"/>
        <w:jc w:val="left"/>
      </w:pPr>
      <w:r>
        <w:rPr>
          <w:rFonts w:ascii="Times New Roman" w:hAnsi="Times New Roman" w:eastAsia="Times New Roman" w:cs="Times New Roman"/>
        </w:rPr>
        <w:t>Sadan neljänkymmenenneljän tuhannen sinetöimisen prosessi alkoi heidän syntymässään, joka oli myös heidän ylösnousemuksensa. Neljän tuulen sanoma tuo kuolleet kuivat luut eloon, ja neljän tuulen sanoma on sadan neljänkymmenenneljän tuhannen sinetöimisen sanoma. Paavali ja Johannes näkivät ja kuulivat kumpikin juuri sen historian, jossa me nyt elämme, historian, ”jota monet profeetat ja vanhurskaat ovat halunneet nähdä”. Kolmannen enkelin väkevän liikkeen historia, jota ensimmäisen enkelin väkevä liike oli esikuvallisesti ennakoinut.</w:t>
      </w:r>
    </w:p>
    <w:p>
      <w:pPr>
        <w:pStyle w:val="ArticleScripture"/>
        <w:jc w:val="left"/>
      </w:pPr>
      <w:r>
        <w:rPr>
          <w:rFonts w:ascii="Times New Roman" w:hAnsi="Times New Roman" w:eastAsia="Times New Roman" w:cs="Times New Roman"/>
        </w:rPr>
        <w:t>“Kaikki sanomat, jotka annettiin vuosina 1840–1844, on nyt esitettävä voimallisesti, sillä on monia ihmisiä, jotka ovat menettäneet suuntansa. Sanomien tulee mennä kaikkiin seurakuntiin.</w:t>
      </w:r>
    </w:p>
    <w:p>
      <w:pPr>
        <w:pStyle w:val="ArticleScripture"/>
        <w:jc w:val="left"/>
      </w:pPr>
      <w:r>
        <w:rPr>
          <w:rFonts w:ascii="Times New Roman" w:hAnsi="Times New Roman" w:eastAsia="Times New Roman" w:cs="Times New Roman"/>
        </w:rPr>
        <w:t>Kristus sanoi: ”Autuaat ovat teidän silmänne, sillä ne näkevät, ja teidän korvanne, sillä ne kuulevat. Sillä totisesti minä sanon teille: monet profeetat ja vanhurskaat miehet ovat halunneet nähdä sen, minkä te näette, eivätkä ole sitä nähneet, ja kuulla sen, minkä te kuulette, eivätkä ole sitä kuulleet” [Matthew 13:16, 17]. Autuaat ovat ne silmät, jotka näkivät sen, mikä nähtiin vuosina 1843 ja 1844.</w:t>
      </w:r>
    </w:p>
    <w:p>
      <w:pPr>
        <w:pStyle w:val="ArticleScripture"/>
        <w:jc w:val="left"/>
      </w:pPr>
      <w:r>
        <w:rPr>
          <w:rFonts w:ascii="Times New Roman" w:hAnsi="Times New Roman" w:eastAsia="Times New Roman" w:cs="Times New Roman"/>
        </w:rPr>
        <w:t>”Sanoma annettiin. Eikä sanoman toistamisessa tulisi olla viivytystä, sillä aikojen merkit täyttyvät; päätöstyö on tehtävä. Suuri työ tehdään lyhyessä ajassa. Pian annetaan Jumalan määräämänä sanoma, joka paisuu voimalliseksi huudoksi. Silloin Daniel seisoo arpaosallaan antaakseen todistuksensa.” Manuscript Releases, osa 21, 437.</w:t>
      </w:r>
    </w:p>
    <w:p>
      <w:pPr>
        <w:pStyle w:val="ArticleBody"/>
        <w:jc w:val="left"/>
      </w:pPr>
      <w:r>
        <w:rPr>
          <w:rFonts w:ascii="Times New Roman" w:hAnsi="Times New Roman" w:eastAsia="Times New Roman" w:cs="Times New Roman"/>
        </w:rPr>
        <w:t>Luciferin alkuperäisen sodankäynnin vallitseva teema taivaassa oli viestintä. Hän oli valonkantaja, joka käytti asemaansa ujuttaakseen erehdystä pyhien enkelien mieliin. Meille kerrotaan, että enkelit, jotka omaksuivat hänen kapinalliset ajatuksensa, eivät edes tunnistaneet, että juuri Lucifer oli vietellyt heidät ajattelemaan niitä asioita, joita he lopulta ajattelivat Jumalasta. Hän oli niin hienovarainen, kuten hän oli Eevan kanssa puutarhassa, että enkelit, jotka kerran olivat olleet pyhiä, alkoivat uskoa, että ne ajatukset, jotka Saatana oli istuttanut heidän mieliinsä, olivat heidän omia alkuperäisiä ajatuksiaan. Nuo siemenet tuottivat lopulta iankaikkisen tuhon hedelmän.</w:t>
      </w:r>
    </w:p>
    <w:p>
      <w:pPr>
        <w:pStyle w:val="ArticleBody"/>
        <w:jc w:val="left"/>
      </w:pPr>
      <w:r>
        <w:rPr>
          <w:rFonts w:ascii="Times New Roman" w:hAnsi="Times New Roman" w:eastAsia="Times New Roman" w:cs="Times New Roman"/>
        </w:rPr>
        <w:t>Viimeinen sota, joka käydään ensimmäisessä taivaassa, on alkamaisillaan, eikä se koske pyhien enkelien viettelemistä eikä myöskään sitä, että Saatana vietteli Eevan, vaan pikemminkin hänen koko ihmiskunnan viettelemistään turmeltuneen viestintäprosessin kautta, joka esitetään taivaissa olevaksi. Kyse on World-Wide Webistä, jota Saatana käyttää iskostaakseen ajatuksia ihmisiin ilman, että nämä ihmiset tietävät uskoneensa valheen ja siten osoittaneensa, etteivät he rakasta totuutta. Apostoli Paavali toi esiin, että ”viimeisinä päivinä” ihmiset ottaisivat vastaan valheen, koska heillä ei ollut rakkautta ”totuuteen”. Hänhän oli nähnyt juuri sen historian, jossa tämä Saatanan ihmeellinen työ saatetaan päätökseen.</w:t>
      </w:r>
    </w:p>
    <w:p>
      <w:pPr>
        <w:pStyle w:val="ArticleBody"/>
        <w:jc w:val="left"/>
      </w:pPr>
      <w:r>
        <w:rPr>
          <w:rFonts w:ascii="Times New Roman" w:hAnsi="Times New Roman" w:eastAsia="Times New Roman" w:cs="Times New Roman"/>
        </w:rPr>
        <w:t>Ihmiskunnan eksyttäminen toteutetaan Yhdistyneiden kansakuntien globalistien toimesta, jotka ovat lohikäärmeen valta. Yhdistyneiden kansakuntien globalistit muodostuvat profetiassa kuninkaista ja kauppiaista. Kuninkaat ovat hallitukset, ja teknologiajätit sekä monikansalliset miljardöörit ovat kauppiaat.</w:t>
      </w:r>
    </w:p>
    <w:p>
      <w:pPr>
        <w:pStyle w:val="ArticleBody"/>
        <w:jc w:val="left"/>
      </w:pPr>
      <w:r>
        <w:rPr>
          <w:rFonts w:ascii="Times New Roman" w:hAnsi="Times New Roman" w:eastAsia="Times New Roman" w:cs="Times New Roman"/>
        </w:rPr>
        <w:t>Sodankäynti alkaa sunnuntailaista, jolloin Yhdysvalloista tulee niiden kymmenen kuninkaan johtava kuningas. Yhdysvallat on silloin juuri puhunut lohikäärmeen tavoin, mikä merkitsee maasta nousevan pedon kuudennen valtakunnan päättymistä. Sitten se lähtee pettämään koko maailmaa niiden ihmeiden kautta, joita sen on määrä tehdä pedon nähden, ihmeiden, jotka esitetään taivaasta lankeavan tulen alas tuomisena.</w:t>
      </w:r>
    </w:p>
    <w:p>
      <w:pPr>
        <w:pStyle w:val="ArticleScripture"/>
        <w:jc w:val="left"/>
      </w:pPr>
      <w:r>
        <w:rPr>
          <w:rFonts w:ascii="Times New Roman" w:hAnsi="Times New Roman" w:eastAsia="Times New Roman" w:cs="Times New Roman"/>
        </w:rPr>
        <w:t>Ja hän tekee suuria ihmeitä, niin että saattaa tulen lankeamaan taivaasta maahan ihmisten nähden. Ilmestys 13:13.</w:t>
      </w:r>
    </w:p>
    <w:p>
      <w:pPr>
        <w:pStyle w:val="ArticleBody"/>
        <w:jc w:val="left"/>
      </w:pPr>
      <w:r>
        <w:rPr>
          <w:rFonts w:ascii="Times New Roman" w:hAnsi="Times New Roman" w:eastAsia="Times New Roman" w:cs="Times New Roman"/>
        </w:rPr>
        <w:t>Kun ylösnousseet kuolleet kuivat luut, jotka oli murhattu kadulla, nostetaan taivaaseen lipuksi, ilmestyy samalla toinenkin ihme taivaassa.</w:t>
      </w:r>
    </w:p>
    <w:p>
      <w:pPr>
        <w:pStyle w:val="ArticleScripture"/>
        <w:jc w:val="left"/>
      </w:pPr>
      <w:r>
        <w:rPr>
          <w:rFonts w:ascii="Times New Roman" w:hAnsi="Times New Roman" w:eastAsia="Times New Roman" w:cs="Times New Roman"/>
        </w:rPr>
        <w:t>Ja taivaassa näkyi toinen ihme; ja katso, suuri tulipunainen lohikäärme, jolla oli seitsemän päätä ja kymmenen sarvea, ja sen päissä seitsemän kruunua. Ilmestys 12:3.</w:t>
      </w:r>
    </w:p>
    <w:p>
      <w:pPr>
        <w:pStyle w:val="ArticleBody"/>
        <w:jc w:val="left"/>
      </w:pPr>
      <w:r>
        <w:rPr>
          <w:rFonts w:ascii="Times New Roman" w:hAnsi="Times New Roman" w:eastAsia="Times New Roman" w:cs="Times New Roman"/>
        </w:rPr>
        <w:t>La grande dragon rouge est Satan, mais c’est aussi la Rome païenne.</w:t>
      </w:r>
    </w:p>
    <w:p>
      <w:pPr>
        <w:pStyle w:val="ArticleScripture"/>
        <w:jc w:val="left"/>
      </w:pPr>
      <w:r>
        <w:rPr>
          <w:rFonts w:ascii="Times New Roman" w:hAnsi="Times New Roman" w:eastAsia="Times New Roman" w:cs="Times New Roman"/>
        </w:rPr>
        <w:t>”Näin ollen lohikäärme, vaikka se ensisijaisesti edustaa Saatanaa, on toissijaisessa merkityksessä pakanallisen Rooman vertauskuva.” The Great Controversy, 439.</w:t>
      </w:r>
    </w:p>
    <w:p>
      <w:pPr>
        <w:pStyle w:val="ArticleBody"/>
        <w:jc w:val="left"/>
      </w:pPr>
      <w:r>
        <w:rPr>
          <w:rFonts w:ascii="Times New Roman" w:hAnsi="Times New Roman" w:eastAsia="Times New Roman" w:cs="Times New Roman"/>
        </w:rPr>
        <w:t>Lohikäärme on Saatana, ja toissijaisessa sovellutuksessa lohikäärme edustaa pakanallista Roomaa. Kristuksen syntymän historiassa pakanallisen Rooman lohikäärme on esitettynä; mutta lohikäärmeen täydellinen profeetallinen sovellus on ”viimeisinä päivinä”. ”Viimeisinä päivinä” lohikäärmettä edustavat Yhdistyneiden Kansakuntien kymmenen kuningasta. He eivät esiinny Kristuksen syntymän historiassa, vaan sadan neljänkymmenenneljän tuhannen syntymän historiassa, jonka syntymää Kristuksen syntymä esikuvasi.</w:t>
      </w:r>
    </w:p>
    <w:p>
      <w:pPr>
        <w:pStyle w:val="ArticleScripture"/>
        <w:jc w:val="left"/>
      </w:pPr>
      <w:r>
        <w:rPr>
          <w:rFonts w:ascii="Times New Roman" w:hAnsi="Times New Roman" w:eastAsia="Times New Roman" w:cs="Times New Roman"/>
        </w:rPr>
        <w:t>”Kuninkaat ja hallitsijat ja maaherrat ovat painaneet itseensä antikristuksen merkin, ja heidät esitetään lohikäärmeenä, joka lähtee sotimaan pyhiä vastaan — niitä vastaan, jotka pitävät Jumalan käskyt ja joilla on Jeesuksen usko.” Testimonies to Ministers, 38.</w:t>
      </w:r>
    </w:p>
    <w:p>
      <w:pPr>
        <w:pStyle w:val="ArticleBody"/>
        <w:jc w:val="left"/>
      </w:pPr>
      <w:r>
        <w:rPr>
          <w:rFonts w:ascii="Times New Roman" w:hAnsi="Times New Roman" w:eastAsia="Times New Roman" w:cs="Times New Roman"/>
        </w:rPr>
        <w:t>Lohikäärmeen kymmenen sarvea ovat sen liittokunnan vertauskuva; sen seitsemän päät, joiden päällä on kruunut, osoittavat sen olevan seitsemäs pää niiden kahdeksan valtakunnan joukossa, joista Raamatun profetia puhuu ja jotka esitetään sekä Nebukadnessarin kuvapatsaassa Danielin kirjan toisessa luvussa että Ilmestyskirjan seitsemännessätoista luvussa esiintyvissä kahdeksassa päässä. Yhdistyneet Kansakunnat on ”toinen tunnusmerkki taivaassa” juuri sillä hetkellä, jolloin lippumerkki, joka on syntynyt kadulla, joka kulkee kuolleiden kuivien luiden laakson halki, nostetaan taivaaseen. Lohikäärme ja nainen näyttäytyvät tunnusmerkkeinä taivaassa sunnuntailain aikana, joka on myös juuri se hetki, jolloin katolisuuden meripetoa niin ikään ”ihmetellään.”</w:t>
      </w:r>
    </w:p>
    <w:p>
      <w:pPr>
        <w:pStyle w:val="ArticleScripture"/>
        <w:jc w:val="left"/>
      </w:pPr>
      <w:r>
        <w:rPr>
          <w:rFonts w:ascii="Times New Roman" w:hAnsi="Times New Roman" w:eastAsia="Times New Roman" w:cs="Times New Roman"/>
        </w:rPr>
        <w:t>Ja minä näin yhden sen päistä ikään kuin kuolettavasti haavoitettuna; mutta sen kuolinhaava parani; ja koko maailma seurasi ihmetellen petoa. Ilmestys 13:3.</w:t>
      </w:r>
    </w:p>
    <w:p>
      <w:pPr>
        <w:pStyle w:val="ArticleBody"/>
        <w:jc w:val="left"/>
      </w:pPr>
      <w:r>
        <w:rPr>
          <w:rFonts w:ascii="Times New Roman" w:hAnsi="Times New Roman" w:eastAsia="Times New Roman" w:cs="Times New Roman"/>
        </w:rPr>
        <w:t>Maailma seuraa ihmetellen paavillista meripetoa sen jälkeen, kun sen kuolinhaava on parantunut, ja se parantuu Yhdysvaltojen sunnuntailaissa. Lippua, lohikäärmettä ja petoa kaikkia seurataan ihmetellen, alkaen Yhdysvaltojen sunnuntailaista. Väärä profeetta tuo ilmi kaikkein merkittävimmät saatanalliset ihmeet juuri tuona samana aikana, sillä välittömästi sunnuntailain jälkeen, jolloin väärä profeetta on juuri alkanut puhua ”lohikäärmeen” tavoin, hän lähtee eksyttämään koko maailmaa, ja hän toteuttaa eksytyksensä taivaasta.</w:t>
      </w:r>
    </w:p>
    <w:p>
      <w:pPr>
        <w:pStyle w:val="ArticleScripture"/>
        <w:jc w:val="left"/>
      </w:pPr>
      <w:r>
        <w:rPr>
          <w:rFonts w:ascii="Times New Roman" w:hAnsi="Times New Roman" w:eastAsia="Times New Roman" w:cs="Times New Roman"/>
        </w:rPr>
        <w:t>Ja minä näin toisen pedon nousevan maasta; ja sillä oli kaksi sarvea niin kuin karitsalla, ja se puhui niin kuin lohikäärme. Ja se käyttää kaikkea ensimmäisen pedon valtaa tämän edessä, ja saattaa maan ja ne, jotka siinä asuvat, kumartamaan ensimmäistä petoa, jonka kuolettava haava parani. Ja se tekee suuria ihmeitä, niin että se saa tulen lankeamaan taivaasta maahan ihmisten nähden. Ilmestys 13:11–13.</w:t>
      </w:r>
    </w:p>
    <w:p>
      <w:pPr>
        <w:pStyle w:val="ArticleBody"/>
        <w:jc w:val="left"/>
      </w:pPr>
      <w:r>
        <w:rPr>
          <w:rFonts w:ascii="Times New Roman" w:hAnsi="Times New Roman" w:eastAsia="Times New Roman" w:cs="Times New Roman"/>
        </w:rPr>
        <w:t>Sota, joka alkoi kolmannessa taivaassa, päättyy ensimmäisessä taivaassa. Raamattu ja Profetian Henki tunnistavat lohikäärmeen, pedon ja väärän profeetan kolminkertaisen liiton pahaksi valaliitoksi. Sunnuntailain aikana tämä kolminkertainen liitto alkaa johtaa koko maailmaa sodankäyntiin naista vastaan marssiessaan kohti Harmagedonia. Sunnuntailain aikana ne ottavat asemansa ensimmäisen taivaan taistelukentällä, ja sitten ne häviävät! Kun Rooma nousee valtaan kolme kertaa maailman historiassa, se valloittaa aina ensin vihollisensa, sitten liittolaisensa, sitten uhrinsa, ja sitten lankeaa.</w:t>
      </w:r>
    </w:p>
    <w:p>
      <w:pPr>
        <w:pStyle w:val="ArticleScripture"/>
        <w:jc w:val="left"/>
      </w:pPr>
      <w:r>
        <w:rPr>
          <w:rFonts w:ascii="Times New Roman" w:hAnsi="Times New Roman" w:eastAsia="Times New Roman" w:cs="Times New Roman"/>
        </w:rPr>
        <w:t>Ja minä näin kolme saastaista henkeä, sammakoiden kaltaista, lähtevän lohikäärmeen suusta ja pedon suusta ja väärän profeetan suusta. Sillä ne ovat riivaajahenkiä, jotka tekevät ihmeitä ja lähtevät maan kuninkaiden ja koko maailman kuninkaiden luo kootakseen heidät Kaikkivaltiaan Jumalan suuren päivän sotaan. Katso, minä tulen niin kuin varas. Autuas se, joka valvoo ja pitää vaatteensa, ettei hän vaeltaisi alastomana eikä hänen häpeäänsä nähtäisi. Ja hän kokosi heidät paikkaan, jonka nimi hepreaksi on Harmagedon. Ilmestys 16:13–16.</w:t>
      </w:r>
    </w:p>
    <w:p>
      <w:pPr>
        <w:pStyle w:val="ArticleBody"/>
        <w:jc w:val="left"/>
      </w:pPr>
      <w:r>
        <w:rPr>
          <w:rFonts w:ascii="Times New Roman" w:hAnsi="Times New Roman" w:eastAsia="Times New Roman" w:cs="Times New Roman"/>
        </w:rPr>
        <w:t>Viimeisten päivien ”sota taivaassa” ei ole vertauskuvallinen, vaan se on viestinnän sota, jota käydään taivaissa. Lohikäärmeen suusta, pedon suusta ja väärän profeetan suusta lähtevät ”riivaajien henget”, jotka tekevät ”ihmeitä”. Sana ”henki” merkitsee henkäystä, ja henkäys on sanoman vertauskuva. Hesekielin kolmannenkymmenennenseitsemännen luvun henkäys herättää kuolleet luut eloon, ja se tekee sen välittämällä islamin sanoman, jota Raamatussa edustaa itätuuli. ”Henki”, ”tuuli” ja ”henkäys” ovat sama sana, joka sekä hepreaksi että kreikaksi on käännetty näiksi kolmeksi englannin sanaksi.</w:t>
      </w:r>
    </w:p>
    <w:p>
      <w:pPr>
        <w:pStyle w:val="ArticleScripture"/>
        <w:jc w:val="left"/>
      </w:pPr>
      <w:r>
        <w:rPr>
          <w:rFonts w:ascii="Times New Roman" w:hAnsi="Times New Roman" w:eastAsia="Times New Roman" w:cs="Times New Roman"/>
        </w:rPr>
        <w:t>”Jumala voi puhaltaa uutta elämää jokaiseen sieluun, joka vilpittömästi haluaa palvella Häntä, ja voi koskettaa huulia alttarilta otetulla hehkuvalla hiilellä sekä tehdä niistä kaunopuheiset Hänen ylistyksessään. Tuhannet äänet täyttyvät voimalla julistaa Jumalan sanan ihmeellisiä totuuksia. Sopertava kieli päästetään vapaaksi, ja arasta tehdään vahva antamaan rohkea todistus totuudesta. Auttakoon Herra kansaansa puhdistamaan sielun temppelin kaikesta saastaisuudesta ja säilyttämään niin läheisen yhteyden Häneen, että he voivat olla osallisia myöhäissateesta, kun se vuodatetaan.” Review and Herald, 20. heinäkuuta 1886.</w:t>
      </w:r>
    </w:p>
    <w:p>
      <w:pPr>
        <w:pStyle w:val="ArticleBody"/>
        <w:jc w:val="left"/>
      </w:pPr>
      <w:r>
        <w:rPr>
          <w:rFonts w:ascii="Times New Roman" w:hAnsi="Times New Roman" w:eastAsia="Times New Roman" w:cs="Times New Roman"/>
        </w:rPr>
        <w:t>“Henget”, jotka lähtevät lohikäärmeen suusta, pedon suusta ja väärän profeetan suusta, edustavat saatanallisia sanomia. Ensimmäisessä taistelussa kolmannessa taivaassa ne olivat turmeltunutta viestintää, jota edusti turmeltunut valonkantaja. Viimeisessä taistelussa ensimmäisessä taivaassa on jälleen kyse turmeltuneesta viestinnästä. Se turmeltunut viestintä, jota Saatana käytti kolmannen taivaan sodankäynnissä ja jota tullaan jälleen käyttämään ensimmäisen taivaan sodankäynnissä, oli mesmerismi, jota nykyaikana kutsutaan hypnoosiksi.</w:t>
      </w:r>
    </w:p>
    <w:p>
      <w:pPr>
        <w:pStyle w:val="ArticleScripture"/>
        <w:jc w:val="left"/>
      </w:pPr>
      <w:r>
        <w:rPr>
          <w:rFonts w:ascii="Times New Roman" w:hAnsi="Times New Roman" w:eastAsia="Times New Roman" w:cs="Times New Roman"/>
        </w:rPr>
        <w:t>“Miesten ja naisten ei tule tutkia sitä tiedettä, kuinka vangita niiden mieli, jotka ovat tekemisissä heidän kanssaan. Tätä tiedettä Saatana opettaa. Meidän on vastustettava kaikkea senkaltaista. Meidän ei tule olla missään tekemisissä mesmerismin ja hypnotismin kanssa — sen tieteen, joka kuuluu hänelle, joka menetti alkuperäisen asemansa ja karkotettiin taivaallisista esikartanoista.” Käsikirjoitus 86, 1905.</w:t>
      </w:r>
    </w:p>
    <w:p>
      <w:pPr>
        <w:pStyle w:val="ArticleBody"/>
        <w:jc w:val="left"/>
      </w:pPr>
      <w:r>
        <w:rPr>
          <w:rFonts w:ascii="Times New Roman" w:hAnsi="Times New Roman" w:eastAsia="Times New Roman" w:cs="Times New Roman"/>
        </w:rPr>
        <w:t>Hypnotismia toteuttavat nykymaailmassa teknologiaylijätit maailmanlaajuisen verkon välityksellä; se käyttää sitä, mitä nimitetään modernin mainonnan tieteeksi, mutta on todellisuudessa vanhan saatanallisen hypnotismin tieteen äärimmilleen hiottu muoto. Globalistit, teknologiaylijätit ja miljardöörit aikovat vangita saaliinsa petoksen ”verkkoon”, joka on jo ulotettu kaikkialle maailmaan. Saatanan psykologiset operaatiot koko maailmaa vastaan, jos niin tahdotte. Juuri saatanalliset sanomat johtavat maailman Harmagedoniin, ja noita saatanallisia sanomia julistetaan taivaissa aivan samalla hetkellä, kun kolme enkeliä julistavat Kristuksen sanomaa taivaissa.</w:t>
      </w:r>
    </w:p>
    <w:p>
      <w:pPr>
        <w:pStyle w:val="ArticleScripture"/>
        <w:jc w:val="left"/>
      </w:pPr>
      <w:r>
        <w:rPr>
          <w:rFonts w:ascii="Times New Roman" w:hAnsi="Times New Roman" w:eastAsia="Times New Roman" w:cs="Times New Roman"/>
        </w:rPr>
        <w:t>Ja minä näin erään toisen enkelin lentävän keskitaivaalla, ja hänellä oli iankaikkinen evankeliumi julistettavana maan päällä asuvaisille ja kaikille kansanheimoille ja sukukunnille ja kielille ja kansoille, ja hän sanoi suurella äänellä: Peljätkää Jumalaa ja antakaa hänelle kunnia, sillä hänen tuomionsa hetki on tullut; ja kumartakaa häntä, joka on tehnyt taivaan ja maan ja meren ja vetten lähteet. Ja häntä seurasi toinen enkeli, joka sanoi: Kukistunut, kukistunut on Babylon, tuo suuri kaupunki, koska se on haureutensa vihan viinillä juottanut kaikki kansat. Ja heitä seurasi kolmas enkeli, joka sanoi suurella äänellä: Jos joku kumartaa petoa ja sen kuvaa ja ottaa sen merkin otsaansa tai käteensä, niin hänkin on juova Jumalan vihan viiniä, joka sekoittamattomana on kaadettu hänen vihansa maljaan; ja häntä pitää tulella ja tulikivellä vaivattaman pyhien enkelien edessä ja Karitsan edessä. Ja heidän vaivansa savu nousee aina ja iankaikkisesti, eikä heillä ole lepoa päivällä eikä yöllä, niillä, jotka kumartavat petoa ja sen kuvaa, eikä kenelläkään, joka ottaa hänen nimensä merkin. Ilmestys 14:6–11.</w:t>
      </w:r>
    </w:p>
    <w:p>
      <w:pPr>
        <w:pStyle w:val="ArticleBody"/>
        <w:jc w:val="left"/>
      </w:pPr>
      <w:r>
        <w:rPr>
          <w:rFonts w:ascii="Times New Roman" w:hAnsi="Times New Roman" w:eastAsia="Times New Roman" w:cs="Times New Roman"/>
        </w:rPr>
        <w:t>“Henget”, jotka tulevat kolmitahoisen liiton jokaisesta jäsenestä, lähtevät niiden suusta. Kansakunnan puhuminen on sen hallituksen toimintaa.</w:t>
      </w:r>
    </w:p>
    <w:p>
      <w:pPr>
        <w:pStyle w:val="ArticleScripture"/>
        <w:jc w:val="left"/>
      </w:pPr>
      <w:r>
        <w:rPr>
          <w:rFonts w:ascii="Times New Roman" w:hAnsi="Times New Roman" w:eastAsia="Times New Roman" w:cs="Times New Roman"/>
        </w:rPr>
        <w:t>”Kansakunnan puhuminen on sen lainsäädäntö- ja tuomiovallan haltijoiden toimintaa.” Suuri taistelu, 443.</w:t>
      </w:r>
    </w:p>
    <w:p>
      <w:pPr>
        <w:pStyle w:val="ArticleBody"/>
        <w:jc w:val="left"/>
      </w:pPr>
      <w:r>
        <w:rPr>
          <w:rFonts w:ascii="Times New Roman" w:hAnsi="Times New Roman" w:eastAsia="Times New Roman" w:cs="Times New Roman"/>
        </w:rPr>
        <w:t>Jeremialle luvattiin, että jos hän erottaisi vehnän akanoista eikä palaisi akanoiden luo (vaikka akanat voisivat palata hänen luokseen), Jumala tekisi hänestä oman ”suunsa”.</w:t>
      </w:r>
    </w:p>
    <w:p>
      <w:pPr>
        <w:pStyle w:val="ArticleScripture"/>
        <w:jc w:val="left"/>
      </w:pPr>
      <w:r>
        <w:rPr>
          <w:rFonts w:ascii="Times New Roman" w:hAnsi="Times New Roman" w:eastAsia="Times New Roman" w:cs="Times New Roman"/>
        </w:rPr>
        <w:t>En istunut pilkkaajien seurassa enkä iloinnut; minä istuin yksinäni sinun kätesi tähden, sillä sinä olet täyttänyt minut närkästyksellä. Miksi on kipuni lakkaamaton ja haavani parantumaton, joka ei tahdo parantua? Oletko sinä minulle todella kuin valheellinen puro, kuin vedet, jotka ehtyvät? Sentähden, näin sanoo Herra: Jos sinä palaat, niin minä palautan sinut jälleen, ja sinä saat seistä minun edessäni; ja jos erotat kalliin halpahintaisesta, sinä saat olla minun suuni. He saavat palata sinun tykösi, mutta älä sinä palaa heidän tykönsä. Jeremiah 15:17–19.</w:t>
      </w:r>
    </w:p>
    <w:p>
      <w:pPr>
        <w:pStyle w:val="ArticleBody"/>
        <w:jc w:val="left"/>
      </w:pPr>
      <w:r>
        <w:rPr>
          <w:rFonts w:ascii="Times New Roman" w:hAnsi="Times New Roman" w:eastAsia="Times New Roman" w:cs="Times New Roman"/>
        </w:rPr>
        <w:t>Jeremia edustaa milleriläisiä heidän ensimmäisessä pettymyksessään, jolloin he luulivat Jumalan valehdelleen. Jumala ei ollut valehdellut; Hän yksinkertaisesti piti kätensä vuoden 1843 kartassa olleen virheen päällä. Jeremialle annettiin lupaus, niin kuin lupaus annetaan niille, jotka pettyivät 18. heinäkuuta 2020: jos he erottautuisivat niistä mielettömistä henkilöistä ja saatanallisista opetuksista, jotka olivat läsnä ennen pettymystä, silloin Herra tekisi Jeremiasta, ja niistä joita hän esikuvallistaa, oman ”suunsa”. Vuoden 1843 kartta oli laadittu Habakukin kirjan toisen luvun käskyn täyttymyksenä.</w:t>
      </w:r>
    </w:p>
    <w:p>
      <w:pPr>
        <w:pStyle w:val="ArticleScripture"/>
        <w:jc w:val="left"/>
      </w:pPr>
      <w:r>
        <w:rPr>
          <w:rFonts w:ascii="Times New Roman" w:hAnsi="Times New Roman" w:eastAsia="Times New Roman" w:cs="Times New Roman"/>
        </w:rPr>
        <w:t>”Toisen adventin puhujien ja lehtien yhteinen todistus oli, heidän seisoessaan ’alkuperäisellä uskolla’, että taulun julkaiseminen oli Habakuk 2:2, 3:n täyttymys. Jos taulu oli profetian aihe (ja ne, jotka sen kieltävät, hylkäävät alkuperäisen uskon), niin siitä seuraa, että 457 eKr. oli se vuosi, josta 2300 päivää oli laskettava. Oli välttämätöntä, että 1843 olisi ensimmäinen julkaistu ajankohta, jotta ’näky’ ’viipyisi’, eli jotta olisi viipymisen aika, jonka kuluessa neitsytjoukon tuli torkahtaa ja nukkua suuren aikakysymyksen äärellä juuri ennen kuin se oli herätettävä Keskiyön huudolla.” James White, Second Advent Review and Sabbath Herald, osa 1, numero 2.</w:t>
      </w:r>
    </w:p>
    <w:p>
      <w:pPr>
        <w:pStyle w:val="ArticleBody"/>
        <w:jc w:val="left"/>
      </w:pPr>
      <w:r>
        <w:rPr>
          <w:rFonts w:ascii="Times New Roman" w:hAnsi="Times New Roman" w:eastAsia="Times New Roman" w:cs="Times New Roman"/>
        </w:rPr>
        <w:t>Herra käski Habakukin kautta milleriläisiä laatimaan vuoden 1843 kartan, ja se sisälsi virheen, jonka yli Herra piti kättään. Tästä syystä Jeremia toteaa, että hänen pettymyksensä johtui Jumalan kädestä. Kun Herra pettymyksen jälkeen johdatti milleriläiset takaisin Habakukin toiseen lukuun, he näkivät lupauksen: vaikka näky viipyisi, heidän tuli odottaa sitä, sillä se ei valehtelisi, ja että lopussa se ”puhuisi”.</w:t>
      </w:r>
    </w:p>
    <w:p>
      <w:pPr>
        <w:pStyle w:val="ArticleBody"/>
        <w:jc w:val="left"/>
      </w:pPr>
      <w:r>
        <w:rPr>
          <w:rFonts w:ascii="Times New Roman" w:hAnsi="Times New Roman" w:eastAsia="Times New Roman" w:cs="Times New Roman"/>
        </w:rPr>
        <w:t>Näyn ”puhuminen” edusti profeetallisen sanoman sisältöä, ja Jeremialle annettu lupaus oli, että jos hän karistaisi pettymyksen, palaisi siihen intoon sanomaa kohtaan, joka hänellä oli ennen pettymystä, ja jos hän tekisi eron vehnän ja akanoiden välillä, hän olisi Jumalan ”suu” ja esittäisi Keskiyön huudon sanoman.</w:t>
      </w:r>
    </w:p>
    <w:p>
      <w:pPr>
        <w:pStyle w:val="ArticleScripture"/>
        <w:jc w:val="left"/>
      </w:pPr>
      <w:r>
        <w:rPr>
          <w:rFonts w:ascii="Times New Roman" w:hAnsi="Times New Roman" w:eastAsia="Times New Roman" w:cs="Times New Roman"/>
        </w:rPr>
        <w:t>Sillä näky odottaa vielä määräaikaansa, mutta lopussa se puhuu eikä valhettele; vaikka se viipyisi, odota sitä, sillä varmasti se tulee, eikä se viivästy. Habakuk 2:3.</w:t>
      </w:r>
    </w:p>
    <w:p>
      <w:pPr>
        <w:pStyle w:val="ArticleBody"/>
        <w:jc w:val="left"/>
      </w:pPr>
      <w:r>
        <w:rPr>
          <w:rFonts w:ascii="Times New Roman" w:hAnsi="Times New Roman" w:eastAsia="Times New Roman" w:cs="Times New Roman"/>
        </w:rPr>
        <w:t>Ne, joita Jeremia edustaa sekä ensimmäisen että kolmannen enkelin liikkeessä ja jotka täyttävät käskyn palata, tulevat olemaan Herran ”suu” sodankäynnissä pahaa liittokuntaa vastaan, ensimmäisen taivaan taistelukentällä. He esittävät keskiyön huudon sanoman. Ne, joita Jeremia edustaa, kuulevat nyt ”äänen” erämaassa. Kolme ja puoli vertauskuvallista päivää on profeetallisen erämaan vertauskuva.</w:t>
      </w:r>
    </w:p>
    <w:p>
      <w:pPr>
        <w:pStyle w:val="ArticleScripture"/>
        <w:jc w:val="left"/>
      </w:pPr>
      <w:r>
        <w:rPr>
          <w:rFonts w:ascii="Times New Roman" w:hAnsi="Times New Roman" w:eastAsia="Times New Roman" w:cs="Times New Roman"/>
        </w:rPr>
        <w:t>Ääni kuuluu: Huutavan ääni erämaassa: Valmistakaa Herralle tie, tehkää arolle valtatie meidän Jumalallemme. Jokainen laakso korotettakoon, ja jokainen vuori ja kukkula alennettakoon; mutkaiset tienoot tulkoot suoriksi ja louhikot tasangoksi. Ja Herran kunnia ilmestyy, ja kaikki liha saa sen yhdessä nähdä; sillä Herran suu on puhunut. Jesaja 40:3–5.</w:t>
      </w:r>
    </w:p>
    <w:p>
      <w:pPr>
        <w:pStyle w:val="ArticleBody"/>
        <w:jc w:val="left"/>
      </w:pPr>
      <w:r>
        <w:rPr>
          <w:rFonts w:ascii="Times New Roman" w:hAnsi="Times New Roman" w:eastAsia="Times New Roman" w:cs="Times New Roman"/>
        </w:rPr>
        <w:t>Jatkamme seuraavassa kirjoituksessa tarkasteluamme koetusajan sodan viimeisestä taistelusta, joka alkoi kolmannessa taivaassa ja päättyy ensimmäisessä taivaassa.</w:t>
      </w:r>
    </w:p>
    <w:p>
      <w:pPr>
        <w:pStyle w:val="ArticleScripture"/>
        <w:jc w:val="left"/>
      </w:pPr>
      <w:r>
        <w:rPr>
          <w:rFonts w:ascii="Times New Roman" w:hAnsi="Times New Roman" w:eastAsia="Times New Roman" w:cs="Times New Roman"/>
        </w:rPr>
        <w:t>Silloin kaikki midianilaiset, amalekilaiset ja idän lapset kokoontuivat yhteen, menivät yli ja leiriytyivät Jisreelin laaksoon. Mutta Herran Henki tuli Gideonin päälle, ja hän puhalsi pasuunaan; ja Abieser kokoontui hänen jälkeensä. Ja hän lähetti sanansaattajia kautta koko Manassen; ja sekin kokoontui hänen jälkeensä; ja hän lähetti sanansaattajia Asserin, Sebulonin ja Naftalin luo; ja he tulivat heitä vastaan. Tuom.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Jeesuksen Kristuksen ilmestys - numero kymmenen</dc:title>
  <dc:subject>Sota taivaassa</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