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Jeesuksen Kristuksen ilmestys - numero yksitoista</w:t>
      </w:r>
    </w:p>
    <w:p>
      <w:pPr>
        <w:pStyle w:val="ArticleSubtitle"/>
        <w:jc w:val="left"/>
      </w:pPr>
      <w:r>
        <w:rPr>
          <w:rFonts w:ascii="Arial" w:hAnsi="Arial" w:eastAsia="Arial" w:cs="Arial"/>
        </w:rPr>
        <w:t>Pedon kuva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2023-11-05</w:t>
      </w:r>
    </w:p>
    <w:p>
      <w:pPr>
        <w:pStyle w:val="ArticleScripture"/>
        <w:jc w:val="left"/>
      </w:pPr>
      <w:r>
        <w:rPr>
          <w:rFonts w:ascii="Times New Roman" w:hAnsi="Times New Roman" w:eastAsia="Times New Roman" w:cs="Times New Roman"/>
        </w:rPr>
        <w:t>Ja taivaassa näkyi toinen ihme: katso, suuri tulipunainen lohikäärme, jolla oli seitsemän päätä ja kymmenen sarvea, ja sen päissä seitsemän kruunua. Ja sen pyrstö tempasi mukaansa kolmannen osan taivaan tähdistä ja heitti ne maahan. Ja lohikäärme seisoi synnyttämäisillään olevan vaimon edessä, nielläkseen hänen lapsensa heti sen synnyttyä. Ja hän synnytti poikalapsen, joka oli kaitseva kaikkia kansoja rautaisella valtikalla; ja hänen lapsensa temmattiin Jumalan tykö ja hänen valtaistuimensa tykö. Ja vaimo pakeni erämaahan, missä hänellä on Jumalan valmistama paikka, että häntä siellä elätettäisiin tuhat kaksisataa kuusikymmentä päivää. Ja taivaassa syttyi sota: Mikael ja hänen enkelinsä sotivat lohikäärmettä vastaan; ja lohikäärme soti enkeleinensä, mutta eivät voittaneet, eikä heille enää löytynyt paikkaa taivaassa. Ja suuri lohikäärme, se vanha käärme, jota kutsutaan Perkeleeksi ja Saatanaksi, joka eksyttää koko maailman, heitettiin maan päälle, ja hänen enkelinsä heitettiin ulos hänen kanssaan. Ja minä kuulin suuren äänen sanovan taivaassa: Nyt on tullut pelastus ja voima ja meidän Jumalamme valtakunta ja hänen Kristuksensa valta, sillä meidän veljiemme syyttäjä on heitetty alas, hän, joka yötä päivää syytti heitä meidän Jumalamme edessä. Ja he voittivat hänet Karitsan veren kautta ja todistuksensa sanan kautta, eivätkä rakastaneet henkeänsä kuolemaan asti. Sentähden iloitkaa, te taivaat, ja te, jotka niissä asutte. Voi maata ja merta asuvia! sillä perkele on tullut alas teidän luoksenne suuresti raivoten, koska hän tietää, että hänellä on vähän aikaa. Ja kun lohikäärme näki, että hänet oli heitetty maan päälle, hän vainosi vaimoa, joka oli synnyttänyt poikalapsen. Ja vaimolle annettiin suuren kotkan kaksi siipeä, että hän lentäisi erämaahan, paikalleen, missä häntä elätetään aika ja kaksi aikaa ja puoli aikaa poissa käärmeen kasvojen edestä. Ja käärme syyti kidastaan vaimon jälkeen vettä kuin virran, saadakseen hänet virran vietäväksi. Mutta maa auttoi vaimoa, ja maa avasi suunsa ja nieli virran, jonka lohikäärme syyti kidastaan. Ja lohikäärme vihastui vaimoon ja lähti käymään sotaa hänen siemenensä muita vastaan, niitä vastaan, jotka pitävät Jumalan käskyt ja joilla on Jeesuksen Kristuksen todistus. Ilmestys 12:1–17.</w:t>
      </w:r>
    </w:p>
    <w:p>
      <w:pPr>
        <w:pStyle w:val="ArticleBody"/>
        <w:jc w:val="left"/>
      </w:pPr>
      <w:r>
        <w:rPr>
          <w:rFonts w:ascii="Times New Roman" w:hAnsi="Times New Roman" w:eastAsia="Times New Roman" w:cs="Times New Roman"/>
        </w:rPr>
        <w:t>Ensimmäinen taistelu Kristuksen ja Saatanan välisessä suuressa taistelussa alkoi kolmannessa taivaassa Luciferin kapinalla, ja tuo ensimmäinen taistelu on esikuva viimeisestä taistelusta ensimmäisessä taivaassa. Sotaa käydään vielä lisää, sillä tuhannen vuoden valtakunnan päättyessä Saatana päästetään irti vähäksi aikaa, ja hän käy hyökkäykseen Jerusalemia vastaan, mutta tuolla taistelulla ei ole mitään mahdollisuutta voittoon. Alussa kolmannessa taivaassa käyty taistelu, joka kuvastaa lopussa ensimmäisessä taivaassa käytävää taistelua, käytiin armonajan ollessa avoinna.</w:t>
      </w:r>
    </w:p>
    <w:p>
      <w:pPr>
        <w:pStyle w:val="ArticleBody"/>
        <w:jc w:val="left"/>
      </w:pPr>
      <w:r>
        <w:rPr>
          <w:rFonts w:ascii="Times New Roman" w:hAnsi="Times New Roman" w:eastAsia="Times New Roman" w:cs="Times New Roman"/>
        </w:rPr>
        <w:t>Lapsesta raskaana oleva ”nainen” edustaa Jumalan seurakuntaa kautta historian, ja Kristuksen historiassa hän oli synnyttämäisillään poikalasta, Jeesusta. Viimeisinä päivinä hän synnyttää kaksoset. Juuri ennen sunnuntailakia hän synnyttää Ilmestyskirjan seitsemännessä luvussa mainitut sataneljäkymmentäneljätuhatta, ja sunnuntailain aikana hän alkaa synnytyskipujen vaivan synnyttääkseen Ilmestyskirjan seitsemännessä luvussa mainitun suuren joukon. Hänen kaksosensa eivät ole identtiset, mutta he ovat kaksoset, ja esikoinen on Elia ja nuorempi poika on Mooses.</w:t>
      </w:r>
    </w:p>
    <w:p>
      <w:pPr>
        <w:pStyle w:val="ArticleBody"/>
        <w:jc w:val="left"/>
      </w:pPr>
      <w:r>
        <w:rPr>
          <w:rFonts w:ascii="Times New Roman" w:hAnsi="Times New Roman" w:eastAsia="Times New Roman" w:cs="Times New Roman"/>
        </w:rPr>
        <w:t>Hengellisen Israelin alussa pakanallisen Rooman lohikäärme odotti voidakseen niellä miehenpuolen lapsen, Jeesuksen, ja nykyajan Rooman lohikäärme odottaa nyt voidakseen niellä sadan neljänkymmenenneljän tuhannen miehenpuolen lapsen. Niin kuin pakanallinen Rooma vainosi varhaista kristillistä seurakuntaa, samoin nykyajan Rooma tulee toistamaan vainon sunnuntailain kriisin aikana. Varhaisessa kristillisessä seurakunnassa nainen pakeni erämaahan tuhannen kahdensadan kuudenkymmenen kirjaimellisen vuoden ajaksi, ja sunnuntailain kriisin vainoa kuvataan Ilmestyskirjan kolmannentoista luvun viidennessä jakeessa mainituilla neljälläkymmenelläkahdella kuukaudella. Erämaassa Jumalan kansalla on heille valmistettu paikka, jossa heitä ruokitaan ja ravitaan.</w:t>
      </w:r>
    </w:p>
    <w:p>
      <w:pPr>
        <w:pStyle w:val="ArticleBody"/>
        <w:jc w:val="left"/>
      </w:pPr>
      <w:r>
        <w:rPr>
          <w:rFonts w:ascii="Times New Roman" w:hAnsi="Times New Roman" w:eastAsia="Times New Roman" w:cs="Times New Roman"/>
        </w:rPr>
        <w:t>Ilmestyskirjan kahdeksannessa luvussa, jakeessa kolmetoista, kolme viimeistä pasuunaa määritellään kolmeksi voi-huudoksi. Ilmestyskirjan voi-huudot kuvaavat islamin pasuunatuomioita niitä valtoja vastaan, jotka säätävät sunnuntailakeja. Kahdennessatoista luvussa kuvatussa sodankäynnissä islamin tehtävä ilmaistaan siinä, kun sanotaan: ”Voi maan ja meren asukkaita! sillä perkele on astunut alas teidän tykönne suuressa vihassa, koska hän tietää, että hänellä on vähän aikaa.” Se vaino, jonka Iisebel toimeenpanee luopiomiehensä Ahabin kautta, kohdistuu ”maa”-petoon ja ”meri”-petoon.</w:t>
      </w:r>
    </w:p>
    <w:p>
      <w:pPr>
        <w:pStyle w:val="ArticleBody"/>
        <w:jc w:val="left"/>
      </w:pPr>
      <w:r>
        <w:rPr>
          <w:rFonts w:ascii="Times New Roman" w:hAnsi="Times New Roman" w:eastAsia="Times New Roman" w:cs="Times New Roman"/>
        </w:rPr>
        <w:t>Ilmestyskirjan kahdeksannentoista luvun väkevän enkelin liikkeellä, samoin kuin jokaisella reformiliikkeellä, on neljä ensisijaista tienviittaa, jotka johtavat tuomioon ja sisältävät sen. Ensimmäisen enkelin liikkeen kohdalla nämä neljä tienviittaa olivat 11. elokuuta 1840, ensimmäinen pettymys keväällä 1843, Keskiyön huudon sanoman saapuminen 12.–17. elokuuta 1844 sekä tuomion alkaminen 22. lokakuuta 1844. Jokaista näistä neljästä tienviitasta yhdisti sama yleinen teema: ”aika”. Elokuun 11. päivänä 1840 täyttyi Ilmestyskirjan 9. luvun 15. jakeen aikaprofetia. Vuoden 1843 ensimmäinen pettymys edusti epäonnistunutta ajan ennustusta. Keskiyön huudon sanoma oli aiemmin epäonnistuneen ajan ennustuksen oikaisu, ja 22. lokakuuta 1844 oli Keskiyön huudon sanoman ennustetun ajan täyttymys.</w:t>
      </w:r>
    </w:p>
    <w:p>
      <w:pPr>
        <w:pStyle w:val="ArticleBody"/>
        <w:jc w:val="left"/>
      </w:pPr>
      <w:r>
        <w:rPr>
          <w:rFonts w:ascii="Times New Roman" w:hAnsi="Times New Roman" w:eastAsia="Times New Roman" w:cs="Times New Roman"/>
        </w:rPr>
        <w:t>Kolmannen enkelin liikkeessä on samat neljä tienviittaa, sillä ne ovat jokaisessa uudistuslinjassa, ja kuten kaikkien uudistuslinjojen näiden neljän tienviitan kohdalla, jokaisella tienviitalla on sama profeetallinen teema. Kolmannen voi-huudon islam on sadan neljänkymmenenneljän tuhannen liikkeen neljän tienviitan teema. Syyskuun 11. päivänä 2001 kolmannen voi-huudon islam päästettiin irti ja sitten pidätettiin. Heinäkuun 18. päivän 2020 epäonnistunut ennustus osoitti islamilaisen hyökkäyksen Nashvilleen, Tennesseehen, ja edusti kolmannen voi-huudon islamia. Sanoma, joka herättää Ilmestyskirjan yhdennessätoista luvussa kadulla olevat kuolleet kuivat luut, on keskiyön huudon sanoman täydellinen ja lopullinen täyttymys, ja se edustaa Nashvillen ennustuksen korjausta (ilman ajan elementtiä). Se täyttyy neljännellä tienviitalla, joka on sunnuntailaki, jolloin kolmannen voi-huudon islam iskee Yhdysvaltoihin sen vuoksi, että se panee täytäntöön pian tulevan sunnuntailain.</w:t>
      </w:r>
    </w:p>
    <w:p>
      <w:pPr>
        <w:pStyle w:val="ArticleBody"/>
        <w:jc w:val="left"/>
      </w:pPr>
      <w:r>
        <w:rPr>
          <w:rFonts w:ascii="Times New Roman" w:hAnsi="Times New Roman" w:eastAsia="Times New Roman" w:cs="Times New Roman"/>
        </w:rPr>
        <w:t>Kun tämä totuus tunnustetaan yhdessä sen tosiasian kanssa, että kolmannen enkelin mahtava liike on varoitus lähestyvästä tuomiosta, voidaan islamilainen tuomio, jota kolmas voi kuvaa, helposti ymmärtää siksi ”voiksi”, joka saatetaan ”maan” ja ”meren” päälle.</w:t>
      </w:r>
    </w:p>
    <w:p>
      <w:pPr>
        <w:pStyle w:val="ArticleBody"/>
        <w:jc w:val="left"/>
      </w:pPr>
      <w:r>
        <w:rPr>
          <w:rFonts w:ascii="Times New Roman" w:hAnsi="Times New Roman" w:eastAsia="Times New Roman" w:cs="Times New Roman"/>
        </w:rPr>
        <w:t>Elävien tuomio alkoi 11. syyskuuta 2001, ja siitä hetkestä lähtien aina pian tulevaan sunnuntailakiin saakka pedon kuvan muodostumisen koetus tapahtuu Yhdysvalloissa. Sunnuntailaista siihen asti, kun Mikael nousee ja ihmisten koetusaika päättyy, muu maailma joutuu sitten pedon kuvan muodostumisen koeteltavaksi. Olivatpa koeteltavina Yhdysvalloissa olevat seitsemännen päivän adventistit tai sunnuntailain jälkeen koko maailma, koetus määritellään koetukseksi, jossa meidän iankaikkinen kohtalomme ratkaistaan. Se on myös koetus, joka meidän on läpäistävä, ennen kuin koetusaika päättyy sunnuntailain yhteydessä. Profetallinen ilmiö, jossa pedon kuvan koetus tulee ensin Yhdysvalloissa ja sitten jälleen maailmassa, on välttämätöntä ymmärtää oikein.</w:t>
      </w:r>
    </w:p>
    <w:p>
      <w:pPr>
        <w:pStyle w:val="ArticleScripture"/>
        <w:jc w:val="left"/>
      </w:pPr>
      <w:r>
        <w:rPr>
          <w:rFonts w:ascii="Times New Roman" w:hAnsi="Times New Roman" w:eastAsia="Times New Roman" w:cs="Times New Roman"/>
        </w:rPr>
        <w:t>”Kun Amerikka, uskonnonvapauden maa, yhtyy paavikunnan kanssa pakottaakseen omantunnon ja vaatiakseen ihmisiä kunnioittamaan väärää sapattia, kaikkien maailman maiden kansat johdetaan seuraamaan sen esimerkkiä.” Testimonies, osa 6, s. 18.</w:t>
      </w:r>
    </w:p>
    <w:p>
      <w:pPr>
        <w:pStyle w:val="ArticleBody"/>
        <w:jc w:val="left"/>
      </w:pPr>
      <w:r>
        <w:rPr>
          <w:rFonts w:ascii="Times New Roman" w:hAnsi="Times New Roman" w:eastAsia="Times New Roman" w:cs="Times New Roman"/>
        </w:rPr>
        <w:t>Kun vertauskuvat ymmärretään, voidaan Ilmestyskirjan kolmannestatoista luvusta se kohta, joka käsittelee näitä kahta peräkkäistä mutta keskenään samaa pedon kuvan koetusta, helposti tunnistaa. Tämä on tärkeää monista syistä. Yksi syy on se, että ne turmeltuneet viestintäkeinot, joita Lucifer käytti ensimmäisessä sodassa kolmannessa taivaassa, havainnollistavat, kuinka Saatanan turmeltunut viestintä ilmenee jälleen viimeisessä sodassa ensimmäisessä taivaassa.</w:t>
      </w:r>
    </w:p>
    <w:p>
      <w:pPr>
        <w:pStyle w:val="ArticleBody"/>
        <w:jc w:val="left"/>
      </w:pPr>
      <w:r>
        <w:rPr>
          <w:rFonts w:ascii="Times New Roman" w:hAnsi="Times New Roman" w:eastAsia="Times New Roman" w:cs="Times New Roman"/>
        </w:rPr>
        <w:t>Ensimmäisen taivaan sota, joka alkaa sunnuntailaissa, toteutuu pedon kuvan koetusajan aikana koko maailmaa varten. Syyskuun 11. päivästä 2001 lähtien pedon kuvan koetusaika Yhdysvalloissa on ollut käynnissä. Kun tunnistamme nämä kaksi koetusaikaa peräkkäisiksi, alkaen Yhdysvalloista ja sitten maailmasta, voimme tämän jälkeen ottaa Ilmestyskirjan kahdennessatoista luvussa kuvatun sodan edustamat totuudet huomioon ja soveltaa niitä takaisin vuoden 2001 historiaan, aina sunnuntailakiin saakka. Esimerkiksi Luciferin turmeltunutta viestintää, joka määritellään hypnoosiksi, lohikäärmeen valta tulee käyttämään nykyaikaisessa sovelluksessa Ilmestyskirjan kahdennentoista luvun ensimmäisen taivaan taistelun aikana. Se hypnoosi, jota lohikäärme käyttää tuossa historiassa, on tarkoitettu niiden murhaamiseksi, jotka Iisebel on tunnistanut harhaoppisiksi.</w:t>
      </w:r>
    </w:p>
    <w:p>
      <w:pPr>
        <w:pStyle w:val="ArticleBody"/>
        <w:jc w:val="left"/>
      </w:pPr>
      <w:r>
        <w:rPr>
          <w:rFonts w:ascii="Times New Roman" w:hAnsi="Times New Roman" w:eastAsia="Times New Roman" w:cs="Times New Roman"/>
        </w:rPr>
        <w:t>Vuoden 2001 historiassa, aina sunnuntailakiin saakka, kaksi todistajaa surmattiin Sodoman ja Egyptin kadulla. Ilmestyskirjan yhdentoista luvun ensimmäisessä täyttymyksessä Sodoman ja Egyptin edustama kansakunta oli Ranska. Ranska on profeetallinen kansakunta, joka koostuu kahdesta vallasta, samoin kuin Meedo-Persian valtakunta, samoin kuin muinainen Israel jakautuneissa valtakunnissaan, ja samoin kuin Juudan kaksi heimoa, joita edustivat Juuda ja Benjamin. Kaikki kaksisarviset kansakunnat edustavat vertauskuvallisesti Yhdysvaltojen kaksisarvista kansakuntaa.</w:t>
      </w:r>
    </w:p>
    <w:p>
      <w:pPr>
        <w:pStyle w:val="ArticleBody"/>
        <w:jc w:val="left"/>
      </w:pPr>
      <w:r>
        <w:rPr>
          <w:rFonts w:ascii="Times New Roman" w:hAnsi="Times New Roman" w:eastAsia="Times New Roman" w:cs="Times New Roman"/>
        </w:rPr>
        <w:t>Sodoman kaupunki ja Egyptin kansakunta edustavat tasavaltalaisuuden (Egypti) ja protestantismin (Sodoma) kahta sarvea. Kaksi sarvea surmattiin vuonna 2020: tasavaltalaisuuden sarvi ja protestantismin sarvi. Globalististen lohikäärmevaltojen käyttämä hypnoosi maailmanlaajuisen verkon välityksellä otettiin silloin käyttöön samalla tavoin kuin sitä tullaan käyttämään tulevassa ensimmäisen taivaan sodassa. Hallitsemalla sitä sanomaa, jonka maailmanlaajuinen verkko tuotti, vuoden 2020 vaalit manipuloitiin tieteellisesti tuottamaan lopputulos, joka oli sopusoinnussa globalismin filosofian kanssa. Tämä on yksinkertaisesti esimerkki siitä, kuinka välttämätöntä on ymmärtää, että pedon kuvan koe toteutetaan ensin Yhdysvalloissa ja sitten maailmassa.</w:t>
      </w:r>
    </w:p>
    <w:p>
      <w:pPr>
        <w:pStyle w:val="ArticleScripture"/>
        <w:jc w:val="left"/>
      </w:pPr>
      <w:r>
        <w:rPr>
          <w:rFonts w:ascii="Times New Roman" w:hAnsi="Times New Roman" w:eastAsia="Times New Roman" w:cs="Times New Roman"/>
        </w:rPr>
        <w:t>”Herra on osoittanut minulle selvästi, että pedon kuva muodostetaan ennen kuin koetusaika päättyy; sillä sen tulee olla Jumalan kansalle se suuri koetus, jonka perusteella heidän iankaikkinen kohtalonsa ratkaistaan. Teidän kantanne on sellainen epäjohdonmukaisuuksien sekamelska, että vain harvat tulevat petetyiksi.</w:t>
      </w:r>
    </w:p>
    <w:p>
      <w:pPr>
        <w:pStyle w:val="ArticleScripture"/>
        <w:jc w:val="left"/>
      </w:pPr>
      <w:r>
        <w:rPr>
          <w:rFonts w:ascii="Times New Roman" w:hAnsi="Times New Roman" w:eastAsia="Times New Roman" w:cs="Times New Roman"/>
        </w:rPr>
        <w:t>“Ilmestyskirjan 13. luvussa tämä aihe esitetään selvästi; [Ilmestyskirja 13:11–17, lainattuna].”</w:t>
      </w:r>
    </w:p>
    <w:p>
      <w:pPr>
        <w:pStyle w:val="ArticleScripture"/>
        <w:jc w:val="left"/>
      </w:pPr>
      <w:r>
        <w:rPr>
          <w:rFonts w:ascii="Times New Roman" w:hAnsi="Times New Roman" w:eastAsia="Times New Roman" w:cs="Times New Roman"/>
        </w:rPr>
        <w:t>"Tämä on se koetus, joka Jumalan kansalla täytyy olla ennen kuin heidät sinetöidään. Kaikki, jotka osoittivat uskollisuutensa Jumalalle noudattamalla Hänen lakiaan ja kieltäytymällä hyväksymästä väärää sapattia, asettuvat Herran Jumalan Jehovan lipun alle ja saavat elävän Jumalan sinetin. Ne, jotka hylkäävät taivaallista alkuperää olevan totuuden ja hyväksyvät sunnuntaisapatin, saavat pedon merkin." Manuscript Releases, osa 15, 15.</w:t>
      </w:r>
    </w:p>
    <w:p>
      <w:pPr>
        <w:pStyle w:val="ArticleBody"/>
        <w:jc w:val="left"/>
      </w:pPr>
      <w:r>
        <w:rPr>
          <w:rFonts w:ascii="Times New Roman" w:hAnsi="Times New Roman" w:eastAsia="Times New Roman" w:cs="Times New Roman"/>
        </w:rPr>
        <w:t>Koetusaika päättyy seitsemännen päivän adventisteilta sunnuntailain toimeenpanon hetkellä. Ne maat, jotka seuraavat Yhdysvaltojen esimerkkiä, päättävät koetusaikansa samoin kuin Yhdysvallat teki.</w:t>
      </w:r>
    </w:p>
    <w:p>
      <w:pPr>
        <w:pStyle w:val="ArticleScripture"/>
        <w:jc w:val="left"/>
      </w:pPr>
      <w:r>
        <w:rPr>
          <w:rFonts w:ascii="Times New Roman" w:hAnsi="Times New Roman" w:eastAsia="Times New Roman" w:cs="Times New Roman"/>
        </w:rPr>
        <w:t>”Vieraat kansat seuraavat Yhdysvaltojen esimerkkiä. Vaikka hän käy edellä, sama kriisi tulee kuitenkin kansamme osaksi kaikkialla maailmassa.” Testimonies, osa 6, 395.</w:t>
      </w:r>
    </w:p>
    <w:p>
      <w:pPr>
        <w:pStyle w:val="ArticleBody"/>
        <w:jc w:val="left"/>
      </w:pPr>
      <w:r>
        <w:rPr>
          <w:rFonts w:ascii="Times New Roman" w:hAnsi="Times New Roman" w:eastAsia="Times New Roman" w:cs="Times New Roman"/>
        </w:rPr>
        <w:t>Viimeiset vaiheet ovat nopeita.</w:t>
      </w:r>
    </w:p>
    <w:p>
      <w:pPr>
        <w:pStyle w:val="ArticleScripture"/>
        <w:jc w:val="left"/>
      </w:pPr>
      <w:r>
        <w:rPr>
          <w:rFonts w:ascii="Times New Roman" w:hAnsi="Times New Roman" w:eastAsia="Times New Roman" w:cs="Times New Roman"/>
        </w:rPr>
        <w:t>”Pahuuden vallat yhdistävät voimansa ja lujittavat rivejään. Ne vahvistautuvat viimeistä suurta kriisiä varten. Suuria muutoksia tapahtuu pian meidän maailmassamme, ja viimeiset tapahtumat ovat olevat nopeat.” Testimonies, volume 9, 11.</w:t>
      </w:r>
    </w:p>
    <w:p>
      <w:pPr>
        <w:pStyle w:val="ArticleBody"/>
        <w:jc w:val="left"/>
      </w:pPr>
      <w:r>
        <w:rPr>
          <w:rFonts w:ascii="Times New Roman" w:hAnsi="Times New Roman" w:eastAsia="Times New Roman" w:cs="Times New Roman"/>
        </w:rPr>
        <w:t>Pedon kuvan koetuksen ymmärtäminen edellyttää tiettyä määrää teknistä profeetallista sovellusta. Ensinnäkin pedon merkki ja pedon kuva ovat kaksi eri symbolia.</w:t>
      </w:r>
    </w:p>
    <w:p>
      <w:pPr>
        <w:pStyle w:val="ArticleScripture"/>
        <w:jc w:val="left"/>
      </w:pPr>
      <w:r>
        <w:rPr>
          <w:rFonts w:ascii="Times New Roman" w:hAnsi="Times New Roman" w:eastAsia="Times New Roman" w:cs="Times New Roman"/>
        </w:rPr>
        <w:t>”Petoa pedolle” edustaa sitä luopioprotestantismin muotoa, joka kehittyy silloin, kun protestanttiset kirkot ryhtyvät etsimään maallisen vallan apua oppiensa toimeenpanemiseksi. ”Pedon merkki” jää yhä vielä määriteltäväksi.” Suuri taistelu, 445.</w:t>
      </w:r>
    </w:p>
    <w:p>
      <w:pPr>
        <w:pStyle w:val="ArticleBody"/>
        <w:jc w:val="left"/>
      </w:pPr>
      <w:r>
        <w:rPr>
          <w:rFonts w:ascii="Times New Roman" w:hAnsi="Times New Roman" w:eastAsia="Times New Roman" w:cs="Times New Roman"/>
        </w:rPr>
        <w:t>Pedon merkki on sunnuntain vietto, ja pedon kuva on kirkko, joka käyttää siviilivaltaa uskonnollisten oppiensa toimeenpanemiseksi.</w:t>
      </w:r>
    </w:p>
    <w:p>
      <w:pPr>
        <w:pStyle w:val="ArticleScripture"/>
        <w:jc w:val="left"/>
      </w:pPr>
      <w:r>
        <w:rPr>
          <w:rFonts w:ascii="Times New Roman" w:hAnsi="Times New Roman" w:eastAsia="Times New Roman" w:cs="Times New Roman"/>
        </w:rPr>
        <w:t>”Protestanttisten kirkkojen toimeenpanema sunnuntainvieton pakottaminen on paaviuden—pedon—palvonnan toimeenpanoa. Ne, jotka neljännen käskyn vaatimukset ymmärtäen päättävät pitää väärää sapattia oikean sijasta, osoittavat siten kunnioitusta sille vallalle, jonka käskystä yksin sitä noudatetaan. Mutta juuri siinä teossa, että kirkot maallisen vallan avulla pakottavat uskonnollisen velvollisuuden, ne itse muodostaisivat pedon kuvan; näin ollen sunnuntainvieton pakottaminen Yhdysvalloissa olisi pedon ja hänen kuvansa palvonnan toimeenpanoa.” Suuri taistelu, 448, 449.</w:t>
      </w:r>
    </w:p>
    <w:p>
      <w:pPr>
        <w:pStyle w:val="ArticleBody"/>
        <w:jc w:val="left"/>
      </w:pPr>
      <w:r>
        <w:rPr>
          <w:rFonts w:ascii="Times New Roman" w:hAnsi="Times New Roman" w:eastAsia="Times New Roman" w:cs="Times New Roman"/>
        </w:rPr>
        <w:t>Pedon kuva edustaa kirkon ja valtion yhdistelmää, jossa kirkko hallitsee tätä suhdetta. Iisebel hallitsi Ahabia, niin kuin Herodias hallitsi Herodesta. Pedon merkki on sunnuntain pyhittäminen. Pedon kuva kehittyy tietyn ajanjakson kuluessa. Pedon merkki edustaa määrättyä ajankohtaa. Pedon kuva kehittyy asteittain, mutta saavuttaa täyden kypsyytensä vasta silloin, kun sillä on valta pakottaa valtio säätämään sen uskonnolliset opinkappaleet laiksi. Koetus liittyy kuvan ”muodostamiseen”.</w:t>
      </w:r>
    </w:p>
    <w:p>
      <w:pPr>
        <w:pStyle w:val="ArticleScripture"/>
        <w:jc w:val="left"/>
      </w:pPr>
      <w:r>
        <w:rPr>
          <w:rFonts w:ascii="Times New Roman" w:hAnsi="Times New Roman" w:eastAsia="Times New Roman" w:cs="Times New Roman"/>
        </w:rPr>
        <w:t>”Mutta mikä on pedon kuva? Ja miten se on muodostettava? Kaksisarvinen peto tekee kuvan, ja se on kuva pedolle. Sitä kutsutaan myös pedon kuvaksi. Jotta siis voisimme ymmärtää, millainen kuva on ja miten se on muodostettava, meidän on tutkittava itse pedon ominaispiirteitä — paaviutta.</w:t>
      </w:r>
    </w:p>
    <w:p>
      <w:pPr>
        <w:pStyle w:val="ArticleScripture"/>
        <w:jc w:val="left"/>
      </w:pPr>
      <w:r>
        <w:rPr>
          <w:rFonts w:ascii="Times New Roman" w:hAnsi="Times New Roman" w:eastAsia="Times New Roman" w:cs="Times New Roman"/>
        </w:rPr>
        <w:t>”Kun varhainen kirkko turmeltui luopumalla evankeliumin yksinkertaisuudesta ja omaksumalla pakanallisia menoja ja tapoja, se menetti Jumalan Hengen ja voiman; ja hallitakseen kansan omiatuntoja se pyrki saamaan maallisen vallan tuen. Tuloksena oli paavius, kirkko, joka hallitsi valtiovallan voimaa ja käytti sitä omien päämääriensä edistämiseen, erityisesti ”harhaopin” rankaisemiseen. Jotta Yhdysvallat muodostaisi pedon kuvan, uskonnollisen vallan täytyy siinä määrin hallita siviilihallitusta, että myös kirkko käyttää valtion valtaa omien tarkoitusperiensä toteuttamiseen.” Suuri taistelu, 443.</w:t>
      </w:r>
    </w:p>
    <w:p>
      <w:pPr>
        <w:pStyle w:val="ArticleBody"/>
        <w:jc w:val="left"/>
      </w:pPr>
      <w:r>
        <w:rPr>
          <w:rFonts w:ascii="Times New Roman" w:hAnsi="Times New Roman" w:eastAsia="Times New Roman" w:cs="Times New Roman"/>
        </w:rPr>
        <w:t>Pedon kuvan ja pedon merkin välinen ero on varsin perinteinen adventistinen käsitys. Siinä, missä adventismi yleensä eksyy tässä asiassa, on Ilmestyskirjan kolmastoista luku. He jotenkin sekoittavat Yhdysvaltojen toiminnan sunnuntailain jälkeen, jolloin se pakottaa maailman pystyttämään kuvan pedolle, pedon kuvan pystyttämiseen Yhdysvalloissa. Ne ovat kaksi eri profeetallista ajanjaksoa.</w:t>
      </w:r>
    </w:p>
    <w:p>
      <w:pPr>
        <w:pStyle w:val="ArticleBody"/>
        <w:jc w:val="left"/>
      </w:pPr>
      <w:r>
        <w:rPr>
          <w:rFonts w:ascii="Times New Roman" w:hAnsi="Times New Roman" w:eastAsia="Times New Roman" w:cs="Times New Roman"/>
        </w:rPr>
        <w:t>Kristus tuli vahvistamaan liiton monien kanssa yhdeksi viikoksi, ja viikon puolivälissä Hänet ristiinnaulittiin. Näin tuo viikko on esikuva niistä kahdesta ajanjaksosta, jolloin pedon kuva muodostetaan. Kristuksen viikko jakautui kahteen samanlaiseen jaksoon, jotka edustavat Kristuksen kuvaa. Kaksi viimeisten päivien koetuksen ajanjaksoa edustaa antikristuksen kuvaa.</w:t>
      </w:r>
    </w:p>
    <w:p>
      <w:pPr>
        <w:pStyle w:val="ArticleBody"/>
        <w:jc w:val="left"/>
      </w:pPr>
      <w:r>
        <w:rPr>
          <w:rFonts w:ascii="Times New Roman" w:hAnsi="Times New Roman" w:eastAsia="Times New Roman" w:cs="Times New Roman"/>
        </w:rPr>
        <w:t>Ensimmäisen tuhannen kahdensadan kuudenkymmenen päivän jakson aikana Kristus kantoi oman todistuksensa, ja sitten Hän kuoli ristillä. Sen jälkeen oli samanlainen tuhannen kahdensadan kuudenkymmenen päivän jakso, jolloin opetuslapset todistivat, kunnes Miikael nousi seisomaan Stefanuksen kivittämisen yhteydessä. Risti on sunnuntailain esikuva. Ne kaksi koetuksen jaksoa, jotka liittyvät pedon kuvan muodostamiseen, osoittavat ensimmäisen jakson liittyvän niihin sataneljäänkymmeneenneljään tuhanteen, joita Kristus esikuvallistaa, ja tuo jakso päättyy sunnuntailakiin, jota risti esikuvallistaa. Viimeinen samanlainen koetuksen jakso, jota Kristuksen ajan opetuslasten työ edusti, kohdistuu suureen joukkoon, ja se päättyy siihen, kun Miikael nousee seisomaan, ei Stefanuksen kivittämisen yhteydessä, vaan ihmiskunnan koetusajan päättyessä Daniel 12:1:ssä.</w:t>
      </w:r>
    </w:p>
    <w:p>
      <w:pPr>
        <w:pStyle w:val="ArticleBody"/>
        <w:jc w:val="left"/>
      </w:pPr>
      <w:r>
        <w:rPr>
          <w:rFonts w:ascii="Times New Roman" w:hAnsi="Times New Roman" w:eastAsia="Times New Roman" w:cs="Times New Roman"/>
        </w:rPr>
        <w:t>Jotkut eivät näe Ilmestyskirjan kolmattatoista lukua, jakeesta yksitoista eteenpäin, koskevaa tapahtumien todellista järjestystä, koska usein näyttää olevan tarkoituksellista haluttomuutta tunnustaa, että silloin kun Yhdysvallat puhuu lohikäärmeen tavoin, se merkitsee pedon kuvan täydellistä muodostumista Yhdysvalloissa. Jotta Yhdysvallat voisi säätää sunnuntailain, pedon kuvan Yhdysvalloissa täytyy muodostua ennen sunnuntailakia. Lukekaa uudelleen ne muutamat äsken Suuresta taistelusta lainatut kohdat, jos ette ymmärrä tätä asiaa.</w:t>
      </w:r>
    </w:p>
    <w:p>
      <w:pPr>
        <w:pStyle w:val="ArticleBody"/>
        <w:jc w:val="left"/>
      </w:pPr>
      <w:r>
        <w:rPr>
          <w:rFonts w:ascii="Times New Roman" w:hAnsi="Times New Roman" w:eastAsia="Times New Roman" w:cs="Times New Roman"/>
        </w:rPr>
        <w:t>Kun Yhdysvallat puhuu lohikäärmeen tavoin luvun kolmetoista jakeessa yksitoista, se kuvaa lainsäädäntö- ja tuomiovallan toimintaa niiden säätäessä sunnuntailain Yhdysvaltojen luopuneiden kirkkojen ohjauksessa. Sunnuntailakia koskeva asetus lähtee Yhdysvaltojen suusta.</w:t>
      </w:r>
    </w:p>
    <w:p>
      <w:pPr>
        <w:pStyle w:val="ArticleScripture"/>
        <w:jc w:val="left"/>
      </w:pPr>
      <w:r>
        <w:rPr>
          <w:rFonts w:ascii="Times New Roman" w:hAnsi="Times New Roman" w:eastAsia="Times New Roman" w:cs="Times New Roman"/>
        </w:rPr>
        <w:t>”Näin, että kaksisarvisella pedolla oli lohikäärmeen suu ja että hänen voimansa oli hänen päässään ja että säädös lähtisi hänen suustaan.” Spalding and Magan, 1.</w:t>
      </w:r>
    </w:p>
    <w:p>
      <w:pPr>
        <w:pStyle w:val="ArticleBody"/>
        <w:jc w:val="left"/>
      </w:pPr>
      <w:r>
        <w:rPr>
          <w:rFonts w:ascii="Times New Roman" w:hAnsi="Times New Roman" w:eastAsia="Times New Roman" w:cs="Times New Roman"/>
        </w:rPr>
        <w:t>Minua on aina hämmästyttänyt se, että adventismilla on vaikeuksia tunnistaa, että kun kaksisarvinen maapeto puhuu lohikäärmeen tavoin, se ei ainoastaan merkitse sunnuntailain säätämistä Yhdysvalloissa, vaan se myös osoittaa, että paavillisen meripedon kuva on täysin muodostettu. Jotta Yhdysvallat voisi säätää sunnuntailain, kirkon ja valtion yhdistelmän täytyy ensin olla täysin kehittynyt. Yhdysvaltain luopuneet kirkot eivät yksinkertaisesti kokoonnu maanantaina, mene tiistaina kongressiin ja ilmoita kongressille haluavansa sunnuntailainsäädännön säädettäväksi keskiviikkoon mennessä. Kirkon ja valtion välillä tapahtuva yhdistymisprosessi esitetään pedon kuvan ”muodostumisena”, kuten kultaisen kuvan ”muodostuminen” Danielin kirjan 3. luvussa; sen rakentaminen vie aikaa. Pedon kuva on se järjestelmä, jota paavius käytti surmatakseen pimeänä keskiaikana miljoonia marttyyreja, ja sunnuntailain toimeenpanemiseksi tarvitaan yhteiskunnallisia, poliittisia, uskonnollisia ja taloudellisia kehityskulkuja, jotta syntyisi se yhteiskunnallinen ympäristö ja ne oikeudelliset ennakkotapaukset, jotka ovat välttämättömiä sen toimeenpanolle. Nämä kehityskulut edustavat pedon kuvan koetusta, jonka kautta ”ikuinen kohtalomme ratkaistaan”, ja ne edustavat koetusta, joka meidän on läpäistävä ”ennen kuin meidät sinetöidään”.</w:t>
      </w:r>
    </w:p>
    <w:p>
      <w:pPr>
        <w:pStyle w:val="ArticleScripture"/>
        <w:jc w:val="left"/>
      </w:pPr>
      <w:r>
        <w:rPr>
          <w:rFonts w:ascii="Times New Roman" w:hAnsi="Times New Roman" w:eastAsia="Times New Roman" w:cs="Times New Roman"/>
        </w:rPr>
        <w:t>”Herra on osoittanut minulle selvästi, että pedon kuva muodostetaan ennen armonajan päättymistä; sillä siitä tulee suuri koetus Jumalan kansalle, jonka kautta heidän iankaikkinen kohtalonsa ratkaistaan.... Tämä on se koetus, joka Jumalan kansan täytyy käydä läpi ennen kuin heidät sinetöidään.” Manuscript Releases, osa 15, 15.</w:t>
      </w:r>
    </w:p>
    <w:p>
      <w:pPr>
        <w:pStyle w:val="ArticleBody"/>
        <w:jc w:val="left"/>
      </w:pPr>
      <w:r>
        <w:rPr>
          <w:rFonts w:ascii="Times New Roman" w:hAnsi="Times New Roman" w:eastAsia="Times New Roman" w:cs="Times New Roman"/>
        </w:rPr>
        <w:t>Sunnuntailaki on keskiyön kriisi, jossa kymmenen neitsyen vertaus saavuttaa lopullisen, täydellisen täyttymyksensä. Tuossa keskiyön kriisissä tulee ilmi, olemmeko viisaita filadelfialaisia vai tyhmiä laodikealaisia neitsyitä. Tyhmät saavat pedon merkin ja viisaat saavat Jumalan sinetin. Jokainen, joka on koskaan liittynyt Seitsemännen päivän adventistikirkkoon, on ennen jäseneksi tulemistaan hyväksynyt luettelon opillisista totuuksista, ja näin ollen jokaiselle seitsemännen päivän adventistille on esitetty sapattia koskevan totuuden valo.</w:t>
      </w:r>
    </w:p>
    <w:p>
      <w:pPr>
        <w:pStyle w:val="ArticleScripture"/>
        <w:jc w:val="left"/>
      </w:pPr>
      <w:r>
        <w:rPr>
          <w:rFonts w:ascii="Times New Roman" w:hAnsi="Times New Roman" w:eastAsia="Times New Roman" w:cs="Times New Roman"/>
        </w:rPr>
        <w:t>”Jos totuuden valo on tuotu sinulle, paljastaen neljännen käskyn sapatin ja osoittaen, ettei Jumalan sanassa ole mitään perustaa sunnuntain viettämiselle, ja kuitenkin yhä pidät kiinni väärästä sapatista kieltäytyen pitämästä pyhänä sitä sapattia, jota Jumala kutsuu ’minun pyhäksi päiväksi’, sinä otat vastaan pedon merkin. Milloin tämä tapahtuu? — Silloin kun tottelet määräystä, joka käskee sinua pidättäytymään työstä sunnuntaina ja palvomaan Jumalaa, vaikka tiedät, ettei Raamatussa ole ainoatakaan sanaa, joka osoittaisi sunnuntain olevan muuta kuin tavallinen työpäivä; näin suostut ottamaan vastaan pedon merkin ja kieltäydyt Jumalan sinetistä. Jos otamme tämän merkin otsaamme tai käteemme, tottelemattomille lausutut tuomiot täytyy kohdata meitä. Mutta elävän Jumalan sinetti pannaan niiden päälle, jotka omantunnontarkasti pitävät Herran sapatin.” Review and Herald, 27. huhtikuuta 1911.</w:t>
      </w:r>
    </w:p>
    <w:p>
      <w:pPr>
        <w:pStyle w:val="ArticleBody"/>
        <w:jc w:val="left"/>
      </w:pPr>
      <w:r>
        <w:rPr>
          <w:rFonts w:ascii="Times New Roman" w:hAnsi="Times New Roman" w:eastAsia="Times New Roman" w:cs="Times New Roman"/>
        </w:rPr>
        <w:t>Pedon kuvan muodostuminen Yhdysvalloissa alkoi profeetallisesti 11. syyskuuta 2001. Tämän tosiasian vahvistamiseksi on useita profeetallisia todistajia. Tuosta hetkestä lähtien aina pian tulevaan sunnuntailakiin saakka seitsemännen päivän adventistit ratkaisevat iankaikkisen kohtalonsa sen perusteella, läpäisevätkö he pedon kuvan koetuksen vai epäonnistuvatko he pedon kuvan koetuksessa. Väittäisin, että hyvin harvat seitsemännen päivän adventistit edes tietävät, että pedon kuva on koetus. Harvat, jos yksikään, tietävät, kuinka se voi olla koetus, ja mikä vielä tärkeämpää, he eivät tiedä, mitä koetuksen läpäiseminen edellyttää. Meitä ei tuomita ainoastaan sen valon perusteella, joka meillä on, vaan myös sen valon perusteella, joka meillä olisi voinut olla, jos olisimme paneutuneet tiedon lisääntymisen ymmärtämiseen. Laodikealainen sokeus on sen tähden suurinta sokeutta kuudentuhannen synnin vuoden aikana.</w:t>
      </w:r>
    </w:p>
    <w:p>
      <w:pPr>
        <w:pStyle w:val="ArticleScripture"/>
        <w:jc w:val="left"/>
      </w:pPr>
      <w:r>
        <w:rPr>
          <w:rFonts w:ascii="Times New Roman" w:hAnsi="Times New Roman" w:eastAsia="Times New Roman" w:cs="Times New Roman"/>
        </w:rPr>
        <w:t>Minun kansani joutuu häviöön tiedon puutteen tähden; koska sinä olet hylännyt tiedon, minäkin hylkään sinut, niin ettet enää ole minun pappini. Koska olet unohtanut Jumalasi lain, minäkin unohdan sinun lapsesi. Hoos. 4:6.</w:t>
      </w:r>
    </w:p>
    <w:p>
      <w:pPr>
        <w:pStyle w:val="ArticleBody"/>
        <w:jc w:val="left"/>
      </w:pPr>
      <w:r>
        <w:rPr>
          <w:rFonts w:ascii="Times New Roman" w:hAnsi="Times New Roman" w:eastAsia="Times New Roman" w:cs="Times New Roman"/>
        </w:rPr>
        <w:t>Pedon kuvan muodostumisen koetus päättyy pian tulevaan sunnuntailakiin, ja ellei meillä ole tuota koetusta läpäisty, me saamme pedon merkin yhdessä kaikkien muiden tyhmien laodikealaisten neitsyiden kanssa, jotka kieltäytyivät hankkimasta öljyä. En tässä puolusta sitä, miksi ymmärrän pedon kuvan koetuksen alkaneen 11. syyskuuta 2001 ja päättyvän sunnuntailakiin. Yksinkertaisesti osoitan sen profeetallisen logiikan, joka on välttämätön Ilmestyskirjan kolmattatoista lukua koskevan Yhdysvaltojen roolin ymmärtämiseksi sen jälkeen, kun se säätää sunnuntailain. Jakeessa yksitoista se puhuu lohikäärmeen tavoin, ja siitä eteenpäin on tärkeää seurata sanaa ”hän”. Pedon kuva, jonka Yhdysvallat silloin pakottaa maailman pystyttämään, ei ole pedon kuva Yhdysvalloissa, sillä se kuuluu jo menneisyyteen.</w:t>
      </w:r>
    </w:p>
    <w:p>
      <w:pPr>
        <w:pStyle w:val="ArticleScripture"/>
        <w:jc w:val="left"/>
      </w:pPr>
      <w:r>
        <w:rPr>
          <w:rFonts w:ascii="Times New Roman" w:hAnsi="Times New Roman" w:eastAsia="Times New Roman" w:cs="Times New Roman"/>
        </w:rPr>
        <w:t>Ja minä näin toisen pedon nousevan maasta; ja sillä oli kaksi sarvea niin kuin karitsalla, ja se puhui niin kuin lohikäärme. Ja se käyttää kaiken ensimmäisen pedon vallan sen nähden ja saattaa maan ja ne, jotka siinä asuvat, kumartamaan ensimmäistä petoa, jonka kuolinhaava parani. Ja se tekee suuria ihmeitä, niin että se saa tulenkin lankeamaan taivaasta maahan ihmisten nähden, ja eksyttää maan päällä asuvat niillä ihmeillä, joita sen oli sallittu tehdä pedon nähden; sanoen maan päällä asuville, että heidän tuli tehdä kuva pedolle, jolla oli miekanhaava ja joka virkosi eloon. Ja sille annettiin valta antaa henki pedon kuvalle, niin että pedon kuva puhuisikin ja saisi aikaan, että kaikki, jotka eivät kumartaisi pedon kuvaa, tapettaisiin. Ja se saattaa kaikki, pienet ja suuret, rikkaat ja köyhät, vapaat ja orjat, ottamaan merkin oikeaan käteensä tai otsaansa, ja ettei kukaan voisi ostaa eikä myydä, paitsi se, jossa on merkki, pedon nimi tai sen nimen luku. Ilmestys 13:11–17.</w:t>
      </w:r>
    </w:p>
    <w:p>
      <w:pPr>
        <w:pStyle w:val="ArticleBody"/>
        <w:jc w:val="left"/>
      </w:pPr>
      <w:r>
        <w:rPr>
          <w:rFonts w:ascii="Times New Roman" w:hAnsi="Times New Roman" w:eastAsia="Times New Roman" w:cs="Times New Roman"/>
        </w:rPr>
        <w:t>Noissa seitsemässä jakeessa sana ”hän” esiintyy kahdeksan kertaa. Joka kerta, kun sanaa ”hän” käytetään, se viittaa takaisin alkuperäiseen ”hän”-sanaan, siihen, ”joka puhui niin kuin lohikäärme”, sunnuntailain yhteydessä Yhdysvalloissa. Pedon kuvan koetus, jonka Yhdysvaltojen adventistit joko läpäisivät tai epäonnistuivat siinä, kun Yhdysvallat puhui niin kuin lohikäärme, toistetaan sitten adventisteille maailman muissa kansakunnissa sekä myös Jumalan muille lapsille, jotka ovat yhä Babylonissa. Jatkamme Yhdysvaltojen tarkastelua Ilmestyskirjan kolmennessatoista luvussa seuraavassa artikkelissa, mutta sallikaa minun muistuttaa teitä siitä, miksi tarkastelemme tätä totuutta juuri tänä aikana.</w:t>
      </w:r>
    </w:p>
    <w:p>
      <w:pPr>
        <w:pStyle w:val="ArticleBody"/>
        <w:jc w:val="left"/>
      </w:pPr>
      <w:r>
        <w:rPr>
          <w:rFonts w:ascii="Times New Roman" w:hAnsi="Times New Roman" w:eastAsia="Times New Roman" w:cs="Times New Roman"/>
        </w:rPr>
        <w:t>Sota, joka alkoi Luciferin myötä kolmannessa taivaassa, on esikuva sodasta, joka alkaa ensimmäisessä taivaassa sunnuntailain aikana. Lohikäärmeen turmeltuneet viestit ovat edustettuina kummassakin taistelussa. Saatanan turmeltuneiden viestien nykyinen ilmenemismuoto edustaa sitä hypnoottista horrostilaa, johon maapallo alistuu pian tulevan sunnuntailain jälkeisessä historiassa. Tuo eksytys toteutetaan maailmanlaajuisen verkon hallinnan kautta siinä, mitä kutsutaan ”tiedon valtaväyläksi”. Tämän ”tiedon valtaväylän” eri väyliä ovat yhteiskunnallinen, taloudellinen, uskonnollinen, niin sanottu tieteellinen, viihteellinen ja ennen kaikkea uutismedian väylä.</w:t>
      </w:r>
    </w:p>
    <w:p>
      <w:pPr>
        <w:pStyle w:val="ArticleBody"/>
        <w:jc w:val="left"/>
      </w:pPr>
      <w:r>
        <w:rPr>
          <w:rFonts w:ascii="Times New Roman" w:hAnsi="Times New Roman" w:eastAsia="Times New Roman" w:cs="Times New Roman"/>
        </w:rPr>
        <w:t>Kun on tunnustettu totuus, että ”tiedon valtatie” on saatanallisen hypnoottisen viestinnän nykyaikainen ilmentymä, ja myös sen hienovaraisen hypnoosin ilmentymä, jota Saatana käytti enkelien taistelussa kolmannessa taivaassa, voimme vahvistaa, että ”tiedon valtatie” on maailman osalta pedon kuvan ”viimeisen” koetuksen osatekijä, joka tapahtuu sunnuntailain jälkeen. Tällöin on helppo havaita, että pedon kuvan ”ensimmäisellä” koetuksella Yhdysvaltojen osalta täytyy olla sama turmeltunut saatanallinen viestintä kuin viimeisellä. Todistus Saatanan työstä ”tiedon valtatien” turmelemiseksi sunnuntailaista koeajan päättymiseen saakka antaa näytön siitä, kuinka tasavaltalaisuuden kahden sarven ja tosi protestantismin jäännöksen murha maapetossa toteutettiin vuonna 2020. Se toteutettiin ”tiedon valtatien” avulla, jota Johannes kutsuu ”kaduksi” Ilmestyskirjan yhdennessätoista luvussa.</w:t>
      </w:r>
    </w:p>
    <w:p>
      <w:pPr>
        <w:pStyle w:val="ArticleBody"/>
        <w:jc w:val="left"/>
      </w:pPr>
      <w:r>
        <w:rPr>
          <w:rFonts w:ascii="Times New Roman" w:hAnsi="Times New Roman" w:eastAsia="Times New Roman" w:cs="Times New Roman"/>
        </w:rPr>
        <w:t>Näiden profeetallisten tosiasioiden sinettien avaaminen on osa siitä, mikä niiden on ymmärrettävä, jotka aikovat läpäistä pedon kuvan koetuksen, jonka naisprofeetta näki selvästi muodostuvan ennen armonajan päättymistä ja ennen kuin ne sataneljäkymmentäneljätuhatta sinetöidään.</w:t>
      </w:r>
    </w:p>
    <w:p>
      <w:pPr>
        <w:pStyle w:val="ArticleScripture"/>
        <w:jc w:val="left"/>
      </w:pPr>
      <w:r>
        <w:rPr>
          <w:rFonts w:ascii="Times New Roman" w:hAnsi="Times New Roman" w:eastAsia="Times New Roman" w:cs="Times New Roman"/>
        </w:rPr>
        <w:t>”Kun säädös annetaan ja sinetti painetaan, heidän luonteensa pysyy puhtaana ja tahrattomana iankaikkisesti.” Testimonies, osa 5, s. 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Jeesuksen Kristuksen ilmestys - numero yksitoista</dc:title>
  <dc:subject>Pedon kuva</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