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Peteĩha’ẽ hag̃ua</w:t>
      </w:r>
    </w:p>
    <w:p>
      <w:pPr>
        <w:pStyle w:val="ArticleSubtitle"/>
        <w:jc w:val="left"/>
      </w:pPr>
      <w:r>
        <w:rPr>
          <w:rFonts w:ascii="Arial" w:hAnsi="Arial" w:eastAsia="Arial" w:cs="Arial"/>
        </w:rPr>
        <w:t>Pe Ulai ha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“Ministeriokuéra ha tavayguakuéra he’i vaekue Daniel ha Apocalipsis profesiakuéra ha’eha peteĩ misterio ndaikatúiva oñentende. Péro Cristo ombohape hemimbo’ekuérape maranduhára Daniel ñe’ẽnguéra gotyo, umi mba’e oikótava hi’árape rehegua, ha he’i: ‘Oimeraẽ omoñe’ẽva, toikũmby.’ Mateo 24:15. Ha pe je’e Apocalipsis ha’eha peteĩ misterio ndaikatúiva oñentende, oñembohovái pe kuatiañe’ẽ réra tee rupive voi: ‘Jesucristo revelación, Tupã ome’ẽ vaekue chupe, ohechauka hag̃ua hembiguáikuérape umi mba’e pya’etéma oikova’erã.... Ojehovasáva pe omoñe’ẽva, ha umi ohendúva ko profesía ñe’ẽnguéra, ha oñongatúva umi mba’e ipype ojehaíva; pe ára hi’aguĩgui.’ Apocalipsis 1:1–3.</w:t>
      </w:r>
    </w:p>
    <w:p>
      <w:pPr>
        <w:pStyle w:val="ArticleScripture"/>
        <w:jc w:val="left"/>
      </w:pPr>
      <w:r>
        <w:rPr>
          <w:rFonts w:ascii="Times New Roman" w:hAnsi="Times New Roman" w:eastAsia="Times New Roman" w:cs="Times New Roman"/>
        </w:rPr>
        <w:t>“He'i maranduhára: ‘Ojehovasáva upe omoñe'ẽva’—oĩ umi ndomoñe'ẽséiva; pe jehovasa ndaha'éi chupekuéra guarã. ‘Ha umi ohendúva’—oĩ avei umi ndoipotái mba'eve ohendu umi profesía rehegua; pe jehovasa ndaha'éi ko atýpe guarã. ‘Ha oñongatúva umi mba'e ojehaíva ipype’—heta oĩ nohenduséiva umi ñeñemongeta ha mbo'epy oĩva Apocalípsispe. Avave ko'ãvagui ndaikatúi he'i pe jehovasa oñeprometéva imba'eha. Maymáva opukáva profesía rembiapokuére, ha oñembohorýva umi símbolo ko'ápe hekojojaha'ỹme oñeme'ẽva, maymáva ndoipotáiva omoambue hekove ha oñembosako'i Yvypóra Ra'y ou hag̃ua, ndohupytymo'ãi jehovasa.”</w:t>
      </w:r>
    </w:p>
    <w:p>
      <w:pPr>
        <w:pStyle w:val="ArticleScripture"/>
        <w:jc w:val="left"/>
      </w:pPr>
      <w:r>
        <w:rPr>
          <w:rFonts w:ascii="Times New Roman" w:hAnsi="Times New Roman" w:eastAsia="Times New Roman" w:cs="Times New Roman"/>
        </w:rPr>
        <w:t>“Ñanepyrũ hag̃ua pe Espíritu Ñe’ẽme’ẽ rembikuaare, mba’éicha piko kuimba’ekuéra oñembopy’aguasu ombo’e hag̃ua pe Apocalipsis ha’eha peteĩ misterio, ndaikatúiva yvypóra akã oikũmby? Ha’e peteĩ misterio ojehechauka hag̃ua, peteĩ kuatiañe’ẽ ojepe’a va’ekue. Pe Apocalipsis ñemoarandu ogueraha akãgui Daniel maranduhai’ẽnguéra gotyo, ha mokõivéva ome’ẽ ñembo’e porãite, Tupã ome’ẽva yvypórape, umi mba’e oikótava ko yvy rembiasakue paha gotyo rehe.” The Great Controversy, 340.</w:t>
      </w:r>
    </w:p>
    <w:p>
      <w:pPr>
        <w:pStyle w:val="ArticleBody"/>
        <w:jc w:val="left"/>
      </w:pPr>
      <w:r>
        <w:rPr>
          <w:rFonts w:ascii="Times New Roman" w:hAnsi="Times New Roman" w:eastAsia="Times New Roman" w:cs="Times New Roman"/>
        </w:rPr>
        <w:t>Pe “estudio del Apocalipsis” ombohape pe apytuʼũ umi profecía Daniel reheguápe. Oĩ tapicha ohecháva profecía Daniel arandukápe añoite. Péro Daniel ohechauka mokõi línea añetegua, ha umi añetegua ohechaukáva iprofecíakuéra hína umi poteĩ kapítulo pahague iñarandukápe. Umi seis kapítulo peteĩha ohechauka profecía taʼangaháicha, ha hetavérupi gueteri ndojekuaái. Jahesaʼỹijo mboyve umi seis kapítulo peteĩha Daniel-peguápe, ñamyesakãta mbaʼérepa añetehápe oĩ mokõi profecía añoite ojehechaukáva umi poteĩ kapítulo pahague Daniel arandukápe. Hermana White ohechauka umi mokõi profecía oñeʼẽvo umi mokõi ysyry guasu Shinar-pegua rehe. Ñamoneĩ jave pe simbolismo haʼe omohendáva, jajuhu pe llave jahecha hag̃ua mokõi, ha mokõi añoite, profecía umi poteĩ kapítulo pahague Daniel arandukápe.</w:t>
      </w:r>
    </w:p>
    <w:p>
      <w:pPr>
        <w:pStyle w:val="ArticleScripture"/>
        <w:jc w:val="left"/>
      </w:pPr>
      <w:r>
        <w:rPr>
          <w:rFonts w:ascii="Times New Roman" w:hAnsi="Times New Roman" w:eastAsia="Times New Roman" w:cs="Times New Roman"/>
        </w:rPr>
        <w:t>“Pe tesape Daniel oguerova'ekue Tupãgui ome'ẽmboyve ko'ýte hag̃ua umi ára pahápe guarã. Umi visión ha'e ohechava'ekue ysyry Ulai ha Hiddekel rembe'ýpe, umi ysyry guasu Shinar pegua, ko'ág̃a oikohína ihupytymbápe, ha opaite mba'e oñemomarandúva ojehu hag̃ua pya'eite.” Testimonies to Ministers, 112.</w:t>
      </w:r>
    </w:p>
    <w:p>
      <w:pPr>
        <w:pStyle w:val="ArticleBody"/>
        <w:jc w:val="left"/>
      </w:pPr>
      <w:r>
        <w:rPr>
          <w:rFonts w:ascii="Times New Roman" w:hAnsi="Times New Roman" w:eastAsia="Times New Roman" w:cs="Times New Roman"/>
        </w:rPr>
        <w:t>Pe visión kapítulo poapy rehegua oñeme’ẽ vaʼekue ysyry Ulái ykére.</w:t>
      </w:r>
    </w:p>
    <w:p>
      <w:pPr>
        <w:pStyle w:val="ArticleScripture"/>
        <w:jc w:val="left"/>
      </w:pPr>
      <w:r>
        <w:rPr>
          <w:rFonts w:ascii="Times New Roman" w:hAnsi="Times New Roman" w:eastAsia="Times New Roman" w:cs="Times New Roman"/>
        </w:rPr>
        <w:t>Mburuvicha guasu Belsasar oguapy mburuvicharã mbohapyha ary aja, peteĩ visión ojechauka chéve, chéve Daniel-pe, upe ojechauka vaʼekue chéve tenonderã rire. Ha ahecha peteĩ visiónpe; ha oiko ahechávo, aime hague Susán pe óga guasúpe, oĩva Elam provincia-pe; ha ahecha peteĩ visiónpe, ha aime ysyry Ulai ykére. Daniel 8:1, 2.</w:t>
      </w:r>
    </w:p>
    <w:p>
      <w:pPr>
        <w:pStyle w:val="ArticleBody"/>
        <w:jc w:val="left"/>
      </w:pPr>
      <w:r>
        <w:rPr>
          <w:rFonts w:ascii="Times New Roman" w:hAnsi="Times New Roman" w:eastAsia="Times New Roman" w:cs="Times New Roman"/>
        </w:rPr>
        <w:t>Roñenohẽ rire pe párrafo Testimonies to Ministers-gui, pehẽngue kuñakarai White he’i hague “pe Ulai ha Hiddekel” rehe ha ombohéra chupekuéra “pe ysyry guasu Shinar-pegua”, roikytĩhína kuri upe párrafo peteĩva umi comentario iñimportantevévagui oñeikũmby hag̃ua Daniel ha Revelation kuatiañe’ẽ Sister White jehaipýpe. Pe pasáhepe ha’e he’i: “Tekotevẽ oñehesa’ỹijove hetaiteve Ñandejára Ñe’ẽ; ko’ýte Daniel ha Revelation toñeme’ẽ chupekuéra atención araka’eve’ỹrõ guare ñane rembiapokue rembiasápe.”</w:t>
      </w:r>
    </w:p>
    <w:p>
      <w:pPr>
        <w:pStyle w:val="ArticleBody"/>
        <w:jc w:val="left"/>
      </w:pPr>
      <w:r>
        <w:rPr>
          <w:rFonts w:ascii="Times New Roman" w:hAnsi="Times New Roman" w:eastAsia="Times New Roman" w:cs="Times New Roman"/>
        </w:rPr>
        <w:t>Ñahesaʼỹijo hag̃ua mokõi téra ypyite ñande jahechakuaa vaʼekue Daniel kapítulo poapy guive, umíva omeʼẽ mokõi testígo hyepypegua peteĩ mbaʼe rehe ojehecháva jepi ndoguatái hag̃ua. Daniel heʼi: “Mburuvicha guasu Belsasar arýpe mbohapýhame che rehe ojekuaa peteĩ visión.” Upéi ombojoapy: “upe ojekuaa vaʼekue chéve ypy guive rire.” Ko téra ikatu oñentende mokõi hendáicha, ha mokõivéva ogueru peteĩ conclusión peteĩchanteva.</w:t>
      </w:r>
    </w:p>
    <w:p>
      <w:pPr>
        <w:pStyle w:val="ArticleBody"/>
        <w:jc w:val="left"/>
      </w:pPr>
      <w:r>
        <w:rPr>
          <w:rFonts w:ascii="Times New Roman" w:hAnsi="Times New Roman" w:eastAsia="Times New Roman" w:cs="Times New Roman"/>
        </w:rPr>
        <w:t>Pe ánhel Gabriel vaekue pe oguerúva Daniel-pe tesape profétika, ojapo haguéicha opa proféta ndive, ha'e oikégui Satanás rendaguépe yvágape tesape rerahaha ramo. Kóva he'ise opa tembiapoukapy profétika ojejuhúva Ñandejára Ñe'ẽme oisãmbyhy hague Gabriel. Taháke Daniel ontende térã nahániri, pe capítulo ocho versículo peteĩme, ndaha’éi año pe ohechauka peteĩ jehechakuaa profétika iñimportánteva, ha katu ome’ẽ avei mokõi testígo pe jehechakuaa profétika iñimportántevape pe versículope. Pe Daniel ohai va’ekue versículo peteĩme, ha’e hína ha’e ojapohague peteĩ visión mboyve pe visión orresivíva va’ekue río Ulai ypýpe. Pe visión río Ulai ypýpe ou va’ekue Belsasar arýpe mbohapyhápe. Pe visión, pe visión río Ulai ypýpe mboyvegua, ou va’ekue Belsasar arýpe peteĩhápe.</w:t>
      </w:r>
    </w:p>
    <w:p>
      <w:pPr>
        <w:pStyle w:val="ArticleScripture"/>
        <w:jc w:val="left"/>
      </w:pPr>
      <w:r>
        <w:rPr>
          <w:rFonts w:ascii="Times New Roman" w:hAnsi="Times New Roman" w:eastAsia="Times New Roman" w:cs="Times New Roman"/>
        </w:rPr>
        <w:t>Pe rire peteĩha Belsasar, Babilóniape mburuvicha guasu, Daniel oreko vaekue peteĩ kéra ha iñakãme jehechauka kuéra ikérape oĩ aja; upéi ohai upe kérape, ha omombeʼu umi mbaʼe guasu mbykymi. Daniel 7:1.</w:t>
      </w:r>
    </w:p>
    <w:p>
      <w:pPr>
        <w:pStyle w:val="ArticleBody"/>
        <w:jc w:val="left"/>
      </w:pPr>
      <w:r>
        <w:rPr>
          <w:rFonts w:ascii="Times New Roman" w:hAnsi="Times New Roman" w:eastAsia="Times New Roman" w:cs="Times New Roman"/>
        </w:rPr>
        <w:t>pe capítulo ocho-pe versículo peteĩme, Daniel ohechauka haʼe avei oreko hague peteĩ visión Belsasar arýpe peteĩha, heʼígui: “upe ojehechaukáva chéve tenonderãme rire.” ¿Piko pe visión Ulai rehegua ojehechauka pe visión Belsasar arýpe peteĩha rire, térãpa pe visión ojehechauka pe peteĩha mokõi visión paralela apytégui rire? Mokõivéva mbohovái hekopete. Pe visión ysyry Ulai rehegua haʼe upeichaite pe visión capítulo siete-pegua. Gabriel oipuru hína pe principio profético “jey ha tuichave hag̃ua”, ha upe jave avei pe norma heʼíva mokõi testimonio rupive oñemopyenda peteĩ mbaʼe. Mokõive visión oñeʼẽ umi reino kuéra rehe oñemombeʼúva profecía bíblica-pe.</w:t>
      </w:r>
    </w:p>
    <w:p>
      <w:pPr>
        <w:pStyle w:val="ArticleBody"/>
        <w:jc w:val="left"/>
      </w:pPr>
      <w:r>
        <w:rPr>
          <w:rFonts w:ascii="Times New Roman" w:hAnsi="Times New Roman" w:eastAsia="Times New Roman" w:cs="Times New Roman"/>
        </w:rPr>
        <w:t>Pe visión kapítulo siete-gua ohechauka umi rréinope mymba ñarõramo, péicha omomba’eguasu ha omoĩva’ekue chupekuéra imbarete sivíl rehegua ñemohendápe. Pe visión kapítulo ocho-gua ohechauka umi mismo rréinope símbolo-kuéra rupive Ñandejára santuario servicio-gui, jepémo káda peteĩ umi símbolo santuario servicio-gua oñembyai hag̃uáicha ojejapo hag̃uáicha, ikatu hag̃uáicha ohechauka peteĩ ñemomba’e gua’u. Daniel ocho ohechauka umi mismo rréinope pe visión kapítulo siete-peguaicha, ha katu omoĩ umi rréinope isituación relijiósa-pe.</w:t>
      </w:r>
    </w:p>
    <w:p>
      <w:pPr>
        <w:pStyle w:val="ArticleBody"/>
        <w:jc w:val="left"/>
      </w:pPr>
      <w:r>
        <w:rPr>
          <w:rFonts w:ascii="Times New Roman" w:hAnsi="Times New Roman" w:eastAsia="Times New Roman" w:cs="Times New Roman"/>
        </w:rPr>
        <w:t>Pe visión Uláipegua, Daniel arandukaapy 8-pe oje’e jey ha oñembohetave pe visión arandukaapy 7-peguágui. Arandukaapy 7 ohechauka pe aspecto sivílva umi reino-kuéra profecía bíblicape guare, ha arandukaapy 8 ohechauka pe aspecto religioso umi reino-kuéra profecía bíblicape guare. Kóva ojehechakuaávo, ikatu upéicharõ oñentende porã arandukaapy 7 ha 8 ha’eha peteĩchagua visión. Arandukaapy 9-pe katu Gabriel ou ome’ẽ hag̃ua pe ñemyesakã pe elemento ára rehegua pe visión arandukaapy 8-peguápe. Upévare, pe visión Uláipegua orrepresenta Daniel arandukaagui umi arandukaapy 7, 8 ha 9. Upéi pe ysyry Hiddekel oñemoinge arandukaapy 10-pe.</w:t>
      </w:r>
    </w:p>
    <w:p>
      <w:pPr>
        <w:pStyle w:val="ArticleScripture"/>
        <w:jc w:val="left"/>
      </w:pPr>
      <w:r>
        <w:rPr>
          <w:rFonts w:ascii="Times New Roman" w:hAnsi="Times New Roman" w:eastAsia="Times New Roman" w:cs="Times New Roman"/>
        </w:rPr>
        <w:t>Ciro, rréi Pérsiagua mburuvicha, mbohapyha áñope peteĩ mba’e ojehechauka Daniélpe, héra va’ekue Beltesasar; ha upe mba’e añetegua va’ekue, ha pe ára ojehepyme’ẽva pukueterei va’ekue: ha’e oikuaa upe mba’e, ha oreko arandu pe visión rehegua. Umi árape che Daniel aime va’ekue chepy’aro mbohapy semána pukukue. Ndakarúi mbujape he’ẽ porãva, ni so’o ni víno ndouikéi che jurupe, ha ndajejohéi mba’e asýi reheve ni peteĩ hendáicha, peve oñemohu’ã mbohapy semána pukukue. Ha peteĩha jasype, irundy ha mokõi áraha peve, aime aja pe ysyry guasu ykére, hérava Hiddekel. Daniel 10:1–4.</w:t>
      </w:r>
    </w:p>
    <w:p>
      <w:pPr>
        <w:pStyle w:val="ArticleBody"/>
        <w:jc w:val="left"/>
      </w:pPr>
      <w:r>
        <w:rPr>
          <w:rFonts w:ascii="Times New Roman" w:hAnsi="Times New Roman" w:eastAsia="Times New Roman" w:cs="Times New Roman"/>
        </w:rPr>
        <w:t>Pe visión ysyry Hiddekel rehegua omoñepyrũ pe tembiasakue profétika mburuvicha yvate gotyo pegua rehegua. Oñepyrũ Alejandro el Grande rréino oñemboja’óvo, ohechauka mba’éichapa osyry ha ojere upe tembiasakue oúva, ha ipahápe mokõinte opyta oñorairõ hag̃uáva Alejandro el Grande rréino yma guaréva isarambí rire: peteĩ mburuvicha literal sur gotyo pegua oñemoĩ peteĩ mburuvicha literal yvate gotyo pegua rovái. Ipahápe oguahẽ papado rembiasápe, upérõ upéva oiko mburuvicha yvate gotyo pegua espiritual ramo, ha capítulo once pahápe oguahẽ ipahápe, Miguel opu’ã ha yvypóra aravo ñeme’ẽ oñemboty. Pe jehecha hag̃uánte simple ha’e kóva: pe visión ysyry Ulai rehegua ha’e visión hyepypegua Tupã santuario ha ijehérsito rehegua, ha pe ysyry Hiddekel rehegua ha’e visión okápegua Tupã enemigo ha Itavayguakuéra rehegua upe tembiasakue peteĩchahápe. Oipuru pe principio peteĩteĩva ojuhúva Apocalipsis pegua siete iglesias ha siete sellos-pe.</w:t>
      </w:r>
    </w:p>
    <w:p>
      <w:pPr>
        <w:pStyle w:val="ArticleScripture"/>
        <w:jc w:val="left"/>
      </w:pPr>
      <w:r>
        <w:rPr>
          <w:rFonts w:ascii="Times New Roman" w:hAnsi="Times New Roman" w:eastAsia="Times New Roman" w:cs="Times New Roman"/>
        </w:rPr>
        <w:t>“Heta ministerio ndoñeha’ãi omyesakã hag̃ua Apocalipsis. He’i hikuái ha’eha peteĩ kuatiañe’ẽ ndaiporúiva oñeestudia hag̃ua. Ohecha hikuái chupe peteĩ kuatiañe’ẽ oñemboty hag̃uaicha, pype oĩgui ta’ãngamýi ha símbolo-kuéra jehaipyre. Ha katu pe téra voi oñeme’ẽva’ekue ichupe, ‘Apocalipsis,’ ombotovéma upe ñemoĩ hag̃ua. Apocalipsis ha’e peteĩ kuatiañe’ẽ oñembotyva’ekue, ha upéicha avei peteĩ kuatiañe’ẽ ojepe’áva. Omoĩ kuatiare mba’e ojehu hag̃uáva hechapyrãva oikótava ko yvy rembiasakue ára pahápe. Ko kuatiañe’ẽ mbo’epykuéra hesakã porã, ndaha’éi mba’e ñemimby ha ndaikatúiva oñentende. Ipype ojejapyhy jey pe marandu profético peteĩchagua oĩva Daniel-pe. Oĩ profesía-kuéra Tupã omombe’u jeýva, upéicha ohechaukávo tekotevẽha oñeme’ẽ chupekuéra tuicha mba’eporã. Ñandejára nombomombe’úi jey umi mba’e ndaha’éiva mba’e guasu.” Manuscript Releases, volúmen 8, 413.</w:t>
      </w:r>
    </w:p>
    <w:p>
      <w:pPr>
        <w:pStyle w:val="ArticleBody"/>
        <w:jc w:val="left"/>
      </w:pPr>
      <w:r>
        <w:rPr>
          <w:rFonts w:ascii="Times New Roman" w:hAnsi="Times New Roman" w:eastAsia="Times New Roman" w:cs="Times New Roman"/>
        </w:rPr>
        <w:t>Pe tembiasakue hyepypegua ha okápe oikóva, oñemombeʼúva Daniel kuatiañeʼẽme, oñembojoapy jey Apocalipsis kuatiañeʼẽme. Pe tesape maranduhára osẽva koʼã mokõi visión-gui ykére, oĩ avei peteĩ ñeñemombarete tembiapo rape rehegua Biblia ñemyesakãrãme, William Miller omoneĩ vaʼekue, ha upe rire Future for America avei. Ojehecha porãramo, Daniel kuatiañeʼẽ, ha Apocalipsis kuatiañeʼẽ avei, haʼe hína itaju eterei oguerekóva pytyvõrã añetegua pehẽnguekuéra maranduhára ñemyesakã rehegua, Biblia voi ohechaukáva ipype.</w:t>
      </w:r>
    </w:p>
    <w:p>
      <w:pPr>
        <w:pStyle w:val="ArticleBody"/>
        <w:jc w:val="left"/>
      </w:pPr>
      <w:r>
        <w:rPr>
          <w:rFonts w:ascii="Times New Roman" w:hAnsi="Times New Roman" w:eastAsia="Times New Roman" w:cs="Times New Roman"/>
        </w:rPr>
        <w:t>Pe Ulai oikóramo pe téma hyepypegua ha pe Hiddekel oikóramo pe okapegua, avei ohechauka mokõi profecía ojeipe’ava’erãva “paha ára”pe. Pe Ulai ojeipe’a kuri “paha ára”pe ary 1798-pe, ha pe Hiddekel ojeipe’a kuri “paha ára”pe ary 1989-pe, upe jave, Daniel kapítulo once, versículo cuarenta-pe oñemombe’uháicha, umi tetã orepresentáva pe Unión Soviética yma guarépe oñembyai ha ojeity papado ha Tetã Unidos rupive.</w:t>
      </w:r>
    </w:p>
    <w:p>
      <w:pPr>
        <w:pStyle w:val="ArticleBody"/>
        <w:jc w:val="left"/>
      </w:pPr>
      <w:r>
        <w:rPr>
          <w:rFonts w:ascii="Times New Roman" w:hAnsi="Times New Roman" w:eastAsia="Times New Roman" w:cs="Times New Roman"/>
        </w:rPr>
        <w:t>Ojehechakuaa vove ko'ã mba'e añetéva, ikatu avei ojehechakuaa umi mokõi visión añetehápe peteĩnteha visión, peteĩchagua umi siete iglésia rembiasakue profético ha umi siete sello ohechaukaháicha pe mismo rembiasakue profético. Upérõ umi mokõi visión oiko tape ramo Ñandejára oipuru va'ekue pe movimiento yma guarépe pe ángel peteĩháva rehegua, ha pe Ñandejára oipurútava pe movimiento ko'ág̃agua ha oútavape pe ángel mbohapyháva rehegua, omoheñói hag̃ua peteĩ proceso de prueba oñemohendaháicha Daniel capítulo doce, versículo nueve ha diez-pe.</w:t>
      </w:r>
    </w:p>
    <w:p>
      <w:pPr>
        <w:pStyle w:val="ArticleScripture"/>
        <w:jc w:val="left"/>
      </w:pPr>
      <w:r>
        <w:rPr>
          <w:rFonts w:ascii="Times New Roman" w:hAnsi="Times New Roman" w:eastAsia="Times New Roman" w:cs="Times New Roman"/>
        </w:rPr>
        <w:t>Ha he’i: Tereho nde rape, Daniel; umi ñe’ẽ oñembotypa ha oñemboty hag̃ua sello reheve pe ára paha peve. Heta oñemopotĩta, oñemomorotĩta ha oñeha’ãmbaitéta; ha umi heko vaíva ojapóta teko vai; ha avave umi heko vaívagui noikũmbymo’ãi; umi iñarandúva katu oikũmbýta. Daniel 12:9, 10.</w:t>
      </w:r>
    </w:p>
    <w:p>
      <w:pPr>
        <w:pStyle w:val="ArticleBody"/>
        <w:jc w:val="left"/>
      </w:pPr>
      <w:r>
        <w:rPr>
          <w:rFonts w:ascii="Times New Roman" w:hAnsi="Times New Roman" w:eastAsia="Times New Roman" w:cs="Times New Roman"/>
        </w:rPr>
        <w:t>Techapyrã ramo pe Hiddekel ojepe’a jeyhague rehe 1989-pe, ehecha mba’épa he’i va’ekue inspiración.</w:t>
      </w:r>
    </w:p>
    <w:p>
      <w:pPr>
        <w:pStyle w:val="ArticleScripture"/>
        <w:jc w:val="left"/>
      </w:pPr>
      <w:r>
        <w:rPr>
          <w:rFonts w:ascii="Times New Roman" w:hAnsi="Times New Roman" w:eastAsia="Times New Roman" w:cs="Times New Roman"/>
        </w:rPr>
        <w:t>“Pe Revelaciónpe opaite Biblia aranduku oñembyaty ha oñemohu’ã. Ko’ápe oĩ Daniel aranduku rembiapokue mokõiháva. Peteĩva ha’e peteĩ profesía; ambuéva peteĩ revelación. Pe aranduku oñembotýva ndaha’éi Revelación, síno upe Daniel profesía pehẽ iporãva ára pahápe g̃uarã. Pe ánhel he’i: ‘Ha nde, Daniel, emboty umi ñe’ẽ, ha emboja pe aranduku, pe ára paha peve.’ Daniel 12:4.” Hechos de los Apóstoles, 585.</w:t>
      </w:r>
    </w:p>
    <w:p>
      <w:pPr>
        <w:pStyle w:val="ArticleBody"/>
        <w:jc w:val="left"/>
      </w:pPr>
      <w:r>
        <w:rPr>
          <w:rFonts w:ascii="Times New Roman" w:hAnsi="Times New Roman" w:eastAsia="Times New Roman" w:cs="Times New Roman"/>
        </w:rPr>
        <w:t>Mokõivéva, Ulai ha Hiddekel oñe’ẽ umi ára paháre rehe, ha katu Adventismo mante oĩ va’ekue dispuesto omoneĩ hag̃ua 1798 ha’e hague Daniel “ára paha”, upe jave iñembyatyva’ekue va’erã ojeipe’a hag̃ua. Upéicharõ jepe, pe profecía pehẽngue “oñe’ẽva umi ára paháre rehe” añetépe ha’e Daniel kapítulo once pahápe umi seis versíkulo, pórke umi versíkulo opa Miguel opu’ãvo, yvyporakuéra prueba ñemboty jave.</w:t>
      </w:r>
    </w:p>
    <w:p>
      <w:pPr>
        <w:pStyle w:val="ArticleBody"/>
        <w:jc w:val="left"/>
      </w:pPr>
      <w:r>
        <w:rPr>
          <w:rFonts w:ascii="Times New Roman" w:hAnsi="Times New Roman" w:eastAsia="Times New Roman" w:cs="Times New Roman"/>
        </w:rPr>
        <w:t>Pe juicio rehegua visión, oñemombeʼuháicha Daniel kuatiañeʼẽ 7, 8 ha 9-pe, oñembotyvaʼekue “ára paha” peve, 1798-pe. Pe tesakã (upe visión Ulai rehegua ojeipeʼa rupi osẽvaʼekue) haʼe vaʼekue marandu pe juicio investigativo ñepyrũ rehegua, ndahaʼéi pe juicio paha rehegua. Pe tesakã ojeipeʼáva visión Hiddekel reheve, ohechauka pe juicio investigativo paha, ha haʼe avei pe pasáhe Daniel-pe orekóva “pe profecía pehẽngue ára paháre oñeʼẽva.”</w:t>
      </w:r>
    </w:p>
    <w:p>
      <w:pPr>
        <w:pStyle w:val="ArticleBody"/>
        <w:jc w:val="left"/>
      </w:pPr>
      <w:r>
        <w:rPr>
          <w:rFonts w:ascii="Times New Roman" w:hAnsi="Times New Roman" w:eastAsia="Times New Roman" w:cs="Times New Roman"/>
        </w:rPr>
        <w:t>Pe jeipe’a ojejapo vaʼekue 1798-pe omoherakuã vaʼekue pe huísio investigativo ñepyrũ. Pe jeipe’a ojejapo vaʼekue 1989-pe omoherakuã vaʼekue pe huísio investigativo ñemboty hi’aguĩmbaitemaha. Alpha ha Omega firma ojehecha hag̃uáicha ndahasýi Daniel kuatiañe’ẽme, ha katu upéva añoite reikuaáramo mba’épa ha reime hag̃uáicha reheka hag̃ua.</w:t>
      </w:r>
    </w:p>
    <w:p>
      <w:pPr>
        <w:pStyle w:val="ArticleBody"/>
        <w:jc w:val="left"/>
      </w:pPr>
      <w:r>
        <w:rPr>
          <w:rFonts w:ascii="Times New Roman" w:hAnsi="Times New Roman" w:eastAsia="Times New Roman" w:cs="Times New Roman"/>
        </w:rPr>
        <w:t>Daniel capítulo once, versículo cuarenta y cinco-pe, oñemboty jave pe tiempo de prueba, oñeñongatu Alpha ha Omega réra ñemombe’upy tee. Daniel ñepyrũme ojehechauka porã eterei moõpa opa. Oñepyrũ peteĩ ñorairõ tee reheve Babilonia tee ha Israel tee apytépe, ha Babilonia tee osẽ ipu’akapáva.</w:t>
      </w:r>
    </w:p>
    <w:p>
      <w:pPr>
        <w:pStyle w:val="ArticleScripture"/>
        <w:jc w:val="left"/>
      </w:pPr>
      <w:r>
        <w:rPr>
          <w:rFonts w:ascii="Times New Roman" w:hAnsi="Times New Roman" w:eastAsia="Times New Roman" w:cs="Times New Roman"/>
        </w:rPr>
        <w:t>Mbohapy ary guive Joaquim, Judá ruvicha guasu, poguýpe ou Nabucodonosor, Babilonia ruvicha guasu, Jerusalénpe ha omoĩ ijerére ñorairõ rupi. Ha Ñandejára ome'ẽ ipópe Joaquim, Judá ruvicha guasu, ha avei peteĩ parte umi tembiporu Tupã róga peguágui; ha'e ogueraha vaekue umi mba'e Sinar retãme, itupã róga peve; ha omoinge umi tembiporu itupã viru renda rógape. Daniel 1:1, 2.</w:t>
      </w:r>
    </w:p>
    <w:p>
      <w:pPr>
        <w:pStyle w:val="ArticleBody"/>
        <w:jc w:val="left"/>
      </w:pPr>
      <w:r>
        <w:rPr>
          <w:rFonts w:ascii="Times New Roman" w:hAnsi="Times New Roman" w:eastAsia="Times New Roman" w:cs="Times New Roman"/>
        </w:rPr>
        <w:t>Daniel capítulo once, versículo cuarenta y cinco-pe, opa peteĩ ñorairõ espiritual Babilonia espiritual, oñesimbolisáva “mburuvicha guasu yvategua” ramo, ha Israel espiritual, ojehechaukáva “yvyty marangatu hechapyrãva” ramo, apytépe; ha Israel espiritual ipu’aka Babilonia espiritual ári.</w:t>
      </w:r>
    </w:p>
    <w:p>
      <w:pPr>
        <w:pStyle w:val="ArticleScripture"/>
        <w:jc w:val="left"/>
      </w:pPr>
      <w:r>
        <w:rPr>
          <w:rFonts w:ascii="Times New Roman" w:hAnsi="Times New Roman" w:eastAsia="Times New Roman" w:cs="Times New Roman"/>
        </w:rPr>
        <w:t>Ha’e oñotỹta hóga guasu tavernákulo-kuérape yguasu mbytépe, pe yvyty marangatu hechapyrãme; upéicharõ jepe, oguahẽta ipahápe, ha avave ndoipytyvõmo’ãi chupe. Ha upe tiémpope oñembo’ýtane Miguel, pe mburuvicha guasu oñembo’ýva nde retãygua ra’ykuérape g̃uarã; ha oĩta peteĩ jehasa asy araka’eve ndojehecháiva peteĩ tetã oĩ hague guive pe ára peve; ha upe tiémpope nde retãyguakuéra oñereskatáta, peteĩ teĩ ojejuhúva ojehaipyre lívrope. Daniel 11:45; 12:1.</w:t>
      </w:r>
    </w:p>
    <w:p>
      <w:pPr>
        <w:pStyle w:val="ArticleBody"/>
        <w:jc w:val="left"/>
      </w:pPr>
      <w:r>
        <w:rPr>
          <w:rFonts w:ascii="Times New Roman" w:hAnsi="Times New Roman" w:eastAsia="Times New Roman" w:cs="Times New Roman"/>
        </w:rPr>
        <w:t>Daniel ha Apocalipsis kuatiañe'ẽnguéra peteĩnte kuatiañe'ẽ.</w:t>
      </w:r>
    </w:p>
    <w:p>
      <w:pPr>
        <w:pStyle w:val="ArticleScripture"/>
        <w:jc w:val="left"/>
      </w:pPr>
      <w:r>
        <w:rPr>
          <w:rFonts w:ascii="Times New Roman" w:hAnsi="Times New Roman" w:eastAsia="Times New Roman" w:cs="Times New Roman"/>
        </w:rPr>
        <w:t>“Daniel ha Apocalipsis kuatiañe’ẽnguéra peteĩnte hína. Peteĩva ha’e peteĩ profesía, ambuéva peteĩ revelación; peteĩva peteĩ kuatiañe’ẽ oñembotýva, ambuéva katu peteĩ kuatiañe’ẽ ojepe’áva. Juan ohendu umi misterio umi aratiri he’iva’ekue, ha katu oñemandákuri chupe ani hag̃ua ohai umíva.” The Seventh-day Adventist Bible Commentary, volume 7, 971.</w:t>
      </w:r>
    </w:p>
    <w:p>
      <w:pPr>
        <w:pStyle w:val="ArticleBody"/>
        <w:jc w:val="left"/>
      </w:pPr>
      <w:r>
        <w:rPr>
          <w:rFonts w:ascii="Times New Roman" w:hAnsi="Times New Roman" w:eastAsia="Times New Roman" w:cs="Times New Roman"/>
        </w:rPr>
        <w:t>Mokõi aranduka, ha’éva peteĩnte aranduka, hína pe tembiapokue yvatevéva ánhel Gabriel ome’ẽva marandu profétiko rehegua. Ahai kóva aikuaa porãiterei hag̃ua pe Gabriel ome’ẽva’ekue Daniel ha Juan-pe ouhague Jesús-gui, ha’e oguerova’ekue Túva-gui. Che rembipota ndaha’éi amomba’eguasu hag̃ua Gabriel-pe, síno amomba’eguasu hag̃ua pe jejekuaa ipypukúva umi prueba ojehechaukáva mokõivéva arandukápe, mba’éichapa pe Alfa ha Omega omohenda va’ekue umi léi profétika interpretación bíblica rehegua, ojehechauka hag̃uáicha umi mokõi arandukápe, ñande jahechasetéramo.</w:t>
      </w:r>
    </w:p>
    <w:p>
      <w:pPr>
        <w:pStyle w:val="ArticleBody"/>
        <w:jc w:val="left"/>
      </w:pPr>
      <w:r>
        <w:rPr>
          <w:rFonts w:ascii="Times New Roman" w:hAnsi="Times New Roman" w:eastAsia="Times New Roman" w:cs="Times New Roman"/>
        </w:rPr>
        <w:t>Aipota penemandu’a hag̃ua peẽme, ko’ág̃a peve, che rembipota ha che ñe’intención ndaha’éi aikuave’ẽ hag̃ua peteĩ interpretación umi mokõi profesía rehegua ysyry Ulai ha Hiddekel rehegua. Che rembipota ha che ñe’intención hína amba’apo hag̃ua umi profesía oĩva Daniel kuatiañe’ẽ peteĩha seis kapítulope. Añetehápe, aime añemyesakã hag̃uánte ko mba’e rehe: Daniel ha Apocalipsis kuatiakuéra ikatu hag̃uáicha ha’e umi kuatiañe’ẽ oñemopu’ã porãvéva pypukuetereíva Tupã Ñe’ẽme. Umíva oikuaauka marandu profesiagua, ha upekuévo avei ohechauka Tupã reko, ha upekuévo avei ohechauka umi tembiapoukapy tekotevẽva ojeporu hag̃ua peteĩ tapicha ikatu hag̃uáicha oikuaa umi profesía, ha avei oikuaa hag̃ua Pe Omoĩva’ekue umi profesía.</w:t>
      </w:r>
    </w:p>
    <w:p>
      <w:pPr>
        <w:pStyle w:val="ArticleBody"/>
        <w:jc w:val="left"/>
      </w:pPr>
      <w:r>
        <w:rPr>
          <w:rFonts w:ascii="Times New Roman" w:hAnsi="Times New Roman" w:eastAsia="Times New Roman" w:cs="Times New Roman"/>
        </w:rPr>
        <w:t>Ambue techapyrã umi kuatiañe’ẽ ipypukueterei rehegua ha’e Daniel ohechauka hag̃ua umi “siete tiempo” Levítico mokõipa poteĩme. Pe profesía umi “siete tiempo” rehegua vaʼekue ha koʼág̃a avei oĩ hag̃ua “ita ñepysanga” ramo Tupã tavayguakuérape g̃uarã, yma Israél yma guarépe, pe movimiento Millerita ánhel peteĩha rehegua ryepýpe, ha avei pe movimiento koʼag̃agua ha oútava ánhel mbohapyha rehegua ryepýpe. Peteĩ “ita ñepysanga”, heʼiséva hesakã hag̃uáicha, haʼe peteĩ mbaʼe nde nderechái, jepe oĩ porã hesakã hag̃uáicha nde renondépe. Upévare, reikuaa rire umi “siete tiempo” oĩha Daniel kuatiápe, rehecha oĩha upépe hesakã porã, ha upekuévo rehecha avei oñemokañyha umi oiporavóvape g̃uarã ndohechaséivape.</w:t>
      </w:r>
    </w:p>
    <w:p>
      <w:pPr>
        <w:pStyle w:val="ArticleBody"/>
        <w:jc w:val="left"/>
      </w:pPr>
      <w:r>
        <w:rPr>
          <w:rFonts w:ascii="Times New Roman" w:hAnsi="Times New Roman" w:eastAsia="Times New Roman" w:cs="Times New Roman"/>
        </w:rPr>
        <w:t>Oñemokañy mbaʼe peteĩva, oĩramo jepe hesakã hag̃uáicha maymáva renondépe, ñeʼẽtekuaa rehegua rupive, haʼe peteĩ jejapo pypukuetereíva; kóva niko mbaʼe ndaikatúiva oike hag̃ua avave yvypóra omoheñóiva peteĩ novela ñemimbyrypegua ryepýpe. Haʼe peteĩ tembiapojeroviaitéva, pórke oĩ upépe, hesakã porã hag̃uáicha ohechaséva ani hag̃ua oñepysanga; ha katu ndaikatúi ohecha umi oiporavóva oñepysanga hag̃ua. Upéicha, ikatu jaʼe hese “ñemokañy tesarái hag̃uáicha maymáva renondépe”. Kóva ojejapo yvyporareko ha Tupãreko joaju rupive.</w:t>
      </w:r>
    </w:p>
    <w:p>
      <w:pPr>
        <w:pStyle w:val="ArticleBody"/>
        <w:jc w:val="left"/>
      </w:pPr>
      <w:r>
        <w:rPr>
          <w:rFonts w:ascii="Times New Roman" w:hAnsi="Times New Roman" w:eastAsia="Times New Roman" w:cs="Times New Roman"/>
        </w:rPr>
        <w:t>Ajapo ko afirmasión, aipota hag̃uáicha ñanemomandu’a ko’ápe, oĩha peteĩ mbo’epy católico Adventismo ryepýpe, por lo menos guive oñepyrũ rire osẽ Questions on Doctrine ary 1957-pe, ha upéva avei omopu’ã hague iñakã tekojoja’ỹva ko movimiento añetegua ko’ág̃agua Future for America ryepýpe. Pe temimo’ã niko kóva: Cristo, iñencarnasiónpe, ndoguerekói hague pe so’o ojapyhyva’ekue María-gui. Añetehápe, umi oguerovia ha omomba’éva ko mbo’epy ndo’eiva’erãi upéicha; upéicharamo jepe, upévaite hína pe ha’ekuéra ombo’éva. Ahenói chupe peteĩ mbo’epy católico, pórke pe ñepyrũmby oje’éva Cristo ro’o ipotĩhague Adán ro’oicha angaipa mboyve, ha’e pe lógica satanás rehegua voi oipurúva pe iglesia católica imbo’epy reheve pe hérava “concepción inmaculada”. Ha nde reikuaa’ỹramo pe mbo’epy pagano hérava “concepción inmaculada”, upéva ombo’e Cristo ro’o oñemoheñói hague peteĩ mba’e hechapyrã’ỹicha, Adán reko yvýpeguáva guývaicha, ha’e ha Eva angaipa mboyve; térã, oje’éicha, Cristo oguereko hague Adán rekotee, ho’a’ỹre guare, angaipa’ỹva. Upéva ombo’e avei María voi oñeme’ẽ hague milagrosamente chupe pe teko so’ogua ho’a’ỹva Adán oguerekova’ekue angaipa mboyve, ikatu hag̃uáicha ha’e oiko peteĩ mba’yru perfecto Espíritu Santo-pe g̃uarã omongakuaa hag̃ua mitã Jesús-pe ipype, heko so’o perfecto ryepýpe.</w:t>
      </w:r>
    </w:p>
    <w:p>
      <w:pPr>
        <w:pStyle w:val="ArticleBody"/>
        <w:jc w:val="left"/>
      </w:pPr>
      <w:r>
        <w:rPr>
          <w:rFonts w:ascii="Times New Roman" w:hAnsi="Times New Roman" w:eastAsia="Times New Roman" w:cs="Times New Roman"/>
        </w:rPr>
        <w:t>Añete, umi oĩva Adventísmo-pe ha omotenondéva upe tembiapo’ỹ peteĩchaiteva Jesús ro’o rehegua, ndohechaukái mba’eveichagua milágro María ndive, ha katu omombo jere Hermana White jehaipyre ha la Biblia pegua, ombo’e hag̃ua upe concepto católico peteĩchaitéva. Mba’ére piko ajere sapy’a ha ajei pe ñomongeta Daniels kuatiañe’ẽ rehegua? Ambohováita upéva.</w:t>
      </w:r>
    </w:p>
    <w:p>
      <w:pPr>
        <w:pStyle w:val="ArticleBody"/>
        <w:jc w:val="left"/>
      </w:pPr>
      <w:r>
        <w:rPr>
          <w:rFonts w:ascii="Times New Roman" w:hAnsi="Times New Roman" w:eastAsia="Times New Roman" w:cs="Times New Roman"/>
        </w:rPr>
        <w:t>Pe estructura ha diseño milagroso Daniel ha Apocalipsispegua peteĩ joaju humanidad ha Divinidad rehegua rupive. Jesús ha’e Ñandejára Ñe’ẽ, ha la Biblia avei ha’e Ñandejára Ñe’ẽ. Jesús rekotee divína ha humana ojehechauka hag̃ua hekopete la Bíbliape. Umi ñe’ẽ oĩva ipype ha’e divínova ha oguereko pe pokatu apo hag̃uáva omoambue hag̃ua korasõ ha apytu’ũ. Umi ñe’ẽ ha’e upe mbareteete voi omoingove va’ekue opa mba’e tekópe. Péro umi kuimba’e Ñandejára oiporavo va’ekue tembiporu-rõ oñembokuatia hag̃ua la Biblia, opavave va’ekue angaipa apoha. Pe parte humana ko mba’épe ojehechauka yvypóra ho’ávare rupive. La Biblia ha’e peteĩ joaju humano ha Divíno rehegua, ha profetakuéra va’ekue angaipa apohára, opa Adán ra’yicha. Cristo araka’eve ndojapói angaipa apytu’ũme, ñe’ẽme térã tembiapópe. Péro Ha’e niko ogueraha María ro’o irundy mil áño degeneración rire. Añetehápe Ha’e ogueraha rire Adán ro’o yvýpegua michĩvéva Adán angaipa mboyvegua, upéva ojeruréta va’erãmo’ã opa kuatiahaipyre bíblico apohára avei ndaijangaipáiva hag̃uáicha.</w:t>
      </w:r>
    </w:p>
    <w:p>
      <w:pPr>
        <w:pStyle w:val="ArticleBody"/>
        <w:jc w:val="left"/>
      </w:pPr>
      <w:r>
        <w:rPr>
          <w:rFonts w:ascii="Times New Roman" w:hAnsi="Times New Roman" w:eastAsia="Times New Roman" w:cs="Times New Roman"/>
        </w:rPr>
        <w:t>Pe “oñemokañy ojehechaukahápe” umi “siete tiempo” rehegua kuatiañe’ẽ Daniel-pe ojejapo, ndaha’éi añónte umi ñe’ẽ Daniel ohai vaʼekue rupive, ha katu avei umi yvypóra hoʼáva ombohasávaʼekue pe Biblia King James. Umi yvypóra hoʼáva mokõi jey opoko pe kuatiañe’ẽ Daniel rehe, ha pe ojejapóva ndaikatúi vaʼerãmoʼã avave yvypóra ojapo Tupã ñangareko porã ha hekojojávaʼỹre.</w:t>
      </w:r>
    </w:p>
    <w:p>
      <w:pPr>
        <w:pStyle w:val="ArticleBody"/>
        <w:jc w:val="left"/>
      </w:pPr>
      <w:r>
        <w:rPr>
          <w:rFonts w:ascii="Times New Roman" w:hAnsi="Times New Roman" w:eastAsia="Times New Roman" w:cs="Times New Roman"/>
        </w:rPr>
        <w:t>Ore artíkulo oúvape ñañepyrũta jahechauka mba’éichapa Tupã Rekove ha yvypóra reko omoĩ kañy hag̃ua “pokõi jey” Levítico mokoĩpa seis-pe ojehecha hag̃uáicha peteĩ tesaráipe Daniel kuatiápe; Tupã niko oikuaa yma guive, ha jepe voi omoheñói upéicha hag̃ua, ikatu hag̃uáicha oiko pe “ita gua’u omoñepysangáva” ramo mokõivévape g̃uarã: umi oĩvape peteĩha ánhel rembiapo ñemongu’épe, ha avei umi oĩvape mbohapyha ánhel rembiapo ñemongu’épe.</w:t>
      </w:r>
    </w:p>
    <w:p>
      <w:pPr>
        <w:pStyle w:val="ArticleScripture"/>
        <w:jc w:val="left"/>
      </w:pPr>
      <w:r>
        <w:rPr>
          <w:rFonts w:ascii="Times New Roman" w:hAnsi="Times New Roman" w:eastAsia="Times New Roman" w:cs="Times New Roman"/>
        </w:rPr>
        <w:t>“Pe tesakã Daniel oguerúva Tupãgui oñeme’ẽ vaʼekue ijojahaʼỹ hag̃uáicha koʼã ára pahápe g̃uarã. Umi visión haʼe ohecha vaʼekue ysyry Ulai ha Hiddekel rembeʼýpe, umi ysyry guasu Shinar pegua, koʼág̃a oĩ hína oñekumpli hag̃uáicha, ha opaite mbaʼe oñemombeʼu vaʼekue pyaʼeite oikóta.”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Peteĩha’ẽ hag̃ua</dc:title>
  <dc:subject>Pe Ulai ha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