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Kuatia Daniel rehegua - Mbohapyha</w:t>
      </w:r>
    </w:p>
    <w:p>
      <w:pPr>
        <w:pStyle w:val="ArticleSubtitle"/>
        <w:jc w:val="left"/>
      </w:pPr>
      <w:r>
        <w:rPr>
          <w:rFonts w:ascii="Arial" w:hAnsi="Arial" w:eastAsia="Arial" w:cs="Arial"/>
        </w:rPr>
        <w:t>Jecha Mokõi```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Koʼág̃a ñamombaʼe hína pe “mokõiha poapy ára” Levítico mokõipa poteĩme oĩva Daniel arandukápe. Oñemokañy umi oiporavóvape omboty hag̃ua hesakuéra, ha katu oĩ umi ohechaséva hag̃ua. Ñañepyrũta Daniel arandukápe, kapítulo poapy, ha peteĩha versíkulo pahápe, trece.</w:t>
      </w:r>
    </w:p>
    <w:p>
      <w:pPr>
        <w:pStyle w:val="ArticleScripture"/>
        <w:jc w:val="left"/>
      </w:pPr>
      <w:r>
        <w:rPr>
          <w:rFonts w:ascii="Times New Roman" w:hAnsi="Times New Roman" w:eastAsia="Times New Roman" w:cs="Times New Roman"/>
        </w:rPr>
        <w:t>Upéi ahendu peteĩ marangatu oñeʼẽva, ha ambue marangatu heʼi pe marangatu oñeʼẽvape: Mboy arakaʼe pevepa pe visión rehegua pe sacrificio ára ha ára guare, ha pe transgresión ñembyai rehegua, oñemeʼẽ hag̃uáicha mokõivéva, pe santuario ha pe ehérsito, oñepyrũ hag̃ua oñembohasa hag̃ua yvýre? Daniel 8:13.</w:t>
      </w:r>
    </w:p>
    <w:p>
      <w:pPr>
        <w:pStyle w:val="ArticleBody"/>
        <w:jc w:val="left"/>
      </w:pPr>
      <w:r>
        <w:rPr>
          <w:rFonts w:ascii="Times New Roman" w:hAnsi="Times New Roman" w:eastAsia="Times New Roman" w:cs="Times New Roman"/>
        </w:rPr>
        <w:t>Pe versíkulo oñepyrũ pe ñeʼẽ “upéi” reheve, ha upéva ojapo peteĩ jehechakuaa hag̃ua iñambueha pe visión tembiasakue proféticogua Daniel ohechavaʼekue upe diez versíkulo mboyveguápe. Pe kapítulope, pe versíkulo peteĩ ha mokõi ohechauka pe áño Daniel orresivihague pe visión ha avei orresivi hague ysyry Ulai ykére. Pe versíkulo mbohapy guive pe versíkulo doce peve, haʼe “ohecha” pe visión tembiasakue proféticogua. “Upéi” haʼe “ohendu” peteĩ ñemongeta yvagapegua oguerekóva peteĩ porandu ha peteĩ mbohovái. Pe versíkulo quince-pe, oñepyrũ ohekávo mbaʼépa heʼise pe visión tembiasakue proféticogua haʼe ramoite “ohechavaʼekue”. Tuicha mbaʼe jahechakuaa hag̃ua pe iñambueha pe visión Daniel “ohechavaʼekue” pe versíkulo mbohapy guive doce peve, ha pe ñemongeta yvagapegua haʼe “ohenduvaʼekue” — mokõivéva niko mokõi visión iñambuéva.</w:t>
      </w:r>
    </w:p>
    <w:p>
      <w:pPr>
        <w:pStyle w:val="ArticleScripture"/>
        <w:jc w:val="left"/>
      </w:pPr>
      <w:r>
        <w:rPr>
          <w:rFonts w:ascii="Times New Roman" w:hAnsi="Times New Roman" w:eastAsia="Times New Roman" w:cs="Times New Roman"/>
        </w:rPr>
        <w:t>Ha ojehovasáva pene resa, ohecha rupi; ha pende apysa, ohendu rupi. Mateo 13:16.</w:t>
      </w:r>
    </w:p>
    <w:p>
      <w:pPr>
        <w:pStyle w:val="ArticleBody"/>
        <w:jc w:val="left"/>
      </w:pPr>
      <w:r>
        <w:rPr>
          <w:rFonts w:ascii="Times New Roman" w:hAnsi="Times New Roman" w:eastAsia="Times New Roman" w:cs="Times New Roman"/>
        </w:rPr>
        <w:t>Pe poranduapy 13-pe ojejapóva hína kóva: “Mboy arakaʼe peve piko pe visión”, ha pe ñeʼẽ hebreo oñembohasáva “visión” ramo upépe ndahaʼéi pe ñeʼẽ hebreo peteĩchagua pe oñembohasáva “visión” ramo pe poranduapy 16-pe.</w:t>
      </w:r>
    </w:p>
    <w:p>
      <w:pPr>
        <w:pStyle w:val="ArticleScripture"/>
        <w:jc w:val="left"/>
      </w:pPr>
      <w:r>
        <w:rPr>
          <w:rFonts w:ascii="Times New Roman" w:hAnsi="Times New Roman" w:eastAsia="Times New Roman" w:cs="Times New Roman"/>
        </w:rPr>
        <w:t>Ha ahendu peteĩ kuimbaʼe ñeʼẽ Ulaí y rembeʼy apytépe, ohenóiva ha heʼíva: Gabriel, ejapo ko kuimbaʼe toikũmby pe visión. Daniel 8:16.</w:t>
      </w:r>
    </w:p>
    <w:p>
      <w:pPr>
        <w:pStyle w:val="ArticleBody"/>
        <w:jc w:val="left"/>
      </w:pPr>
      <w:r>
        <w:rPr>
          <w:rFonts w:ascii="Times New Roman" w:hAnsi="Times New Roman" w:eastAsia="Times New Roman" w:cs="Times New Roman"/>
        </w:rPr>
        <w:t>Mokõi ñe’ẽ hebreo iñambuéva oñembohasávo inglés-pe peteĩ ñe’ẽnte “vision”-ramo, Leviticus 26-pe oĩva “siete tiempos” opyta kuri “ñemokañýpe ojehechahápe voi”. Umi estudiante bíblico oñekontentáva oikuaa hag̃uánte pe yvy ári guáva, ohecha ko mokõi ñe’ẽ hebreo iñambuéva peteĩchaguánte; hákatu ojapo upéva hikuái ijehegui vaípe.</w:t>
      </w:r>
    </w:p>
    <w:p>
      <w:pPr>
        <w:pStyle w:val="ArticleScripture"/>
        <w:jc w:val="left"/>
      </w:pPr>
      <w:r>
        <w:rPr>
          <w:rFonts w:ascii="Times New Roman" w:hAnsi="Times New Roman" w:eastAsia="Times New Roman" w:cs="Times New Roman"/>
        </w:rPr>
        <w:t>“Ñaime ojehecha hag̃uánte ipe ári ndaikatumo’ãi ojapo heta mba’e porã. Ojeikuaa hag̃ua hekopete tekotevẽ jehesa’ỹijo ñakãporãme guare ha estudio serio, pohýi ha mbarete rehegua. Oĩ añetegua kuéra Ñe’ẽme ha’etéva peteĩ vena ita jeguaka rembiasakãva, oñemíava yvýpe. Ojeheka ramo umíva, kuimba’e ojehýi hag̃ua óro ha pláta reheháicha, ojejuhu umi tesoro kañymby. Eñangareko porãke ani hag̃ua mba’eve ojejapo pe añetegua rehegua prueba ndoĩri hag̃ua pe Escritura voi ryepýpe. Peteĩ Escritura ha’e pe llave ombojurúva ambue Escritura kuérape. Hembikuaa ipirapireva ha kañymbyva oñembohesakã Espíritu Santo Tupãgui rupive, omyesakãvo Ñe’ẽ ñane akãrapu’ãme g̃uarã: ‘Nde ñe’ẽnguéra jeike ome’ẽ tesakã; ome’ẽ arandupy umi iñakãpytĩvévape.’” Fundamentals of Christian Education, 390.</w:t>
      </w:r>
    </w:p>
    <w:p>
      <w:pPr>
        <w:pStyle w:val="ArticleBody"/>
        <w:jc w:val="left"/>
      </w:pPr>
      <w:r>
        <w:rPr>
          <w:rFonts w:ascii="Times New Roman" w:hAnsi="Times New Roman" w:eastAsia="Times New Roman" w:cs="Times New Roman"/>
        </w:rPr>
        <w:t>Ñandejára Ñe’ẽme ojeikuaauka ñandéve “opa mba’e añetegua oguereko ijojaha” ha, jaiporavóramo ñamboyke hag̃ua pe añetegua oĩha mokõi ñe’ẽ hebreo iñambuéva oñembohasáva “visión” ramo capítulo ocho-pe, ñande voi jaiko ñandejehe pe mba’e vai omoheñóiva Laodicea-gua pytũndy ñande resa ári. Pe ñe’ẽ yma guare he’i: “ndaipóri oĩvéva ohecha’ỹva umi ndohechaséivagui.”</w:t>
      </w:r>
    </w:p>
    <w:p>
      <w:pPr>
        <w:pStyle w:val="ArticleScripture"/>
        <w:jc w:val="left"/>
      </w:pPr>
      <w:r>
        <w:rPr>
          <w:rFonts w:ascii="Times New Roman" w:hAnsi="Times New Roman" w:eastAsia="Times New Roman" w:cs="Times New Roman"/>
        </w:rPr>
        <w:t>“Pe Biblia oguereko opaite umi principio tekovekuéra oikotevẽva oikuaa hag̃ua ikatu hag̃uáicha oñembosako’i térã ko tekovépe g̃uarã térã pe tekove oútavape g̃uarã. Ha koʼã principio ikatu ojeikuaa opavavete rehe. Avave ndorekóiva peteĩ espíritu omombaʼe hag̃ua iñemboʼepy ndaikatúi omoñeʼẽ peteĩ jepe pasáhe pe Bibliágui ohupytyʼỹre chugui peteĩ pensamiento pytyvõkuaáva. Péro pe ñemboʼepy iporãvéva pe Biblia rehegua ndohupytýi jepi térã oñembojaʼo hag̃uánte ojestudiágui. Ijapuʼa guasu añetegua ndohjehechaukapái upéicha ikatu hag̃uáicha ojehechakuaa pe omoñeʼẽ pyaʼéva térã oñeñangarekoʼỹva rupive. Heta iñemombaʼeguasu oĩ mombyry eterei pe ape ári guive, ha ikatu ojehupyty mante jeporeka kyreʼỹ ha ñehaʼã tapia rupive. Umi añetegua omoheñóiva pe tuichakue guasu ojeheka vaʼerã ha oñembyaty vaʼerã, ‘koʼápe michĩmi, ha amo michĩmi.’ Isaías 28:10.”</w:t>
      </w:r>
    </w:p>
    <w:p>
      <w:pPr>
        <w:pStyle w:val="ArticleScripture"/>
        <w:jc w:val="left"/>
      </w:pPr>
      <w:r>
        <w:rPr>
          <w:rFonts w:ascii="Times New Roman" w:hAnsi="Times New Roman" w:eastAsia="Times New Roman" w:cs="Times New Roman"/>
        </w:rPr>
        <w:t>“Ojehekávo ha oñembyaty rire péicha, ojehecháta oñemohenda porãmbaiteha ojuehe. Káda Evahélio ombojoapy ambuévape, káda profesía omyesakã ambue profesíape, káda añetegua katu oñemoakãrapu’ã ambue añetegua ári. Umi tipo sistema judío rehegua oñemohesakã porã Evahélio rupive. Káda principio Ñandejára Ñe’ẽme oguereko hendaguã, káda mba’ete katu oguereko he’iséva. Ha pe estructura kompleta, iñapytu’ũme ha ijejapópe, ome’ẽ testimonio Ijára rehe. Péichaite pe estructura ndaikatúi avave apytu’ũ, ndaha’éiramo pe Infinito mba’éva, oikuaa hag̃ua térã ojapo hag̃ua.” Education, 123.</w:t>
      </w:r>
    </w:p>
    <w:p>
      <w:pPr>
        <w:pStyle w:val="ArticleBody"/>
        <w:jc w:val="left"/>
      </w:pPr>
      <w:r>
        <w:rPr>
          <w:rFonts w:ascii="Times New Roman" w:hAnsi="Times New Roman" w:eastAsia="Times New Roman" w:cs="Times New Roman"/>
        </w:rPr>
        <w:t>Pe ñeʼẽ “visión” ojehu diez jey Daniel capítulo ocho-pe, péro umi diez jey oĩ mokõi ñeʼẽ hebreo iñambuéva, ha umi ñeʼẽ heʼiséva ndahaʼéi peteĩchante. Oñemoĩrire peteĩchante heʼise hag̃ua, Daniel oipuru hag̃uáicha peteĩnte umi ñeʼẽgui káda peteĩ umi diez jehúpe. Daniel ohai mokõi ñeʼẽ, pórke káda peteĩva umi mokõigui oguereko heʼiséva tee, ha peteĩva ohechauka peteĩ visión Daniel “ohecháva”, ha ambue peteĩ visión “ohendúva”. Versículo trece-pe, pe ñeʼẽ oñembohasáva “visión” ramo haʼe châzôn, ha heʼise “peteĩ jehecha”, térã “peteĩ visión”, “peteĩ kéra” térã “peteĩ oráculo”. Che ahenói upéva “visión de la historia profética” ramo, oñemopyendágui heʼisévare ha avei mbaʼéichapa Daniel oipuru upéva.</w:t>
      </w:r>
    </w:p>
    <w:p>
      <w:pPr>
        <w:pStyle w:val="ArticleBody"/>
        <w:jc w:val="left"/>
      </w:pPr>
      <w:r>
        <w:rPr>
          <w:rFonts w:ascii="Times New Roman" w:hAnsi="Times New Roman" w:eastAsia="Times New Roman" w:cs="Times New Roman"/>
        </w:rPr>
        <w:t>Pe peteĩhápe, Daniel kapítulo ocho-pe, Daniel he’i “ojejapo chéve peteĩ visión”, ha pe mokõiha versículo-pe mokõi jey omombe’u “ahecha hague peteĩ visión-pe”. Upéi pe versículo trece-pe, oñemoĩ porandu “mboy ára peve piko pe visión”. Koʼã jeipuru maymáva hína pe ñeʼẽ hebrea “châzôn”. Upéi pe versículo quince-pe, jag̃uahẽ ikatu hag̃uáicha pe momento iñimportantetévape Daniel oipuru jey hague upeichaite pe ñeʼẽ, haʼe heʼi haguére: “che”…“ahecha rire pe visión ha aheka hag̃ua heʼiséva”. Daniel ohecha rire pe visión châzôn, haʼe oikuaa porãse mbaʼépa heʼise. Kóva hína peteĩ añetegua oguerekóva tuicha mbaʼe pe “siete tiempos” oñeñomíva rehe Levítico veintiséis-gua ko kapítulope.</w:t>
      </w:r>
    </w:p>
    <w:p>
      <w:pPr>
        <w:pStyle w:val="ArticleBody"/>
        <w:jc w:val="left"/>
      </w:pPr>
      <w:r>
        <w:rPr>
          <w:rFonts w:ascii="Times New Roman" w:hAnsi="Times New Roman" w:eastAsia="Times New Roman" w:cs="Times New Roman"/>
        </w:rPr>
        <w:t>Ha’e avei oipuru pe ñe’ẽ châzôn umi versíkulo 17 ha 26-pe. Pe ñe’ẽ “visión” ojehecha diez jey Daniel capítulo ocho-pe, ha pe ñe’ẽ châzôn orrepresenta siete ko’ã jehechauka apytégui. Daniel oipuru pe ambue ñe’ẽ hebreo oñembohasáva “visión” ramo irundy jey. Pe ambue ñe’ẽ hebreo ha’e mar’eh, ha he’ise “apariencia”.</w:t>
      </w:r>
    </w:p>
    <w:p>
      <w:pPr>
        <w:pStyle w:val="ArticleBody"/>
        <w:jc w:val="left"/>
      </w:pPr>
      <w:r>
        <w:rPr>
          <w:rFonts w:ascii="Times New Roman" w:hAnsi="Times New Roman" w:eastAsia="Times New Roman" w:cs="Times New Roman"/>
        </w:rPr>
        <w:t>Châzôn ojepuru siete jey Daniel kapítulo ocho-pe, ha mar’eh ojepuru irundy jey; ha oñondive ohechauka umi diez jey ñe’ẽ inglés “vision” ojehecháva Daniel kapítulo ocho-pe. Siete ha irundy ningo once, peteĩ jeygui Daniel oipuru mar’eh, ha oñembohasa he’iséicha voi, pórke versíkulo quince-pe, Daniel “ohekávo he’iséva” pe châzôn visión historia proféticagua rehegua, “oñembo’y henondépe” chupe “kuimba’e ra’angáicha.” Pe ñe’ẽ “ra’anga” ha’e mar’eh. Upévare, mar’eh ojepuru Daniel rehe irundy jey Daniel ocho-pe, ha peteĩ jey oñembohasa oñemohendáva he’iséva tenondegua “ra’anga” rehe, ha umi mbohapy ambue jey oñembohasa “visión” ramo.</w:t>
      </w:r>
    </w:p>
    <w:p>
      <w:pPr>
        <w:pStyle w:val="ArticleBody"/>
        <w:jc w:val="left"/>
      </w:pPr>
      <w:r>
        <w:rPr>
          <w:rFonts w:ascii="Times New Roman" w:hAnsi="Times New Roman" w:eastAsia="Times New Roman" w:cs="Times New Roman"/>
        </w:rPr>
        <w:t>Ndaha’éi aikuaaukaseha mba’eveichagua ñe’ẽvai umi kuimba’e ombohasava’ekue pe Biblia King James-pe. Upéicharõ jepe, tekotevẽ ojehechakuaa, pe versíkulo pahaapyha-pe, ojejuhuha pe ñe’ẽ peteĩnte oñembojoapýva pe Biblia King James-pe (sacrifice), ha ñe’inspiración he’i porãiteha, “ndoikéi pe texto-pe.” Pe inspiración avei he’i pe ñe’ẽ oñembojoapýva “oñembojoapy hague arandu yvypóra rupive.” Pe kapítulo peteĩetepe voi, mokõi ñe’ẽ hebreo iñambuéva oñembohasa mokõivéva peteĩcha pe ñe’ẽ inglés-pe. Mba’érepa iñimportánteiterei jahechakuaa hag̃ua pe joavy ko’ã mokõi ñe’ẽ apytépe, tuichaite mba’e.</w:t>
      </w:r>
    </w:p>
    <w:p>
      <w:pPr>
        <w:pStyle w:val="ArticleScripture"/>
        <w:jc w:val="left"/>
      </w:pPr>
      <w:r>
        <w:rPr>
          <w:rFonts w:ascii="Times New Roman" w:hAnsi="Times New Roman" w:eastAsia="Times New Roman" w:cs="Times New Roman"/>
        </w:rPr>
        <w:t>Ha ojehu peteĩ mba’e, che, Daniel, ahechávo pe visión ha ahekávo iñemyesakã, upérõ, péina ápe, oñembo’y che renondépe peteĩva yvypóra-icha ijehecháva. Ha ahendu peteĩ kuimba’e ñe’ẽ Ulaí rembe’y mbytépe, osapukáiva ha he’íva: Gabriel, emboguahẽ ko kuimba’épe toikũmby pe visión. Daniel 8:15, 16.</w:t>
      </w:r>
    </w:p>
    <w:p>
      <w:pPr>
        <w:pStyle w:val="ArticleBody"/>
        <w:jc w:val="left"/>
      </w:pPr>
      <w:r>
        <w:rPr>
          <w:rFonts w:ascii="Times New Roman" w:hAnsi="Times New Roman" w:eastAsia="Times New Roman" w:cs="Times New Roman"/>
        </w:rPr>
        <w:t>Daniel “oheka hag̃ua pe he’iséva” pe “châzôn visión” rehe, upe vaʼekue haʼe ohecha ramoite, Cristo omomarandu Gabriel-pe “ojapo hag̃ua” Daniel oikũmby pe “mar’eh visión” rehe, upe vaʼekue haʼe ohendu ramoite. Daniel oikuaasekuri pe visión tembiasakue maranduhára rehegua, ha katu Cristo, upe oñemombeʼu vaʼekue versíkulo 13-pe Palmoni ramo (upe marangatu oñeʼẽ vaʼekue), omboʼe Gabriel-pe ojapo hag̃ua Daniel oikũmby pe “mar’eh visión”, ndahaʼéi pe “châzôn visión”. Versíkulo 15 ha 16-pe, pe tembiaporã oñemeʼẽva Gabriel-pe heʼi porã haʼe ojapo vaʼerãha Daniel oikũmby pe “mar’eh visión”, upéva hína pe ñeʼẽ oñembohasáva “visión” ramo ha heʼiséva “jehechauka”, ndahaʼéi pe visión tembiasakue maranduhára rehegua Daniel oikũmbyse vaʼekue. Ojekuaaʼỹre Gabriel rembiaporãme, pe “siete tiempos” Levítico 26-pe oĩ kañy hag̃uáicha ojehecha hag̃uáicha hag̃uápe.</w:t>
      </w:r>
    </w:p>
    <w:p>
      <w:pPr>
        <w:pStyle w:val="ArticleBody"/>
        <w:jc w:val="left"/>
      </w:pPr>
      <w:r>
        <w:rPr>
          <w:rFonts w:ascii="Times New Roman" w:hAnsi="Times New Roman" w:eastAsia="Times New Roman" w:cs="Times New Roman"/>
        </w:rPr>
        <w:t>Pe versíkulo mokõipa potĩnteĩme, mokõivéva ñe’ẽ hebreo oñembohasáva “visión” ramo ojejuhu pe versíkulo peteĩchape; ha upe versíkulo oiko peteĩva umi ñemboja’o tenondegua apytégui ojepe’a hag̃ua añetegua Daniel rembijekuaa rehegua umi “siete tiempos” rehe.</w:t>
      </w:r>
    </w:p>
    <w:p>
      <w:pPr>
        <w:pStyle w:val="ArticleScripture"/>
        <w:jc w:val="left"/>
      </w:pPr>
      <w:r>
        <w:rPr>
          <w:rFonts w:ascii="Times New Roman" w:hAnsi="Times New Roman" w:eastAsia="Times New Roman" w:cs="Times New Roman"/>
        </w:rPr>
        <w:t>Ha pe visión ka’aru ha pyhareve rehegua, oñemombe’úva’ekue ndéve, añeteha; upévare eñongatu pe visión, pórke opytáta heta ára peve. Daniel 8:26.</w:t>
      </w:r>
    </w:p>
    <w:p>
      <w:pPr>
        <w:pStyle w:val="ArticleBody"/>
        <w:jc w:val="left"/>
      </w:pPr>
      <w:r>
        <w:rPr>
          <w:rFonts w:ascii="Times New Roman" w:hAnsi="Times New Roman" w:eastAsia="Times New Roman" w:cs="Times New Roman"/>
        </w:rPr>
        <w:t>Pe versíkulo mokõipa poteĩ ha poyvy, pe “jehecha ka’aru ha pyharevegua” ha’e pe visión mar’eh, he’iséva “jehecha térã mba’e ojehecháva”; ha pe visión oĩva “ojembotýva hag̃ua” katu ha’e pe visión châzôn, marandu profesiagua rembiasakue rehegua. Pe ñe’ẽjoaju “ka’aru ha pyhareve” ha’e upe omboykéva ha omombe’uporãva pe joavy oĩva mokõi visión apytépe. Upéva ojapo ambue ta’ãngahai rupive ohechaukáva mba’éichapa pe yvypóra rembiapo oike Biblia jejapope. Pe yvypóra rembiapo oguereko mokõive: umi proféta ohaíva’ekue Biblia ñe’ẽnguéra, ha avei umi ombohasáva’ekue Biblia ambue ñe’ẽme. Biblia, Cristoicha, ohechauka peteĩ joaju Tupãrekogua ha yvypórareko rehegua. Upe yvypórareko oguejy araka’eveguive tembiasápe, Adán gui opeka rire guive umi ohai ha ombohasáva’ekue Biblia peve. Cristo ha Biblia mokõivéva ha’e Tupã Ñe’ẽ, ha Tupã Ñe’ẽ ipotĩ; pe Tupãrekogua oĩva upe joajúpe akóinte ipu’akave umi ñembyai térã jejopy oĩva’ekue so’ópe ári hag̃ua.</w:t>
      </w:r>
    </w:p>
    <w:p>
      <w:pPr>
        <w:pStyle w:val="ArticleScripture"/>
        <w:jc w:val="left"/>
      </w:pPr>
      <w:r>
        <w:rPr>
          <w:rFonts w:ascii="Times New Roman" w:hAnsi="Times New Roman" w:eastAsia="Times New Roman" w:cs="Times New Roman"/>
        </w:rPr>
        <w:t>Pablo, Jesucristo rembiguái, ojehenóiva apóstolrã, oñemboja'óva Tupã evanhélio rehehápe, (ha'e vaekue opromete vaekue yma guive iproféta kuéra rupive Ñandejára Ñe'ẽ Marangatu kuatiakuérape,) Ita'ýra Jesucristo ñande Ruvicha rehegua, oúva David ñemoñaregui yvypóra rekopegua. Romanos 1:1–3.</w:t>
      </w:r>
    </w:p>
    <w:p>
      <w:pPr>
        <w:pStyle w:val="ArticleBody"/>
        <w:jc w:val="left"/>
      </w:pPr>
      <w:r>
        <w:rPr>
          <w:rFonts w:ascii="Times New Roman" w:hAnsi="Times New Roman" w:eastAsia="Times New Roman" w:cs="Times New Roman"/>
        </w:rPr>
        <w:t>Ñe’ẽjoaju “ka’aru ha pyhareve” ojejuhu jey jey Tupã Ñe’ẽme, ha akóinte oñembohasa “ka’aru ha pyhareve” ramo, oĩháicha pe versíkulo mokoĩpa poteĩme, ha ojejapoháicha heta jeýma pe tembiasakue jejapopy rehegua Génesis-pe, he’íva jey jey: “ha pe ka’aru ha pe pyhareve ha’e va’ekue….” Añetehápe, ha opa mba’e añetegua oguereko iñimportánsia (ha ko mba’e añetegua tekotevẽ oñentende hag̃ua), pe tenda añoite Biblia-pe pe ñe’ẽjoaju “ka’aru ha pyhareve” ndoñembohasáiva “ka’aru ha pyhareve” ramo (oĩháicha pe versíkulo mokoĩpa poteĩme), ha’e pe versíkulo irundyha Daniel 8-pe. Upépe, ha upépe añoite Tupã Ñe’ẽme, pe ñe’ẽjoaju “ka’aru ha pyhareve” oñembohasa hag̃uante “ára” ramo.</w:t>
      </w:r>
    </w:p>
    <w:p>
      <w:pPr>
        <w:pStyle w:val="ArticleScripture"/>
        <w:jc w:val="left"/>
      </w:pPr>
      <w:r>
        <w:rPr>
          <w:rFonts w:ascii="Times New Roman" w:hAnsi="Times New Roman" w:eastAsia="Times New Roman" w:cs="Times New Roman"/>
        </w:rPr>
        <w:t>Ha ha’e he’i chéve: Mokõi mil tresientos ára peve; upéi pe tupaópe oñemopotĩta. Daniel 8:14.</w:t>
      </w:r>
    </w:p>
    <w:p>
      <w:pPr>
        <w:pStyle w:val="ArticleBody"/>
        <w:jc w:val="left"/>
      </w:pPr>
      <w:r>
        <w:rPr>
          <w:rFonts w:ascii="Times New Roman" w:hAnsi="Times New Roman" w:eastAsia="Times New Roman" w:cs="Times New Roman"/>
        </w:rPr>
        <w:t>Doce versíkulo rire, pe kapítulo peteĩchaguápe Danielpe, pe ñe’ẽjoaju hebreo “ka’aru ha pyhareve” oñembohasa pe ojeporuháicha opa ára; ha pe versíkulope ha’éva pe yta guasu mbytépegua ha fundamento Adventismo rehegua, pe ñe’ẽjoaju oñembohasa rei “ára” ramo. Mba’e influencia rupípa umi traduktór Biblia King James rehegua ogueru chupekuéra ojapo hag̃ua peteĩ joavy tuichaitereíva péicha? Ha’ekuéra ombohasa va’ekue pe ñe’ẽjoaju versíkulo veintiséispe, ojoajúvo opaite jehechauka ambuekuéra ndive pe ñe’ẽjoaju rehegua pe Biblia rembytépe. Péro doce versíkulo mboyve versíkulo veintiséisgui, versíkulo catorcepe, iñypytyvõ’ỹ yvypóra rehegua omoĩ peteĩ joavy especial pe mbohovái ári pe porandu versíkulo trece rehegua. Ha pe porandu versíkulo trece rehegua oguereko va’ekue peteĩ ñe’ẽnte (sacrificio), upeva’erã ndova’erãmo’ã oñembojoapy pe Bibliápe. Tupã oipota va’ekue versíkulo catorce opyta hag̃ua ojehechakuaa hag̃uáicha peteĩ hendáicha ipypukúva ha ijojaha’ỹva. Péicha ojapóvo, Ha’e avei ohechauka mba’épa Gabriel oñe’ẽmondo va’ekue omboikuaa hag̃ua Danielpe.</w:t>
      </w:r>
    </w:p>
    <w:p>
      <w:pPr>
        <w:pStyle w:val="ArticleBody"/>
        <w:jc w:val="left"/>
      </w:pPr>
      <w:r>
        <w:rPr>
          <w:rFonts w:ascii="Times New Roman" w:hAnsi="Times New Roman" w:eastAsia="Times New Roman" w:cs="Times New Roman"/>
        </w:rPr>
        <w:t>Pe versíkulo dieciséis-pe, Jesús omanda Gabriel-pe ombojekuaa hag̃ua Daniel-pe pe visión mar’eh, jepe Daniel oheka kuri oikũmby hag̃ua pe visión châzôn historia proféticagua. Pe versíkulo veintiséis he’i pe “visión ka’aru ha pyharevegua oñemombe’u va’ekue” ha’eha “añete”. Pe visión châzôn ha’e va’ekue peteĩ “jehecha” profético, péro pe visión mar’eh “oñemombe’u”, pórke oñeñe’ẽ hese. Oñeñe’ẽ hese versíkulo catorce-pe, Palmoni he’i ramo guare: “mokõi mil trescientos ka’aru ha pyhareve peve; upéi pe santuario oñemopotĩta.” Pe versíkulo veintiséis oiporu pe ñe’ẽjoaju “ka’aru ha pyhareve”, ha ombohéra hag̃ua upéva pe visión “oñemombe’u va’ekue”, ohechauka hag̃ua pe joavy mokõive visión apytépe Daniel kapítulo ocho-pe. Pe visión historia proféticagua Daniel “ohecha” va’ekue, ha Daniel oikũmbyse va’ekue, iñambue pe visión “oñemombe’u va’ekue” rehegui, upe Daniel “ohendu” va’ekue. Iñimportantevéva, pe visión Daniel “ohendu” va’ekue hína upe visión Gabriel ome’ẽva’erã Daniel-pe iñakãrapu’ã hag̃ua hese.</w:t>
      </w:r>
    </w:p>
    <w:p>
      <w:pPr>
        <w:pStyle w:val="ArticleBody"/>
        <w:jc w:val="left"/>
      </w:pPr>
      <w:r>
        <w:rPr>
          <w:rFonts w:ascii="Times New Roman" w:hAnsi="Times New Roman" w:eastAsia="Times New Roman" w:cs="Times New Roman"/>
        </w:rPr>
        <w:t>Yvypóra oikéva’ekue omoheñóivo pe Biblia Marangatu ohaikuaa pe ñe’ẽ “visión” pa jey Daniel kapítulo ocho-pe, ha upéicha ojapóvo omokañy pe joavy peteĩ visión “ojecháva” ha ambue visión “ojehendu hag̃uáicha”. Péicha ojapóvo, omombyky pe ñemomba’e guasu ohechaukáva Cristo rembipota hague Daniel ontende hag̃ua pe visión ohendúva, yvateve ontende hag̃ua pe visión ohecháva. Koʼág̃a ikatu ñahesaʼỹijo mbaʼépa ojapo Gabriel omohuʼã hag̃uáicha pe tembiapo oñemeʼẽvaʼekue chupe.</w:t>
      </w:r>
    </w:p>
    <w:p>
      <w:pPr>
        <w:pStyle w:val="ArticleScripture"/>
        <w:jc w:val="left"/>
      </w:pPr>
      <w:r>
        <w:rPr>
          <w:rFonts w:ascii="Times New Roman" w:hAnsi="Times New Roman" w:eastAsia="Times New Roman" w:cs="Times New Roman"/>
        </w:rPr>
        <w:t>Upévare oguahẽ hi’aguĩ pe che aimehaguépe; ha oguahẽvo, chekyhyje ha ha’a che rovái yvýre; ha he’i chéve: Entende, yvypóra ra’y; pe visión niko oikóta ára pahápe. Ha ha’e oñe’ẽ aja chendive, aime peteĩ oke pypukúpe che rovái yvýre; ha ha’e chemoko, ha chemopu’ã chepy yvate. Ha he’i: Péina, aikuaaukáta ndéve mba’épa oikóta pochy pahaitepe; pe ára oñemoĩmava guive, oguahẽta paha. Daniel 8:17–19.</w:t>
      </w:r>
    </w:p>
    <w:p>
      <w:pPr>
        <w:pStyle w:val="ArticleBody"/>
        <w:jc w:val="left"/>
      </w:pPr>
      <w:r>
        <w:rPr>
          <w:rFonts w:ascii="Times New Roman" w:hAnsi="Times New Roman" w:eastAsia="Times New Roman" w:cs="Times New Roman"/>
        </w:rPr>
        <w:t>Gabriel koʼág̃a oñepyrũ hembiapo omoĩ hag̃ua Daniel-pe ontende hag̃ua pe visión oĩva mokõi mil trescientos kaʼaru ha pyhareve rehegua, ha upéva añete. Tenonderãite oikuaauka chupe pe visión tembiasakue profética rehegua, pe visión châzôn, oĩtaha “pe ára paha” jave. Upéi, Daniel oĩ aja peteĩ kerayvoty profético-pe, Gabriel opoko Daniel rehe ha omopuʼã chupe oñemboʼy hag̃uáicha. Haʼe heʼi chupe: “Aikuaaukáta ndéve.”</w:t>
      </w:r>
    </w:p>
    <w:p>
      <w:pPr>
        <w:pStyle w:val="ArticleBody"/>
        <w:jc w:val="left"/>
      </w:pPr>
      <w:r>
        <w:rPr>
          <w:rFonts w:ascii="Times New Roman" w:hAnsi="Times New Roman" w:eastAsia="Times New Roman" w:cs="Times New Roman"/>
        </w:rPr>
        <w:t>Upéva hína pe Palmoni (Cristo) he’i vaʼekue Gabriel-pe ojapo hag̃ua, heʼívo: “Gabriel, emboikuaa ko kuimbaʼépe pe mar’eh visión kaʼaru ha pyhareve rehegua.” Gabriel heʼi omboikuaataha Daniel-pe “mbaʼépa oikóta pe pochy pahápe”. ¡Upépe oĩ! ¡Upépe oĩ pe “siete tiempos” Levítico veintiséis-pegua! Oñemokañy pe voi técnica profética rupive, pe técnica Gabriel omoingove jevy jevy vaʼekue proféta kuérape hag̃ua omeʼẽ hag̃ua testimonio hese ha oipuru hag̃ua ikuatiakuérape! Pe técnica hína “línea ári línea, koʼápe michĩmi ha amo michĩmi”.</w:t>
      </w:r>
    </w:p>
    <w:p>
      <w:pPr>
        <w:pStyle w:val="ArticleBody"/>
        <w:jc w:val="left"/>
      </w:pPr>
      <w:r>
        <w:rPr>
          <w:rFonts w:ascii="Times New Roman" w:hAnsi="Times New Roman" w:eastAsia="Times New Roman" w:cs="Times New Roman"/>
        </w:rPr>
        <w:t>Pe lívro “Pensamientos sobre Daniel ha Apocalipsis”, Uriah Smith rembiapópe (maymáva Adventista, ha umi ijerére oikóva jepe, oikuaava’erã), Smith omombe’u Daniel capítulo ocho, versículo diecisiete guive diecinueve peve rehe:</w:t>
      </w:r>
    </w:p>
    <w:p>
      <w:pPr>
        <w:pStyle w:val="ArticleScripture"/>
        <w:jc w:val="left"/>
      </w:pPr>
      <w:r>
        <w:rPr>
          <w:rFonts w:ascii="Times New Roman" w:hAnsi="Times New Roman" w:eastAsia="Times New Roman" w:cs="Times New Roman"/>
        </w:rPr>
        <w:t>“Peteĩ ñe’ẽmondo guasu rupive heʼívo pe ára oñemoĩmavape oguahẽtaha pe paha, ha oikuaaukatataha chupe mbaʼépa oikóta pe pahápe pe pochy rehegua, oike pe visión ñemyesakãme. Pe pochy ojeikuaa vaʼerã ojahoʼíha peteĩ ára pukukue. Mbaʼe ára? Tupã heʼi vaʼekue hetãygua Israel-pe ohyta hag̃ua hiʼári ipochy hembiapo vai rehe; ha upéicha omeʼẽ jehekomboʼe pe ‘mburuvicha Israel gua heko kyʼa ha añaʼygua’ rehegua: ‘Eipeʼa pe akã jeguaka, ha eipeʼa pe koróna.... Che ambojere jeréta, ambojere jeréta, ambojere jeréta chupe: ha ndaiporimoʼãvéima, pe ou pehẽngue hag̃ua ichupe guarã meve; ha ameʼẽta ichupe.’ Ezequiel 21:25–27, 31.”</w:t>
      </w:r>
    </w:p>
    <w:p>
      <w:pPr>
        <w:pStyle w:val="ArticleScripture"/>
        <w:jc w:val="left"/>
      </w:pPr>
      <w:r>
        <w:rPr>
          <w:rFonts w:ascii="Times New Roman" w:hAnsi="Times New Roman" w:eastAsia="Times New Roman" w:cs="Times New Roman"/>
        </w:rPr>
        <w:t>“Kóva hína pe ára pe Ñandejára pochy ipu’aka hag̃ua ikontráto retã rehe; pe ára umi mba’e marangatuha ha pe ehérsito ojejahéi hag̃ua py rupi. Pe mbyta jeguaka ojeipe’a, ha pe akãrague ojeipe’a chugui, Israel oĩ jave Babilonia rréino poguýpe. Upéi oñembyai jey Medo ha Persa kuéra rupi, upéi Griego kuéra rupi, upéi Romano kuéra rupi, ojoavy’ỹ hag̃uáicha umi mbohapy jey pe ñe’ẽ oñe’ẽjeyháicha maranduhára rupive. Umi judío upérõ, ombotovévo Cristope, pya’e oñemosarambi opa yvy ape ári; ha Israel espiritual ojapyhy pe tenda pe ñemoñare literal rehegua; ha katu oĩ hikuái yvy arigua pu’aka guýpe, ha upéicha oĩta David guapyha oñemopu’ã jey peve,—pe oúva, pe héraitéva upe guapyha jára hag̃ua, pe Mesías, Py’aguapy Ruvicha, ou peve, ha upérõ oñeme’ẽta chupe. Upérõ pe pochy opátama. Mba’épa oikóta ko ára pahaitepe, pe ánhel ko’ág̃a oikuaaukáta Daniel-pe.” Uriah Smith, Daniel and the Revelation, 201, 202.</w:t>
      </w:r>
    </w:p>
    <w:p>
      <w:pPr>
        <w:pStyle w:val="ArticleBody"/>
        <w:jc w:val="left"/>
      </w:pPr>
      <w:r>
        <w:rPr>
          <w:rFonts w:ascii="Times New Roman" w:hAnsi="Times New Roman" w:eastAsia="Times New Roman" w:cs="Times New Roman"/>
        </w:rPr>
        <w:t>Pe “indignación” Smith ohechaukaáva, oñepyrũ vaekue Manasés ojegueraha jave Babilóniape asirio-kuéra rupi ary 677 a.C.-pe. Ñambyasy hag̃uáicha, Smith ogueraha Sedequías ñemongu’e ha ñehundikue ary 586 a.C.-pe ha omoĩ upéva ramo pe ñepyrũrã pe período “indignación” rehegua versíkulo diecinueve-pe. Smith ndoguerekói mba’eve he’íva mba’épa he’ise pe versíkulo he’ívo “pe pahaite pe indignación rehegua.” Ha’e oñangareko hese ku “indignación” añónte ramo; hákatu oĩramo “pahaite” pe indignación rehegua, gramátika ha lógica ojerure katuete oĩha avei, sa’ive jepe, peteĩ “ñepyrũrã” térã “primera terminación” pe indignación rehegua. Smith oikuaa vaekue umi setenta ary ñembyasy ha jeguereko hag̃ua ñemongapypýpe oñepyrũ hague Nabucodonosor peteĩha oataka jave Joiacim rehe ary 606 a.C.-pe; upéicharõ jepe, ha’e odesidi pe ñepyrũrã pe período indignación rehegua ha’eha Nabucodonosor mbohapyha ataque, ojapóva’ekue Sedequías rehe, pe mburuvicha guasu pahague Judáygua.</w:t>
      </w:r>
    </w:p>
    <w:p>
      <w:pPr>
        <w:pStyle w:val="ArticleScripture"/>
        <w:jc w:val="left"/>
      </w:pPr>
      <w:r>
        <w:rPr>
          <w:rFonts w:ascii="Times New Roman" w:hAnsi="Times New Roman" w:eastAsia="Times New Roman" w:cs="Times New Roman"/>
        </w:rPr>
        <w:t>“Jepémo jepe jaikuaa hag̃ua peteĩ marandu hetave imba’eporãva hekovépe iñepyrũme hese [Daniel rehe] ojehaíva ambue proféta oime hag̃uágui hag̃ua, upéicharõ jepe, heñóiha ha iñemoñare rehegua opytaite kañyhápe, peteĩ mba’e añoite ndojekuaáiva’ỹre: ha’e hague ñemoñare rréi rehegua, ikatúramo oime David róga pegua, upe jave hetaiterei vaʼekue. Haʼe ojehechauka raẽ peteĩva ramo umi karaiete prisionéro Judá guápe, Nabucodonosor, Babilonia rréi, arýpe peteĩhápe, umi setenta ary jepokuaa hag̃ua ñembyasygua ñepyrũme, JC mboyve 606. Jeremías ha Habacuc gueteri omombeʼu kuri iprofesía kuéra. Ezequiel oñepyrũ michĩ hag̃uáicha upe rire, ha saʼive rire, Abdías; ha koʼã mokõi omohuʼã hembiapo heta ary mboyve Daniel rekove puku ha hendy porãva rembeʼýgui. Mbohapy proféta añónte ou hapykuéri: Hageo ha Zacarías, ombaʼapo vaʼekue proféta rembiapópe sapyʼami peteĩcha jave, JC mboyve 520–518, ha Malaquías, pe proféta paha Antiguo Testamento pegua, ojajái vaʼekue sapyʼami JC mboyve 397 rupi.” Uriah Smith, Daniel and the Revelation, 19.</w:t>
      </w:r>
    </w:p>
    <w:p>
      <w:pPr>
        <w:pStyle w:val="ArticleBody"/>
        <w:jc w:val="left"/>
      </w:pPr>
      <w:r>
        <w:rPr>
          <w:rFonts w:ascii="Times New Roman" w:hAnsi="Times New Roman" w:eastAsia="Times New Roman" w:cs="Times New Roman"/>
        </w:rPr>
        <w:t>Smith ohechakuaa porã vaʼekue pe “pochy” oĩva pe versíkulo diez y nueve-pehapeha peteĩ aravo pukukueha. Haʼe ohechakuaa porã vaʼekue upe aravo haʼeha pe ñembojere yvýre pe santuario ha pe aty, ojoajúvo Daniel capítulo 8, versíkulo 13 ndive; ha ohechakuaa porã avei pe pahagueha haʼeha 22 jasypa 1844-pe.</w:t>
      </w:r>
    </w:p>
    <w:p>
      <w:pPr>
        <w:pStyle w:val="ArticleBody"/>
        <w:jc w:val="left"/>
      </w:pPr>
      <w:r>
        <w:rPr>
          <w:rFonts w:ascii="Times New Roman" w:hAnsi="Times New Roman" w:eastAsia="Times New Roman" w:cs="Times New Roman"/>
        </w:rPr>
        <w:t>Smith oĩ porãmi peteĩ hendápe, ha katu ndojuhúi pe añetegua ojapóvo upe ha’éva peteĩ mba’e ojehechakuaáva iaplicación profética-kuérape. Ha’e oheja va’ekue tembiasakue ogia hag̃ua iñehesa’ỹijo pe ñe’ẽ profética rehe, pe ñe’ẽ profética togia hag̃ua iñentendimiento tembiasakue rehe rangue. Ñahejáramo la Biblia tomyesakã tembiasakue profética, upéicharõ jaguereko pe marandu hekopete hag̃uáicha ñañemboja tembiasakuére.</w:t>
      </w:r>
    </w:p>
    <w:p>
      <w:pPr>
        <w:pStyle w:val="ArticleBody"/>
        <w:jc w:val="left"/>
      </w:pPr>
      <w:r>
        <w:rPr>
          <w:rFonts w:ascii="Times New Roman" w:hAnsi="Times New Roman" w:eastAsia="Times New Roman" w:cs="Times New Roman"/>
        </w:rPr>
        <w:t>La Biblia ombo’e peteĩ kuimba’e ojejopy hag̃ua hese hag̃ua, upéva rehe ha’e opyta pe ojepy’apyhágui rembiguái hag̃ua.</w:t>
      </w:r>
    </w:p>
    <w:p>
      <w:pPr>
        <w:pStyle w:val="ArticleScripture"/>
        <w:jc w:val="left"/>
      </w:pPr>
      <w:r>
        <w:rPr>
          <w:rFonts w:ascii="Times New Roman" w:hAnsi="Times New Roman" w:eastAsia="Times New Roman" w:cs="Times New Roman"/>
        </w:rPr>
        <w:t>Oikuaveʼẽramo jepe chupekuéra sãso, haʼekuéra voi hína tekovaikuére ñembiguái; peteĩ kuimbaʼe ojejopy hag̃ua rupi, upe mbaʼépe voi oñemoĩ tembiguáiramo. 2 Pedro 2:19.</w:t>
      </w:r>
    </w:p>
    <w:p>
      <w:pPr>
        <w:pStyle w:val="ArticleBody"/>
        <w:jc w:val="left"/>
      </w:pPr>
      <w:r>
        <w:rPr>
          <w:rFonts w:ascii="Times New Roman" w:hAnsi="Times New Roman" w:eastAsia="Times New Roman" w:cs="Times New Roman"/>
        </w:rPr>
        <w:t>Manaséspe ojegueraha prisionéroramo Babilóniape ary 677 a.C. upépe. Upépe ae Judá oñemboguejypa ha ogueraha hag̃ua tembiguáiramo. Kóva hína pe ñepyrũmby ojehechaukáva mokõivéva ta’angakuérape, 1843 ha 1850 guápe, umi Sister White omoneĩva hekopete hag̃ua. Smith omoñepyrũ pe ñemboguejy hag̃ua Daniel capítulo ochope, versículo trecepe, Sedequías reheve, pe mburuvicha guasu paha Judá gua. Sedequías ha’e va’ekue peteĩ huísio oho hag̃ua mbeguekatúpe paha, ndaha’éi ñepyrũmby. Sister White ohechauka Manasés jejapyhy Babilóniape ha’e hague peteĩ “earnest” umi mba’e oútavape g̃uarã. Peteĩ “earnest” ha’e peteĩ ñepyrũmby jehepyme’ẽ rehegua, ha ohechauka peteĩ jogua ñepyrũ oguerekótava ambue jehepyme’ẽ kuéra upe rire.</w:t>
      </w:r>
    </w:p>
    <w:p>
      <w:pPr>
        <w:pStyle w:val="ArticleScripture"/>
        <w:jc w:val="left"/>
      </w:pPr>
      <w:r>
        <w:rPr>
          <w:rFonts w:ascii="Times New Roman" w:hAnsi="Times New Roman" w:eastAsia="Times New Roman" w:cs="Times New Roman"/>
        </w:rPr>
        <w:t>“Jerovia hag̃ua maranduharakuéra osegi vaʼekue ñemoñeʼẽ ha ñeʼẽñemokyreʼỹme; kyhyjeʼỹ reheve oñeʼẽ Manaséspe ha ipuéblope; ha umi marandu oñembohory hese; Judá ojehekýi vaʼekue ndohendusei. Techaukaha añetetéva ramo mbaʼépa ojehúta pe puévlope opytáramo noñembyasýi hag̃ua, Ñandejára opermiti mburuvicha guasu ojejapyhy hag̃ua peteĩ aty soldádo asiriogua rupi, haʼe kuéra ‘omoĩ ichupe itavyrakuépe, ha ogueraha Babilóniape,’ haʼéva ikapitál sapyʼagua. Ko jehasa asy ogueru pe mburuvicha guasúpe iñarandúpe jevy; ‘haʼe oñemboʼe Ñandejára Itúvape, ha oñemomirĩ tuichaite ituvakuéra Jára renondépe, ha oñemboʼe Hese: ha Haʼe ohendu chupe, ha ohendu ijerure asy, ha ogueru jevy chupe Jerusalénpe hoguapýpe. Upéi Manasés oikuaa Ñandejára haʼeha Tupã.’ 2 Crónicas 33:11–13. Péro ko ñembyasýi, iporãitereíramo jepe, ou are rireiterei ndaikatúi hag̃uáicha osalva pe rréino umi ára pukukue japu Tupãnguéra rehegua jepokuaa ombyaíva puʼakágui. Heta oñepysanga ha hoʼa, ha arakaʼeve ndoikovéima hag̃ua opuʼã jevy.” Profetas y Reyes, 382.</w:t>
      </w:r>
    </w:p>
    <w:p>
      <w:pPr>
        <w:pStyle w:val="ArticleBody"/>
        <w:jc w:val="left"/>
      </w:pPr>
      <w:r>
        <w:rPr>
          <w:rFonts w:ascii="Times New Roman" w:hAnsi="Times New Roman" w:eastAsia="Times New Roman" w:cs="Times New Roman"/>
        </w:rPr>
        <w:t>Manasés ohechaukaava’ekue pe “ñepyrũrã” omoñepyrũ va’ekue pe “ñe’ẽ vai” umi “mokõi ha poapy jey” rehegua, ha’éva pe “pochy paha”; pe “pochy peteĩha” katu oñepyrũma va’ekue pe mburuvichakuéra yvykuéra yvategua gotyogua ojegueraha jave ñembyasyrãme ary 723 a.C. Upéi, Jehoiaquim oñemongu’e hag̃ua guive, Daniel ojegueraha jave ñembyasyrãme, umi setenta ary ñembyasyrãme Jeremías ohechauka va’ekue oñepyrũ ary 606 a.C.-pe. Mokõi mburuvicha rire Jehoiaquim-gui, Jerusalén oñehundi, ha pe mburuvicha paha Judagua, Sedequías, ohecha imembykuéra ojuka ramo henondépe; upéi oñeipe’a chugui hesa ha ojegueraha ñembyasyrãme Babilóniape.</w:t>
      </w:r>
    </w:p>
    <w:p>
      <w:pPr>
        <w:pStyle w:val="ArticleBody"/>
        <w:jc w:val="left"/>
      </w:pPr>
      <w:r>
        <w:rPr>
          <w:rFonts w:ascii="Times New Roman" w:hAnsi="Times New Roman" w:eastAsia="Times New Roman" w:cs="Times New Roman"/>
        </w:rPr>
        <w:t>Smith ome’ẽ opaite pe juicio progresivo Zedequíaspe ha oiporu Zedequías juicio pe prueba-ñe’ẽrã ramo he’ipyre hag̃ua. Pe juicio Zedequías rehegua, ha’éva pe “mburuvicha aña ha marangatu’ỹva”, ohechauka porãkuri Judá koróna ojeipe’ataha Cristo ou peve omopu’ã hag̃ua peteĩ reino. Smith he’i: “ha’ekuéra oĩ yvy arigua pokatu guýpe, ha oĩta upéicha David guapyha oñemopu’ãjey peve,—pe ijára tee, pe Mesías, pe Mburuvicha Py’aguapýva, ou peve, ha upérõ oñeme’ẽta chupe.” Ára 22 jasypa 1844-pe, oñembotývo Daniel capítulo siete, ha umi versículo trece ha catorce, Cristo, ojehechaukáva Yvypóra Ra’y ramo, ou Túva renondépe oñeme’ẽ hag̃ua chupe peteĩ reino.</w:t>
      </w:r>
    </w:p>
    <w:p>
      <w:pPr>
        <w:pStyle w:val="ArticleScripture"/>
        <w:jc w:val="left"/>
      </w:pPr>
      <w:r>
        <w:rPr>
          <w:rFonts w:ascii="Times New Roman" w:hAnsi="Times New Roman" w:eastAsia="Times New Roman" w:cs="Times New Roman"/>
        </w:rPr>
        <w:t>Ahecha pyharekue ahecha, ha péina peteĩ ojoguáva Yvypóra Ra’ype ou yvága arai ndive, ha oguahẽ Arakuérape, ha ogueru chupe henondépe. Ha oñeme’ẽ chupe poguý, mimbipa ha peteĩ rréino, opa tavayguakuéra, tetãnguéra ha ñe’ẽnguéra oservi hag̃ua chupe; ipoguý niko poguý opa’ỹva, ndohasamo’ãi; ha irréino, pe noñehundimo’ãiva. Daniel 7:13, 14.</w:t>
      </w:r>
    </w:p>
    <w:p>
      <w:pPr>
        <w:pStyle w:val="ArticleBody"/>
        <w:jc w:val="left"/>
      </w:pPr>
      <w:r>
        <w:rPr>
          <w:rFonts w:ascii="Times New Roman" w:hAnsi="Times New Roman" w:eastAsia="Times New Roman" w:cs="Times New Roman"/>
        </w:rPr>
        <w:t>Hermana White omboaje Daniel kapítulo siete, ha umi versíkulo trece ha catorce oñekumpli hague 22 jasypa, 1844-pe.</w:t>
      </w:r>
    </w:p>
    <w:p>
      <w:pPr>
        <w:pStyle w:val="ArticleScripture"/>
        <w:jc w:val="left"/>
      </w:pPr>
      <w:r>
        <w:rPr>
          <w:rFonts w:ascii="Times New Roman" w:hAnsi="Times New Roman" w:eastAsia="Times New Roman" w:cs="Times New Roman"/>
        </w:rPr>
        <w:t>“Cristo oúvo ñande pa’i guasu ramo pe lugár santísimo-pe, pe santuario ñemopotĩrã rehe, ojehechaukáva Daniel 8:14-pe; yvypóra Ra’y oúvo pe Ymaguare Árape rendápe, ojehechaukaháicha Daniel 7:13-pe; ha Ñandejára oúvo Itupãópe, omomaranduva’ekue Malaquías, ko’ãva ha’e peteĩ mba’e oikóva añoite ñemombe’u; ha kóva avei ojehechauka pe ména omendátava oúvo ñemendápe, Cristo omombe’uháicha pa’ũme umi diez kuñataĩ marangatúre, Mateo 25-pe.” The Great Controversy, 426.</w:t>
      </w:r>
    </w:p>
    <w:p>
      <w:pPr>
        <w:pStyle w:val="ArticleBody"/>
        <w:jc w:val="left"/>
      </w:pPr>
      <w:r>
        <w:rPr>
          <w:rFonts w:ascii="Times New Roman" w:hAnsi="Times New Roman" w:eastAsia="Times New Roman" w:cs="Times New Roman"/>
        </w:rPr>
        <w:t>Smith noñe'ẽi pe mba'e iñimportantevévare, ha'éva “paha paha pe pochy rehegua”. Ojehekýi pe principio bíblico ohechaukáva Judá oñemomba'e hague hese Manasés tiémpope, ha pe jejegueraha hag̃ua tembiguáiramo, oñepyrũva mokõi mburuvicha guasu Zedequías mboyve, avei ohechauka Judá oĩma hague Babilonia poguýpe Zedequías og̃uahẽ mboyve ijapyra rehe. Ko'ã jeheja hesakãitereívape, ha'e nevertheless he'i gueteri: “ko'ápe oĩ pe período Tupã pochy hag̃ua heteve ijeheguigua tavayguakuéra rehe; pe período pe santuario ha pe aty oñembohasáva py guýpe.” Upévare, ha'e directamente ombojoaju “pe período Tupã pochy rehegua” Daniel capítulo ocho rehe, ha pe porandu versículo trece peguápe, “araka'e peve.” Pe mbohovái versículo catorcepe, ha'e va'ekue 22 jasypa 1844 peve.</w:t>
      </w:r>
    </w:p>
    <w:p>
      <w:pPr>
        <w:pStyle w:val="ArticleBody"/>
        <w:jc w:val="left"/>
      </w:pPr>
      <w:r>
        <w:rPr>
          <w:rFonts w:ascii="Times New Roman" w:hAnsi="Times New Roman" w:eastAsia="Times New Roman" w:cs="Times New Roman"/>
        </w:rPr>
        <w:t>Pe ñemyasãi Babilóniape tembiguáiramo peteĩ tembiasakue mbeguekatúva oñepyrũva’ekue ary 677 a.C.-pe, ha oseguíva’ekue 1844 peve. Upe ára pukukue ojokupyty mokõi su cincuenta ary ha mokõipa, ha upéva hína, añetehápe, umi “siete tiempos” Levítico mokõipa poteĩme. Upe ára pukukue opa hague 22 jasypa 1844-pe ome’ẽ vaʼekue Daniélpe peteĩ mokõiha testígo pe “mar’eh visión” rehegua umi dos mil trescientos kaʼaru ha pyhareve rehe.</w:t>
      </w:r>
    </w:p>
    <w:p>
      <w:pPr>
        <w:pStyle w:val="ArticleBody"/>
        <w:jc w:val="left"/>
      </w:pPr>
      <w:r>
        <w:rPr>
          <w:rFonts w:ascii="Times New Roman" w:hAnsi="Times New Roman" w:eastAsia="Times New Roman" w:cs="Times New Roman"/>
        </w:rPr>
        <w:t>Gabriele oje’e hag̃ua Daniel-pe oikũmby hag̃ua pe visión, ha pe Gabriele ojapóva hína kuri ome’ẽ peteĩ mokõiha testígo 22 jasypa 1844 rehegua, ára paha ramo. Ndaha’éi mante ome’ẽ hague peteĩ mokõiha testígo omopyendávo pe ára umi mokõivéva marandu arandupy rehegua oñekumpliha hag̃ua, síno Smith hekoitépe ohechauka haguéicha, pe ára pukukue ojoajúva pe mokõiha testígo ndive 1844 rehegua, oñemombe’u kuri versíkulo 13-pe, pe tiémpo pe santuario ha pe ehérsito oñemombo hag̃ua yvýre ha oñembohasa asy hag̃ua. Pe porandu versíkulo 13-pe ha’e: “Mboy tiémpopa pe visión pe sacrificio ára ha ára rehegua, ha pe angaipa ñembyai rehegua, ome’ẽ hag̃ua mokõivéva pe santuario ha pe ehérsito oñemombo hag̃ua yvýre?” Upéva pe tiémpo pukukue ha’eva’ekue umi “siete tiempo” Levítico 26-pe.</w:t>
      </w:r>
    </w:p>
    <w:p>
      <w:pPr>
        <w:pStyle w:val="ArticleBody"/>
        <w:jc w:val="left"/>
      </w:pPr>
      <w:r>
        <w:rPr>
          <w:rFonts w:ascii="Times New Roman" w:hAnsi="Times New Roman" w:eastAsia="Times New Roman" w:cs="Times New Roman"/>
        </w:rPr>
        <w:t>Smith ndohecháiva térã ojeporeka hag̃ua, ha’e vaekue pe “póchy” oĩva pe versíkulo diecinueve-pe, ha’eha pe “paha” upe póchy rehegua. Oĩramo peteĩ “paha”, upéicharõ oĩ avei peteĩ “ñepyrũ”, ha Daniel omombe’u araka’épa opa pe “póchy ypykue”, capítulo once-pe. Ha’e ohechauka pe papado oguapýva mburuvicha guasu ramo pe Edad de las Tinieblas aja, ha he’i pe papado oñakãrapu’ãtaha pe póchy oñemohu’ã peve, térã opa peve.</w:t>
      </w:r>
    </w:p>
    <w:p>
      <w:pPr>
        <w:pStyle w:val="ArticleScripture"/>
        <w:jc w:val="left"/>
      </w:pPr>
      <w:r>
        <w:rPr>
          <w:rFonts w:ascii="Times New Roman" w:hAnsi="Times New Roman" w:eastAsia="Times New Roman" w:cs="Times New Roman"/>
        </w:rPr>
        <w:t>Ha pe rréi ojapóta hembipota he’iháicha; ha ombotuicháta ijehe, ha ombohetavéta ijehe opaichagua tupã ári, ha oñe’ẽta ñe’ẽ hechapyrãva Tupã kuéra Tupã rehe, ha oikoporãta pe pochy ojejapypa peve; mba’érehe pe oje’epyréva ojejapóta. Daniel 11:36.</w:t>
      </w:r>
    </w:p>
    <w:p>
      <w:pPr>
        <w:pStyle w:val="ArticleBody"/>
        <w:jc w:val="left"/>
      </w:pPr>
      <w:r>
        <w:rPr>
          <w:rFonts w:ascii="Times New Roman" w:hAnsi="Times New Roman" w:eastAsia="Times New Roman" w:cs="Times New Roman"/>
        </w:rPr>
        <w:t>Pe mbohapy pa teĩha verso ojehechakuaa heta hendáicha ha’eha pe verso apóstol Pablo omombe’uporã jeyva’ekue iñe’ẽme hag̃ua ikuatia mokõiha Tesalonicaguápe.</w:t>
      </w:r>
    </w:p>
    <w:p>
      <w:pPr>
        <w:pStyle w:val="ArticleScripture"/>
        <w:jc w:val="left"/>
      </w:pPr>
      <w:r>
        <w:rPr>
          <w:rFonts w:ascii="Times New Roman" w:hAnsi="Times New Roman" w:eastAsia="Times New Roman" w:cs="Times New Roman"/>
        </w:rPr>
        <w:t>Ani avave pene mbotavy mba’eveichavérõ: upe ára ndoúi mo’ãi oĩ raẽ’ỹre pe jehekýi guasu, ha ojekuaaukáta pe kuimba’e angaipa rehegua, pe ñehundi ra’y; upéva oñemoĩva ha oñemomba’eguasúva opa mba’e ári oje’éva Tupã térã oñemomba’éva; ha péicha, ha’e ku Tupãicha oguapy Tupã rógaĩme, ohechaukávo ijupe voi ha’eha Tupã. 2 Tesalonicenses 2:3, 4.</w:t>
      </w:r>
    </w:p>
    <w:p>
      <w:pPr>
        <w:pStyle w:val="ArticleBody"/>
        <w:jc w:val="left"/>
      </w:pPr>
      <w:r>
        <w:rPr>
          <w:rFonts w:ascii="Times New Roman" w:hAnsi="Times New Roman" w:eastAsia="Times New Roman" w:cs="Times New Roman"/>
        </w:rPr>
        <w:t>Pe “kuimba’e angaipa rehegua”, ha’éva avei “ñehundi ra’y”, ha “omoĩva ijupe opavave Tupã hérava térã oñemomba’égui ári”, ha’e avei pe “mburuvicha guasu” “ojapótava oipotaháicha; ha omopu’ãta ijupe, ha oñembotuicháta opa tupã ári”. Mokõivéva jehaipyre oñe’ẽ Roma pápa rehe. Daniel ohai pe pápa osẽ porãtaha, he’iséva omotenondetaha, pe “pochy” ojehupyty peve. Pe pochy, versíkulo mbohapypa poteĩhápe, oĩva’ekue “oñedetermina” va’ekue. Pe ñe’ẽ “oñedetermina” he’ise “ojekutu hag̃ua”.</w:t>
      </w:r>
    </w:p>
    <w:p>
      <w:pPr>
        <w:pStyle w:val="ArticleBody"/>
        <w:jc w:val="left"/>
      </w:pPr>
      <w:r>
        <w:rPr>
          <w:rFonts w:ascii="Times New Roman" w:hAnsi="Times New Roman" w:eastAsia="Times New Roman" w:cs="Times New Roman"/>
        </w:rPr>
        <w:t>Pe papado orresivi pe “herida mortal” ary 1798-pe, ha upe jave pe “primer indignación” oñemohuʼã térã opa. Pe ñeʼẽ “oñemohuʼã” heʼise opa térã cessa. Pe paha “pe indignación”-gui capítulo ocho-pe, ha versículo diecinueve-pe, ohechauka pe opaha pe período pe santuario ha pe hueste oñembohasa hag̃ua yvýre. Upéva opa 1844-pe, ha pe indignación “primera” katu opa 1798-pe.</w:t>
      </w:r>
    </w:p>
    <w:p>
      <w:pPr>
        <w:pStyle w:val="ArticleBody"/>
        <w:jc w:val="left"/>
      </w:pPr>
      <w:r>
        <w:rPr>
          <w:rFonts w:ascii="Times New Roman" w:hAnsi="Times New Roman" w:eastAsia="Times New Roman" w:cs="Times New Roman"/>
        </w:rPr>
        <w:t>Pe “pahague py’aro paha” opa vaekue ary 1844-pe, mokõi su kuatia po mokõi ary rire mburuvicha guasu Manasés-pe ogueraha rire Babilóniape umi asirio ary 677 Cristo mboyve. Pe “tenondegua” py’aro opa vaekue ary 1798-pe, mokõi su kuatia po mokõi ary rire pe tetãnguéra yvategua Israel-gua ogueraha rire tembiguáiramo umi asirio ary 723 Cristo mboyve.</w:t>
      </w:r>
    </w:p>
    <w:p>
      <w:pPr>
        <w:pStyle w:val="ArticleBody"/>
        <w:jc w:val="left"/>
      </w:pPr>
      <w:r>
        <w:rPr>
          <w:rFonts w:ascii="Times New Roman" w:hAnsi="Times New Roman" w:eastAsia="Times New Roman" w:cs="Times New Roman"/>
        </w:rPr>
        <w:t>Oĩ hetave mba’e he’íva pe “siete tiempo” kañymby rehegua Daniel arandukápe, ha upéva ñañe’ẽta ñane artíkulo oúvape.</w:t>
      </w:r>
    </w:p>
    <w:p>
      <w:pPr>
        <w:pStyle w:val="ArticleScripture"/>
        <w:jc w:val="left"/>
      </w:pPr>
      <w:r>
        <w:rPr>
          <w:rFonts w:ascii="Times New Roman" w:hAnsi="Times New Roman" w:eastAsia="Times New Roman" w:cs="Times New Roman"/>
        </w:rPr>
        <w:t>“‘Ha pe ánhelpe pe ao peguarã Laodicea-ygua tupaopegua, ehai: Péicha he'i pe Amén, pe Testígo jeroviaha ha añetegua, Tupã rembiapokue ñepyrũ; aikuaa ne rembiapokue, ndaha'éi hag̃ua ro'ysã, ni haku. Aipotáta reime hag̃ua térã ro'ysã térã haku. Upévare, nde lukewarm rupi, ndaha'éigui ro'ysã ni haku, romombo hag̃ua che juruégui. Nde ere rupi: Che rico, hetave mba'e areko, ha ndaikotevẽi mba'eve; ha ndereikuaái ndeha'eha pe ohasa asyva, ha imboriahúva, ha mboriahu, ha ára, ha opívo.’”</w:t>
      </w:r>
    </w:p>
    <w:p>
      <w:pPr>
        <w:pStyle w:val="ArticleScripture"/>
        <w:jc w:val="left"/>
      </w:pPr>
      <w:r>
        <w:rPr>
          <w:rFonts w:ascii="Times New Roman" w:hAnsi="Times New Roman" w:eastAsia="Times New Roman" w:cs="Times New Roman"/>
        </w:rPr>
        <w:t>“Ko’ápe Ñandejára ohechauka ñandéve pe marandu umi hembiguái omyasãiva’erã Itavayguakuérape, ha’e ohenóiva’ekue oñemomarandu hag̃ua tavayguakuérape, ndaha’éiha peteĩ marandu py’aguapy ha tekorosã rehegua. Ndaha’éi peteĩ mba’e teórico añónte, ha katu peteĩ mba’e práctico opa mba’épe. Ñandejára tavaygua oñerrepresenta pe marandúpe umi Laodiceayguápe oñeme’ẽvape peteĩ tekópe to’o reko rehegua jerovia hag̃uáicha. Oĩ hikuái py’a guapýpe, ogueroviávo ijehegui oĩha peteĩ yvate porãme mba’apo hag̃ua yvypóra reko espiritual rehe. ‘Ndere hag̃ua: Che niko che rico, areko heta mba’e, ha ndaikotevẽi mba’eve; ha ndereikuaái ndehaha rejejopy vaíva, ñembyasygua, mboriahu, pytũ, ha opívo.’”</w:t>
      </w:r>
    </w:p>
    <w:p>
      <w:pPr>
        <w:pStyle w:val="ArticleScripture"/>
        <w:jc w:val="left"/>
      </w:pPr>
      <w:r>
        <w:rPr>
          <w:rFonts w:ascii="Times New Roman" w:hAnsi="Times New Roman" w:eastAsia="Times New Roman" w:cs="Times New Roman"/>
        </w:rPr>
        <w:t>“¡Mba’e ñembotavy tuichavéva piko ikatu oguahẽ yvypóra apytuʼũme ndaipóri hag̃ua peteĩ jerovia haʼekuéra oĩ porãha, ha añetehápe oĩ vaieterei ramo! Pe Marandu pe Testigo Añeteguágui ojuhu Ñandejára retãyguápe peteĩ ñembotavy ñembyasýpe, upéicharamo jepe, hekopotĩva upe ñembotavýpe. Haʼekuéra ndoikuaái hiʼãnga rekove oĩha vaieterei Ñandejára renondépe. Umi oñeñeʼẽ hag̃uápe oñembotavy aja ijehe voi oĩha peteĩ tekove espiritual yvateetereívape, pe Marandu pe Testigo Añeteguágui ombyai ijeroviaʼaty hatãite peteĩ jehechauka mondýivare heʼíva añetehápe mbaʼéichapa hikuái: áraʼỹ espiritual, mboriahu ha ñembyasyetépe oikóva. Pe testimonio, haʼetéva kyreʼỹ ha pohýi eterei, ndaikatúi oiko jejavy, mbaʼérepa pe Testigo Añeteguáva voi oñeʼẽ, ha Itestimonio katuete vaʼerã hekopete.” Testimonies, volúmen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Kuatia Daniel rehegua - Mbohapyha</dc:title>
  <dc:subject>Jecha Mokõi```</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