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Papy 9 hag̃ua</w:t>
      </w:r>
    </w:p>
    <w:p>
      <w:pPr>
        <w:pStyle w:val="ArticleSubtitle"/>
        <w:jc w:val="left"/>
      </w:pPr>
      <w:r>
        <w:rPr>
          <w:rFonts w:ascii="Arial" w:hAnsi="Arial" w:eastAsia="Arial" w:cs="Arial"/>
        </w:rPr>
        <w:t>Pe Ángel Ñe’ẽ Marandu Peteĩha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 peteĩha kapítulo ohechauka pe ánhel peteĩha marandu, Apocalipsis kapítulo catorce-pegua. Joacim ohechauka hag̃ua, simbólicamente, kóva ha’eha pe ánhel peteĩha marandu ñemombarete, ndaha’éi iju “paha ára”pe. Opa proféta ohechauka umi “ára pahápe” pe juicio investigativo rehegua, upévare pe kapítulo ohechauka 11 jasyporundy ary 2001, upe jave oñepyrũrõ guare pe prueba rembiapo umi ciento cuarenta y cuatro mil rehe. Malaquías kapítulo mbohapy-pe, upe proceso ojehechauka peteĩ ñemopotĩrã ramo, peteĩ mensajero ombosako’ívo tape pe pacto Mensajero ou hag̃uáicha pya’e Itemplo-pe. Pe mensajero ombosako’íva tape, ha’éva avei pe “ñe’ẽ” osapukáiva desiértope, ha’e avei peteĩ prueba, ha upéva oike pe ñemopotĩrã proceso ryepýpe. Malaquías kapítulo mbohapy-pe, umi ciento cuarenta y cuatro mil ojehechauka Leví ra’ykuéra ramo. Leví ra’ykuéra ohechauka umi oĩ va’ekue pe mensajero Moisés ndive, pe vaka óro rehegua pu’aka’ỹme, upéva ohechaukáva pe mymba ra’ãnga.</w:t>
      </w:r>
    </w:p>
    <w:p>
      <w:pPr>
        <w:pStyle w:val="ArticleBody"/>
        <w:jc w:val="left"/>
      </w:pPr>
      <w:r>
        <w:rPr>
          <w:rFonts w:ascii="Times New Roman" w:hAnsi="Times New Roman" w:eastAsia="Times New Roman" w:cs="Times New Roman"/>
        </w:rPr>
        <w:t>Ohasávo pe prueba ta’ãnga mymba ñarõva rehegua, ha’e ambue ilustración bíblica mokõiha umi mbohapy prueba apytégui omoheñóiva pe ñemopotĩ rape. Leví ra’ykuéra ohasava’erã upe prueba ojesella mboyve.</w:t>
      </w:r>
    </w:p>
    <w:p>
      <w:pPr>
        <w:pStyle w:val="ArticleBody"/>
        <w:jc w:val="left"/>
      </w:pPr>
      <w:r>
        <w:rPr>
          <w:rFonts w:ascii="Times New Roman" w:hAnsi="Times New Roman" w:eastAsia="Times New Roman" w:cs="Times New Roman"/>
        </w:rPr>
        <w:t>Ezequiel capítulos ocho ha nueve-pe oñemombytéva sello, ha’e ambue ta’anga omyesakãva pe ñemopotĩ rape oñepyrũva’ekue 11 jasyporundy 2001-pe. Pe capítulo ocho-pe, umi oĩva Jerusalén-pe ha ipahápe oñesũva kuarahýpe renondépe, ohechauka umi irundy generación Adventismo Laodicense-pegua. Pe capítulo nueve-pe, umi ohupytyva pe sello hasẽ ha py’aro umi mba’e ky’a rehe ojejapóva Jerusalén ryepýpe. Jerusalén ha’e Tupã iglesia.</w:t>
      </w:r>
    </w:p>
    <w:p>
      <w:pPr>
        <w:pStyle w:val="ArticleBody"/>
        <w:jc w:val="left"/>
      </w:pPr>
      <w:r>
        <w:rPr>
          <w:rFonts w:ascii="Times New Roman" w:hAnsi="Times New Roman" w:eastAsia="Times New Roman" w:cs="Times New Roman"/>
        </w:rPr>
        <w:t>Umi mbohapy marandu ángel kuéra rehegua avei ohechauka pe ñemopotĩ rape. Ko mbohapy marandu ohechauka peteĩ ñehesa’ỹijo rape mbohapy jepytasópe, ha tekotevẽ umi Leví ra’ykuéra ohasa porã peteĩha ñehesa’ỹijo ikatu hag̃uáicha oike jepe mokõiha ñehesa’ỹijópe. Mbohapyha ñehesa’ỹijo katu ha’e ambueichagua ñehesa’ỹijo, oguerahágui peteĩ prueba oikuaaukáva umi Leví ra’ykuéra ohasa porãpa ra’e umi mokõi ñehesa’ỹijo peteĩha ha mokõiha. Ha’e peteĩ prueba profétika litmus-icha. Pe peteĩha ñehesa’ỹijo ha’e tembi’u rehegua prueba (espiritual ñe’ẽme), ha ojejapo térã ndojehasái herakuãháicha umi Leví ra’ykuéra omoneĩ térã nahániri pe marandu ome’ẽva Espíritu Santo Elías rupive, pe marandu reruhára ombosako’íva tape pe marandu reruhára pe konvénio rehegua renondépe.</w:t>
      </w:r>
    </w:p>
    <w:p>
      <w:pPr>
        <w:pStyle w:val="ArticleBody"/>
        <w:jc w:val="left"/>
      </w:pPr>
      <w:r>
        <w:rPr>
          <w:rFonts w:ascii="Times New Roman" w:hAnsi="Times New Roman" w:eastAsia="Times New Roman" w:cs="Times New Roman"/>
        </w:rPr>
        <w:t>Pe versíkulo peteĩha pe kuatiañe’ẽ Apocalipsis-pegua omomba’eguasu pe marandu pohýikue. Ohechauka porã ha ojejapóva voi hag̃ua jaikuaa hag̃ua pe marandu pe mensahéro yvypóra, ojehechaukáva Juan ramo, omondóva umi iglésiape, ome’ẽ hague chupe Gabriel, ha’e ohupyty va’ekue Cristo-gui, ha Cristo katu Túva-gui ohupyty va’ekue avei. Pe marandu Elías rehegua oguereko divinida pokatu; ha omboykéramo peteĩva Juan marandu, térã Elías mba’e, térã pe “ñe’ẽ osapukáiva desiértope”, upéva hína omboyke hag̃ua Jesucristo Revelación.</w:t>
      </w:r>
    </w:p>
    <w:p>
      <w:pPr>
        <w:pStyle w:val="ArticleBody"/>
        <w:jc w:val="left"/>
      </w:pPr>
      <w:r>
        <w:rPr>
          <w:rFonts w:ascii="Times New Roman" w:hAnsi="Times New Roman" w:eastAsia="Times New Roman" w:cs="Times New Roman"/>
        </w:rPr>
        <w:t>Pe mokõiha prueba ha’e peteĩ prueba jehecháva, pórke umi Lévi ra’ykuéra ho’upáma rire Elías marandu, oĩva’ekue pe ánhel oguejýva pópe omyesakã hag̃ua yvy ipoder reheve, ha’ekuéra omoneĩma pe metodología bíblica ome’ẽva chupekuéra katupyry oikuaa porã hag̃ua umi ára rechaukaha. Upe metodología oheja umi Lévi ra’ykuérape ohechakuaa hag̃ua umi ára rechaukaha ohechaukaha tupão ha estado oñembojoajuha hína Estados Unidos-pe, oñekumpli hag̃ua pe mymba ra’anga prueba. Iñimportantevéva, umi ára rechaukaha, oñemoĩ jave umi línea sagrada de reforma ryepýpe, ha’e Alpha ha Omega rekove tee, ñepyrũ ohechaukáva paha. Umi línea sagrada de reforma ohechauka Tupã tavayguakuérape tekotevẽha ojapo opa mba’e ikatúva rupi omba’apo hag̃ua joajúpe oñembosako’i hag̃ua hikuái pe sello de Dios-pe g̃uarã.</w:t>
      </w:r>
    </w:p>
    <w:p>
      <w:pPr>
        <w:pStyle w:val="ArticleScripture"/>
        <w:jc w:val="left"/>
      </w:pPr>
      <w:r>
        <w:rPr>
          <w:rFonts w:ascii="Times New Roman" w:hAnsi="Times New Roman" w:eastAsia="Times New Roman" w:cs="Times New Roman"/>
        </w:rPr>
        <w:t>Upévare, che rayhuetéva, peẽ peñe’ẽrendu haguéicha akóinte, ndaha’éi che renondépe añónte, ha koʼág̃a katu hetave che ndaipóri jave, pembaʼapo pene salvasiõ rehe peẽte voi kyhyje ha ryrýipe. Tupã niko pe ombaʼapóva pende pype, mokõivéva pene rembipota ha pene rembiapo hag̃ua hembipota porãháicha. Pejapo opa mbaʼe ñemurmurỹ ha ñeʼẽjoavyʼỹre; ikatu hag̃uáicha peẽ peiko mbaʼe vaiʼỹre ha marãʼỹme, Tupã raʼykuéra, jejaʼoʼỹre, peteĩ ñemoñare ikarẽ ha ivaíva mbytépe, umíva apytépe peẽ pehesape hag̃ua tesapeicha ko yvy ape ári. Filipenses 2:12–15.</w:t>
      </w:r>
    </w:p>
    <w:p>
      <w:pPr>
        <w:pStyle w:val="ArticleBody"/>
        <w:jc w:val="left"/>
      </w:pPr>
      <w:r>
        <w:rPr>
          <w:rFonts w:ascii="Times New Roman" w:hAnsi="Times New Roman" w:eastAsia="Times New Roman" w:cs="Times New Roman"/>
        </w:rPr>
        <w:t>Daniel, Hanatías, Misael ha Azarías, irundy, ohechauka umi Adventista del Séptimo Día oĩva opa rupi ko yvy ape ári, ohechakuaáva 11 jasyporundy 2001 ramo pe jehechaukarã pe ángel oguejyha Apocalipsis dieciocho-gui, ha oiporavo hikuái omoguahẽ hag̃ua pe maná ñemiguáva oĩva ipópe ha ho’u hag̃ua. Pe maná ñemiguáva oje’úta va’erã, apóstol Pablo ohechauka ramoite haguéicha, ohechauka Tupãme (pe maná ñemiguáva), omba’apóva Itavayguakuéra ryepýpe ojapo hag̃ua Hembipota ha Iporã hag̃uáicha chupe. Pablo ohechauka pe marandu rerahaha umi Filadelfiagua peguarã, ha rejeheja hag̃ua imarandu, upéva va’ekue mano. Daniel, Hanatías, Misael ha Azarías ohechauka umi oiporavóva ho’u hag̃ua pe maná ñemiguáva.</w:t>
      </w:r>
    </w:p>
    <w:p>
      <w:pPr>
        <w:pStyle w:val="ArticleScripture"/>
        <w:jc w:val="left"/>
      </w:pPr>
      <w:r>
        <w:rPr>
          <w:rFonts w:ascii="Times New Roman" w:hAnsi="Times New Roman" w:eastAsia="Times New Roman" w:cs="Times New Roman"/>
        </w:rPr>
        <w:t>Ha umíva apytépe oĩ vaʼekue Judá raʼykuéra apytégui Daniel, Hananías, Misael ha Azarías; ha umi mburuvicha umi eunuco kuéra rehegua omeʼẽ chupekuéra téra pyahu: Daniel-pe omeʼẽ héra Beltesasar; Hananías-pe, Sadrac; Misael-pe, Mesac; ha Azarías-pe, Abed-nego. Ha Daniel oñemoĩ ipyʼapýpe ndojakyʼái hag̃ua ijehe pe tembiʼu mburuvicha guasu rembiʼurãgui, ni pe víno haʼe hoʼúva reheve; upévare ojerure umi eunuco kuéra ruvichápe ani hag̃ua ojakyʼa ijehe. Daniel 1:6–8.</w:t>
      </w:r>
    </w:p>
    <w:p>
      <w:pPr>
        <w:pStyle w:val="ArticleBody"/>
        <w:jc w:val="left"/>
      </w:pPr>
      <w:r>
        <w:rPr>
          <w:rFonts w:ascii="Times New Roman" w:hAnsi="Times New Roman" w:eastAsia="Times New Roman" w:cs="Times New Roman"/>
        </w:rPr>
        <w:t>Daniel ohechakuaa ha’e oipotaha ho’u pe marandu oguejyva’ekue yvágagui 11 jasyporundy ary 2001-pe, ha avei ombotove hag̃ua pe marandu ojehechaukáva Babilonia rembi’urã ha i’u hag̃uáicha. Aspenas oiporavo va’ekue mávapa umi Judáygua ipyhy vaekue apytégui ogueraháva’erã mburuvicha guasu renondépe.</w:t>
      </w:r>
    </w:p>
    <w:p>
      <w:pPr>
        <w:pStyle w:val="ArticleScripture"/>
        <w:jc w:val="left"/>
      </w:pPr>
      <w:r>
        <w:rPr>
          <w:rFonts w:ascii="Times New Roman" w:hAnsi="Times New Roman" w:eastAsia="Times New Roman" w:cs="Times New Roman"/>
        </w:rPr>
        <w:t>Ha pe rréi oñe’ẽ Aspénazpe, umi eunuco ruvichápe, ogueru hag̃ua Israel ra’ykuéragui ciertos, ha avei mburuvicha guasu ñemoñaregui ha umi karai guasu ra’ykuéragui; mitãrusu ndaipóri va’erãva hesekuéra mba’eveichagua vai, iporãva hete hag̃ua, arandu opaichagua arandúpe, katupyryva kuaápe, oikũmbyva ciencia, ha umi ikatúva opyta mburuvicha guasu róga guasúpe; ha ikatu hag̃uáicha oñembo’e chupekuéra caldeo kuéra reko arandu ha iñe’ẽ. Daniel 1:4, 5.</w:t>
      </w:r>
    </w:p>
    <w:p>
      <w:pPr>
        <w:pStyle w:val="ArticleBody"/>
        <w:jc w:val="left"/>
      </w:pPr>
      <w:r>
        <w:rPr>
          <w:rFonts w:ascii="Times New Roman" w:hAnsi="Times New Roman" w:eastAsia="Times New Roman" w:cs="Times New Roman"/>
        </w:rPr>
        <w:t>Jasegui ñaha’arõ pe cadena de mando ojehechauka hag̃uáicha Apocalipsis capítulo peteĩpe, versículo peteĩme, Nabucodonosor ombo’e vaʼekue Aspénazpe oiporavo hag̃ua umi mitãnguéra ombohováiva pe marandu Isaías omoñeʼẽ vaʼekue Ezequíaspe. Aspénaz ogueraha pe marandu ha upéi omeʼẽ Melzárpe, pe mburuvicha umi eunucopegua. Nabucodonosor ohechauka Túva yvagaguápe; Aspénaz ohechauka Cristope ha Melzar ohechauka Gabrielpe. Aspénaz oikuaa vaʼekue mbaʼe mitãnguérapa oiporavovaʼerã, ha oikuaa vaʼekue Daniel ojapotaha pe decisión hekopete hag̃ua tembiʼu rehegua, mboyve ogueru chupe mburuvicha guasu renondépe.</w:t>
      </w:r>
    </w:p>
    <w:p>
      <w:pPr>
        <w:pStyle w:val="ArticleScripture"/>
        <w:jc w:val="left"/>
      </w:pPr>
      <w:r>
        <w:rPr>
          <w:rFonts w:ascii="Times New Roman" w:hAnsi="Times New Roman" w:eastAsia="Times New Roman" w:cs="Times New Roman"/>
        </w:rPr>
        <w:t>Ha Tupã omoĩ va’ekue Daniel-pe py’a porã ha mborayhu ryrýpe kambaygua ruvicha renondépe. Ha kambaygua ruvicha he’i Daniel-pe: “Che akyhyje che ruvicha mburuvicha guasúgui, ha’e niko omoĩ va’ekue pene rembi’urã ha pene mba’y’urã; mba’ére piko ha’e ohechátava pene rova ivaiveha umi mitã peneichaguávagui? Upéicharõ peẽ pemoĩta che akã oĩ hag̃ua ñehundi hag̃uáicha mburuvicha guasu renondépe”. Daniel 1:9, 10.</w:t>
      </w:r>
    </w:p>
    <w:p>
      <w:pPr>
        <w:pStyle w:val="ArticleBody"/>
        <w:jc w:val="left"/>
      </w:pPr>
      <w:r>
        <w:rPr>
          <w:rFonts w:ascii="Times New Roman" w:hAnsi="Times New Roman" w:eastAsia="Times New Roman" w:cs="Times New Roman"/>
        </w:rPr>
        <w:t>Koʼápe Melzar ohechauka umi mbohapy ánhel marandu pegua peteĩha jepyta. Pe peteĩha jepyta hína jañemongyhyje Tupãgui, ojehechaukaháicha Melzar okyhyjégui Nabucodonosórgui. Pe ñeʼẽ hebreo “truth”, oñemoheñóiva oñembyatývo pe peteĩha, pahapyha ha paha letra alfabeto hebreo pegua, koʼã kuatiañeʼẽme yma ojehechaukáma oñete hag̃ua ohechauka umi mbohapy ánhel marandu pegua mbohapy jeporandu rupive jehaʼã rape. Péicha, heta testígo ári oñemopyenda hag̃ua, oñemoĩkuri porã pe peteĩha ánhel marandúpe oĩha opa mbohapy umi mbohapy jehaʼã apytégui, ojehechaukáva umi mbohapy ánhel marandúpe. Pe peteĩha ánhel marandu ojehechauka marandu porã opa árape guarã ramo, heʼiséva haʼeha upe marandu porã peteĩchante Adán ára guive Cristo Jeju Mokõihápe peve.</w:t>
      </w:r>
    </w:p>
    <w:p>
      <w:pPr>
        <w:pStyle w:val="ArticleScripture"/>
        <w:jc w:val="left"/>
      </w:pPr>
      <w:r>
        <w:rPr>
          <w:rFonts w:ascii="Times New Roman" w:hAnsi="Times New Roman" w:eastAsia="Times New Roman" w:cs="Times New Roman"/>
        </w:rPr>
        <w:t>Ha ahecha ambue ánhel oveve yvága mbyte rupi, oguerekóva pe evangelio opa’ỹva omombe’u hag̃ua umi oikóvape yvy ári, ha opa tetãme, ha ñemoñarépe, ha ñe’ẽme, ha tavayguakuérape, he’ívo ñe’ẽ hatãme: Pekyhyje Tupãgui, ha peme’ẽ chupe mborayhu ha mimbipa; oguahẽma niko hi’aravo jojahárãme g̃uarã; ha peadora pe ojapóva yvága, yvy, para ha yvu ykuéra. Apocalipsis 14:6, 7.</w:t>
      </w:r>
    </w:p>
    <w:p>
      <w:pPr>
        <w:pStyle w:val="ArticleBody"/>
        <w:jc w:val="left"/>
      </w:pPr>
      <w:r>
        <w:rPr>
          <w:rFonts w:ascii="Times New Roman" w:hAnsi="Times New Roman" w:eastAsia="Times New Roman" w:cs="Times New Roman"/>
        </w:rPr>
        <w:t>Pe peteĩha temimbou marandu rembiapo peteĩha ha’e kyhyje Tupãgui. Pe mokõiha tembiapo ha’e ome’ẽ hag̃ua chupe momba’eguasu, ha pe mbohapyha ha’e og̃uahẽma hague hi’aravo huísio rehegua. Ambue mokõi temimbou marandu ndive ojoajúvo, pe peteĩha temimbou marandu ha’e: “pekyhyje Tupãgui”. Upéi pe mokõiha temimbou marandu omombe’u Babilonia ho’a hague; ha taha’e pe Millerita ñemongu’e pe peteĩha temimbou rehegua, térã pe mbohapyha temimbou ñemongu’épe, pe ñehenói osẽ hag̃ua Babilóniagui ha’e upe tenda ojehechaukahápe Espíritu Santo oñeñohẽha. Upe aravo pukukue jave, taha’e ojehechaukárõ Pyharepyte Sapukái ramo, sapukái hatã ramo, térã ama paha ramo, umi omyasãiva marandu omomba’eguasu Tupãme. Pe mokõiha temimbou marandu ha’e pe tenda Tupã oñemomba’eguasuhápe, ha upe aravo pukukue ogueraha peteĩ ára ha aravo pe huísio investigativo oñepyrũ hague historia Millerita-pe, térã pe kuña reko vai Babilonia-gua huísio oikóva pe apoukapy Domingo rehegua apañuãi guasu jave.</w:t>
      </w:r>
    </w:p>
    <w:p>
      <w:pPr>
        <w:pStyle w:val="ArticleBody"/>
        <w:jc w:val="left"/>
      </w:pPr>
      <w:r>
        <w:rPr>
          <w:rFonts w:ascii="Times New Roman" w:hAnsi="Times New Roman" w:eastAsia="Times New Roman" w:cs="Times New Roman"/>
        </w:rPr>
        <w:t>Melzar kyhyje ohechauka peteĩha ánhel marandu, ha upéva omoñepyrũ tembi’u rehegua ñeha’ãrõ pa ára pukukue, pe papapy pa avei ohechaukágui peteĩ ñeha’ãrõ. Melzar he’ívo okyhyjeha mburuvichágui, upéva ha’eva’ekue upeichaite avei Daniel okyhyjéva Tupãgui hetave mburuvichágui, ha omoĩva’ekue ipy’apýpe ani hag̃ua oñemongy’a Babilonia rembi’u reheve. Pe aravo pukukue Daniel ha umi mbohapy kuimba’e hekojojáva ñembopy’aguasu ha ñeha’ãrõrã ha’eva’ekue mbohapy ary, upéicha rupi ohechaukávo umi mbohapy jepytaso peteĩteĩva umi mbohapy ánhel marandupegua.</w:t>
      </w:r>
    </w:p>
    <w:p>
      <w:pPr>
        <w:pStyle w:val="ArticleScripture"/>
        <w:jc w:val="left"/>
      </w:pPr>
      <w:r>
        <w:rPr>
          <w:rFonts w:ascii="Times New Roman" w:hAnsi="Times New Roman" w:eastAsia="Times New Roman" w:cs="Times New Roman"/>
        </w:rPr>
        <w:t>Ha pe rréi omoĩ chupekuéra peteĩ tembi’u ára ha ára guáva rréi rembi’urãgui, ha pe víno haʼe hoʼúva; upéicha omongakuaa chupekuéra mbohapy áño aja, ikatu hag̃uáicha ipahápe oĩ mboyve pe rréi renondépe. Daniel 1:5.</w:t>
      </w:r>
    </w:p>
    <w:p>
      <w:pPr>
        <w:pStyle w:val="ArticleBody"/>
        <w:jc w:val="left"/>
      </w:pPr>
      <w:r>
        <w:rPr>
          <w:rFonts w:ascii="Times New Roman" w:hAnsi="Times New Roman" w:eastAsia="Times New Roman" w:cs="Times New Roman"/>
        </w:rPr>
        <w:t>Daniel kapítulo peteĩ ohechauka peteĩha ánhel remimbou ñemombarete, ha upépe oñepyrũ tembi’u rehegua ñehesa’ỹijo, upeva Millerita rembiasakuepe ojehechauka va’ekue pe lívro michĩ ho’úvo. Daniel ha umi mbohapy ojeroviapyréva rehegua pe arange ñehesa’ỹijo oñemohu’ã kuri umi diez ára ñepyrũme, umi mbohapy ary ryepýpe. Diez ha’e peteĩ techaukaha peteĩ proceso de prueba rehegua, ojehechaháicha Israel yma guarépe, omboykérõ guare hikuái pe décima prueba ojehechaukáva Josué ha Caleb remimbou rupive. Avei ojehechauka pe jehasa asy árape iglesia de Esmirna-pe.</w:t>
      </w:r>
    </w:p>
    <w:p>
      <w:pPr>
        <w:pStyle w:val="ArticleScripture"/>
        <w:jc w:val="left"/>
      </w:pPr>
      <w:r>
        <w:rPr>
          <w:rFonts w:ascii="Times New Roman" w:hAnsi="Times New Roman" w:eastAsia="Times New Roman" w:cs="Times New Roman"/>
        </w:rPr>
        <w:t>Ani hag̃ua mba’eve umi mba’e reguerekótavagui rehasa hag̃ua; péina, Aña omomboíta peteĩva pendehegui kárselpe, pejehechaukávo hag̃ua; ha peguerekóta jehasa asy diez ára; eiko hag̃ua jerovia hag̃uáicha pe mano peve, ha che ame’ẽta ndéve tekove akãngao. Apocalipsis 2:10.</w:t>
      </w:r>
    </w:p>
    <w:p>
      <w:pPr>
        <w:pStyle w:val="ArticleBody"/>
        <w:jc w:val="left"/>
      </w:pPr>
      <w:r>
        <w:rPr>
          <w:rFonts w:ascii="Times New Roman" w:hAnsi="Times New Roman" w:eastAsia="Times New Roman" w:cs="Times New Roman"/>
        </w:rPr>
        <w:t>Smyrna pegua oje’éva’ekue ani hag̃ua okyhyje pe jehechaukaha rehe, pórke okyhyjéramo Tupãgui, Ha’e omyengoviáta iñemomba’eguasu kyhyje peteĩ tekove akã reheve. Upe Tupãgui kyhyje ojehechauka Daniel rembipota rupive okaru hag̃ua pe maná yvagaguáre.</w:t>
      </w:r>
    </w:p>
    <w:p>
      <w:pPr>
        <w:pStyle w:val="ArticleScripture"/>
        <w:jc w:val="left"/>
      </w:pPr>
      <w:r>
        <w:rPr>
          <w:rFonts w:ascii="Times New Roman" w:hAnsi="Times New Roman" w:eastAsia="Times New Roman" w:cs="Times New Roman"/>
        </w:rPr>
        <w:t>Upéi Daniel he’i Melzarpe, pe mburuvicha eunucokuéra rehegua omoĩ va’ekuépe Daniel, Hananías, Misael ha Azarías ári: Eha’ãmi nde rembiguáikuérape, ajerure ndéve, pa ary pukukue; ha tome’ẽ oréve ñana ra’ỹi roj’u haguã, ha y ro’u haguã. Upéi tojehecha nde renondépe ore rova, ha umi mitãnguéra rova ho’úva mburuvicha guasu rembi’u pehẽngue; ha reikuaa hag̃uáicha, ejapo nde rembiguáikuéra rehe. Upévare ha’e omoneĩ chupekuéra ko mba’épe, ha oha’ã chupekuéra pa ary pukukue. Daniel 1:10–14.</w:t>
      </w:r>
    </w:p>
    <w:p>
      <w:pPr>
        <w:pStyle w:val="ArticleBody"/>
        <w:jc w:val="left"/>
      </w:pPr>
      <w:r>
        <w:rPr>
          <w:rFonts w:ascii="Times New Roman" w:hAnsi="Times New Roman" w:eastAsia="Times New Roman" w:cs="Times New Roman"/>
        </w:rPr>
        <w:t>Pe peteĩha prueba vaʼekue okyhyje hag̃ua Tupãgui, ojehechauka haguéicha Melzar ha Daniel odesidi ramo ipyʼapýpe ndojapo moʼãi hag̃ua ijehe kyʼa Babilonia rembiʼu ha ñaneʼẽmeʼẽ reheve. Pe mokõiha elemento pe ángel peteĩha marandupegua haʼe ñameʼẽ hag̃ua Tupãme mborayhuete, ha upéva orrepresenta peteĩ jehechaukaha ojehecháva tembiʼu reko rembiporu rapykuéri. Pa ára diez pahápe, Daniel ha umi mbohapy kuimbaʼe imarangatúva ombotuicha Tupãme ijahechaukápe hete rehegua rupive.</w:t>
      </w:r>
    </w:p>
    <w:p>
      <w:pPr>
        <w:pStyle w:val="ArticleScripture"/>
        <w:jc w:val="left"/>
      </w:pPr>
      <w:r>
        <w:rPr>
          <w:rFonts w:ascii="Times New Roman" w:hAnsi="Times New Roman" w:eastAsia="Times New Roman" w:cs="Times New Roman"/>
        </w:rPr>
        <w:t>Ha ipahápe umi pa ára rire, haʼekuéra rova ojekuaa porãve ha henyhẽve soʼópe opa umi mitãnguéra hoʼúva ruvicha guasu rembiʼu pehẽngue-gui. Upévare Melzar oipeʼa chuguikuéra pe pehẽngue hembiʼu, ha pe víno hoʼúvaʼerã; ha omeʼẽ chupekuéra legúmbre. Ha koʼã irundy mitãme Tupã omeʼẽ arandu ha katupyry opaichagua jeikuaápe ha arandúpe; ha Daniel oreko hag̃ua entendimiento opaichagua visión ha sueño-pe. Daniel 1:15–17.</w:t>
      </w:r>
    </w:p>
    <w:p>
      <w:pPr>
        <w:pStyle w:val="ArticleBody"/>
        <w:jc w:val="left"/>
      </w:pPr>
      <w:r>
        <w:rPr>
          <w:rFonts w:ascii="Times New Roman" w:hAnsi="Times New Roman" w:eastAsia="Times New Roman" w:cs="Times New Roman"/>
        </w:rPr>
        <w:t>Umi irundy mitã ohasa pe peteĩha ñeha’ã tembi’u rehegua, upehína Adán ha Eva ho’apa hague, ha upéva ohechauka peteĩha ñeha’ã Cristo ombohovái va’ekue pya’eete iñemongarai rire. Cristo ñemongarai ha’eva’ekue pe ñemombarete peteĩha marandu rehegua ilínea profética-pe. Upéva omombarete ha omoneĩ pe marandu oñemoherakuãva’ekue “ñe’ẽ osapukáiva desiértope” rupive. Upéi, Daniel ha umi mbohapy hekojojáva ndive oiko haguéicha, Cristo oñeha’ã tembi’u rehegua ári irundypa ára pukukue, Daniel katu pa ary pukukue. Daniel ha Cristo ohechaukava’ekue pe ñeha’ã maná kañymby rehegua oĩva ánhel popegua, oguejýva’ekue 11 jasyporundy, 2001-pe. Mokõi ñeha’ã oúta va’erã Cristo ha Daniel-pe g̃uarã. Mokõiha ñeha’ãme Daniel ha umi mbohapy hekojojáva ombotuicha Tupãme hova resape rupive. Pe ñeha’ã oúva pe tembi’u rehegua rire Cristo-pe g̃uarã avei ohechaukava’ekue glória.</w:t>
      </w:r>
    </w:p>
    <w:p>
      <w:pPr>
        <w:pStyle w:val="ArticleScripture"/>
        <w:jc w:val="left"/>
      </w:pPr>
      <w:r>
        <w:rPr>
          <w:rFonts w:ascii="Times New Roman" w:hAnsi="Times New Roman" w:eastAsia="Times New Roman" w:cs="Times New Roman"/>
        </w:rPr>
        <w:t>Ha pe aña he'i ichupe: Nde ha'éramo Tupã Ra'y, ere ko ita oiko hag̃ua mbujape. Ha Jesús ombohovái chupe he'ívo: Ojehai: Yvypóra ndovevemo'ãi mbujape añónte rehe, síno opa Tupã ñe'ẽ rehe. Upéi aña ogueraha chupe peteĩ yvyty yvate hag̃ua, ha ohechauka ichupe sapy'aitépe opa umi tetãnguéra ko yvy arigua. Ha aña he'i ichupe: Ko'ã mba'e tuichakue ha iñemimbipa ame'ẽta ndéve; che pópe niko oñemoĩma, ha ame'ẽ umi che aipota hag̃uápe. Nde, upévare, reñesũrõ che renondépe, opa mba'e nemba'éta. Upérõ Jesús ombohovái ha he'i chupe: Ejei che rapykuegui, Satanás; ojehai niko: Ñandejára nde Járape rehayhuetéva'erã ha chupe añoite remomba'e ha remomba'apova'erã. Mateo 4:3–8.</w:t>
      </w:r>
    </w:p>
    <w:p>
      <w:pPr>
        <w:pStyle w:val="ArticleBody"/>
        <w:jc w:val="left"/>
      </w:pPr>
      <w:r>
        <w:rPr>
          <w:rFonts w:ascii="Times New Roman" w:hAnsi="Times New Roman" w:eastAsia="Times New Roman" w:cs="Times New Roman"/>
        </w:rPr>
        <w:t>Cristo ohasa rire pe prueba tembi’u rehegua, Satanás upéi oikuave’ẽ chupe opa mburuvicharenda ko yvy arigua “gloria”, ha Cristo katu oiporavo hag̃ua omomba’eguasu opa rréi Rréipe. Adán ha Eva ofalla pe peteĩha prueba-pe, ha pya’evoi oñepyrũ okañy hag̃ua hova kuéra ígo roguépe, ndouhechaukavéigui hikuái Tupã gloria, ojehechaukáva’ekue pe ao tesapépe yma omonde vaʼekuépe. Daniel ha umi mbohapy kuimbaʼe porãitéva ohasa rire pe prueba tembiʼu rehegua, upéi oñemeʼẽ chupekuéra “arandu ha katupyry opa temimboʼe ha arandúpe; ha Daniel oguereko kuaapy opa visión ha kérape.”</w:t>
      </w:r>
    </w:p>
    <w:p>
      <w:pPr>
        <w:pStyle w:val="ArticleBody"/>
        <w:jc w:val="left"/>
      </w:pPr>
      <w:r>
        <w:rPr>
          <w:rFonts w:ascii="Times New Roman" w:hAnsi="Times New Roman" w:eastAsia="Times New Roman" w:cs="Times New Roman"/>
        </w:rPr>
        <w:t>Ohasa pe mokõiha prueba, ha’éva peteĩ prueba ojehecháva, Melzar omotenondéva. Millerita rembiasakuepe, pe marandu mokõiha ánhel rehegua ohechauka pe joavy umi omoneĩ va’ekue ha umi ombotovéva pe marandu “ñe’ẽ” osapukáiva desiértope, ojehechaukaháicha William Miller rupive. Marandu porãme guare, upérõ pe movimiento Millerita oiko pe hatĩ ojehecháva ha peteĩ añoite añetegua Protestantismo rehegua, ha umi ombotovéva pe marandu ha pe movimiento oiko Roma rajykuéra. Ha’ekuéra oiporavo ho’u hag̃ua pe tembi’u ha hoy’u hag̃ua pe víno Babilonia rehegua, pe lívro michĩva rendaguépe. Mbohapy ary pahápe, Daniel ha umi tekopotĩ ojerahauka Mburuvicha guasu Nabucodonosor renondépe oñehesa’ỹijo hag̃ua.</w:t>
      </w:r>
    </w:p>
    <w:p>
      <w:pPr>
        <w:pStyle w:val="ArticleScripture"/>
        <w:jc w:val="left"/>
      </w:pPr>
      <w:r>
        <w:rPr>
          <w:rFonts w:ascii="Times New Roman" w:hAnsi="Times New Roman" w:eastAsia="Times New Roman" w:cs="Times New Roman"/>
        </w:rPr>
        <w:t>Ha og̃uahẽvo umi ára paha pe rréi he’i vaʼekue ogueru hag̃ua chupekuéra, upérõ umi eunuco ruvicha ogueru chupekuéra Nabucodonosor renondépe. Ha rréi oñemongeta hendivekuéra; ha opavave apytépe ndojejuhúi avave ojoguáva Daniel, Hananías, Misael ha Azaríaspe; upévare haʼekuéra opyta rréi renondépe. Ha opa mbaʼépe arandu ha kuaapy rehegua, rréi oporandu vaʼekue chupekuéra, ojuhu chupekuéra iporãveha diez jevy opa umi mago ha astrólogo oĩvagui opa iñemimby retãme. Ha Daniel osegi oĩ pe rréi Ciro áño peteĩha peve. Daniel 1:18–21.</w:t>
      </w:r>
    </w:p>
    <w:p>
      <w:pPr>
        <w:pStyle w:val="ArticleBody"/>
        <w:jc w:val="left"/>
      </w:pPr>
      <w:r>
        <w:rPr>
          <w:rFonts w:ascii="Times New Roman" w:hAnsi="Times New Roman" w:eastAsia="Times New Roman" w:cs="Times New Roman"/>
        </w:rPr>
        <w:t>Daniel ha umi mbohapy imarangatúva ohasa pe prueba “diez” ára rehegua, ha upe rire ojuhu hikuái chupekuéra iñaranduha “diez” jey hetave opa ambuekuéragui, ohasa rire hikuái ipahápeguáicha examen/prueba.</w:t>
      </w:r>
    </w:p>
    <w:p>
      <w:pPr>
        <w:pStyle w:val="ArticleBody"/>
        <w:jc w:val="left"/>
      </w:pPr>
      <w:r>
        <w:rPr>
          <w:rFonts w:ascii="Times New Roman" w:hAnsi="Times New Roman" w:eastAsia="Times New Roman" w:cs="Times New Roman"/>
        </w:rPr>
        <w:t>Daniel capítulo peteĩha ha’e pe ñe’ẽmondo peteĩha angélgui ñe’ẽmombe’upy peteĩha pe lívrope oñembohérava Daniel ha Apocalipsis. Oreko umi característica peteĩchagua pe ángel peteĩha Apocalipsis capítulo catorce-peguáicha. Oñangareko pe añetegua rehe oñemombe’úva peteĩhaite Apocalipsis versíkulo peteĩhape, Nebucodonosor ome’ẽgui peteĩ ñe’ẽmondo Aspenaz-pe, ha upéi ha’e ome’ẽ pe ñe’ẽmondo Melzar-pe, ha upéi pevarã oñeinteraktua Daniel ndive. Pe Túva ome’ẽ peteĩ ñe’ẽmondo Cristo-pe, ha upéi ha’e ome’ẽ pe ñe’ẽmondo Gabriel-pe, ha upéi pevarã oñeinteraktua Juan ndive.</w:t>
      </w:r>
    </w:p>
    <w:p>
      <w:pPr>
        <w:pStyle w:val="ArticleBody"/>
        <w:jc w:val="left"/>
      </w:pPr>
      <w:r>
        <w:rPr>
          <w:rFonts w:ascii="Times New Roman" w:hAnsi="Times New Roman" w:eastAsia="Times New Roman" w:cs="Times New Roman"/>
        </w:rPr>
        <w:t>Pe marandu oñembohasáva, ha’éva pe marandu ko’ág̃a ojeipe’áva pe sello-gui, oikuaauka pe Túva oñomongetáva hag̃ua Itupao ndive. Pe mba’e peteĩha pe Túva oiporavóva oikuaauka hag̃ua Itupaope ha’e umi mbohapy ángel rembiporavo’ãme oĩva pe mbohapy jey jeha’ãrã rape. Tupã Ñe’ẽ marandupyrã omyesakã porãiterei ko rape heta marandupyrã rape rupive, ha avei umi Millerigua rembiasakue rupive. Ko’ã añetegua ha’e peteĩ mba’e iñimportantetereíva pe maná kañymbyme, oĩva’ekue pe ángel pópe, oguejy ramo guare 11 jasyporundy ary 2001-pe.</w:t>
      </w:r>
    </w:p>
    <w:p>
      <w:pPr>
        <w:pStyle w:val="ArticleBody"/>
        <w:jc w:val="left"/>
      </w:pPr>
      <w:r>
        <w:rPr>
          <w:rFonts w:ascii="Times New Roman" w:hAnsi="Times New Roman" w:eastAsia="Times New Roman" w:cs="Times New Roman"/>
        </w:rPr>
        <w:t>Ndaikatumo’ãi jaike hag̃ua, ha upévare rembohasávo pe mokõiha prueba, nderehasáiramo pe peteĩha prueba. Ko añetegua ojehechauka porãiterei Cristo rembiasakue ha umi Millerita rembiasakuepe. Daniel capítulo mokõiha ha’e pe mokõiha prueba, upéva rehe Hermana White he’i: “ñande destino eterno ojedecidíta.” Ha’e avei he’i kóva ha’eha pe prueba tekotevẽva “jahasa, ñañemboty hag̃ua.” Upéva ko’ág̃a hi’aguĩma opa hag̃uáicha.</w:t>
      </w:r>
    </w:p>
    <w:p>
      <w:pPr>
        <w:pStyle w:val="ArticleBody"/>
        <w:jc w:val="left"/>
      </w:pPr>
      <w:r>
        <w:rPr>
          <w:rFonts w:ascii="Times New Roman" w:hAnsi="Times New Roman" w:eastAsia="Times New Roman" w:cs="Times New Roman"/>
        </w:rPr>
        <w:t>Daniel kapítulo mokoĩha rehegua, oñe’ẽ pe mymba ra’ãnga prueba rehe, ha iporãiterei pe kapítulo oñe’ẽ hag̃ua peteĩ ta’ãnga guasu rehe, ha Daniel ohasa porãhaguére añoite pe tembi’u rehegua prueba, ha ojeporavo ha oñeme’ẽ chupe “pa jey” hetave “arandu” ha “kuaa” ikatu hag̃uáicha ohechakuaa upe prueba. Oĩháicha pe ñe’ẽmondo pe prueba rehegua Ellen White jehaipýpe, pe ta’ãnga prueba Daniel kapítulo mokoĩhápe ha’e peteĩ prueba ohechaukáva tekove térã mano rapykuere.</w:t>
      </w:r>
    </w:p>
    <w:p>
      <w:pPr>
        <w:pStyle w:val="ArticleScripture"/>
        <w:jc w:val="left"/>
      </w:pPr>
      <w:r>
        <w:rPr>
          <w:rFonts w:ascii="Times New Roman" w:hAnsi="Times New Roman" w:eastAsia="Times New Roman" w:cs="Times New Roman"/>
        </w:rPr>
        <w:t>Upévare mburuvicha pochy ha ipochyeterei, ha omanda ojejukapa hag̃ua opa umi arandu Babyloniaygua. Ha pe tembiapoukapy osẽ, ojejukáta hag̃ua umi arandu; ha oheka hikuái Daniel ha iñirũnguéra ojejukáta hag̃uáicha. Daniel 2:12, 13.</w:t>
      </w:r>
    </w:p>
    <w:p>
      <w:pPr>
        <w:pStyle w:val="ArticleBody"/>
        <w:jc w:val="left"/>
      </w:pPr>
      <w:r>
        <w:rPr>
          <w:rFonts w:ascii="Times New Roman" w:hAnsi="Times New Roman" w:eastAsia="Times New Roman" w:cs="Times New Roman"/>
        </w:rPr>
        <w:t>Oĩ mbovymi ambue mba’e marandu profétikova Daniel aranduka peteĩha kapítulope tekotevẽva ñañembohovái, ha jajapóta ñemotenonde umi mba’épe pe artíkulo oúvape.</w:t>
      </w:r>
    </w:p>
    <w:p>
      <w:pPr>
        <w:pStyle w:val="ArticleScripture"/>
        <w:jc w:val="left"/>
      </w:pPr>
      <w:r>
        <w:rPr>
          <w:rFonts w:ascii="Times New Roman" w:hAnsi="Times New Roman" w:eastAsia="Times New Roman" w:cs="Times New Roman"/>
        </w:rPr>
        <w:t>“Ahecha peteĩ aty oñembo’y porãva, oñeñangarekóva ha hatãva, ndohechaukái hag̃ua mborayhu térã ñemoneĩ umi ombotatase hag̃ua pe jerovia oñemopyendáva tetépe. Tupã omaña hesekuéra oguerohorývo. Ojehechauka chéve mbohapy paso—pe ánhel peteĩha, mokõiha ha mbohapyha marandu. He’i pe ánhel che moirũva: ‘Ái pe omýitavape peteĩ ita térã omongu’étavape peteĩ tai ko’ã marandúgui. Ko’ã marandu jeikuaa añetetéva ha’e tekotevẽite. Ánga-kuéra destino oñemboja’o mba’éichapa oñemoguahẽ ha oñemoneĩ hese.’ Upéi ajegueraha jey ko’ã marandu rupive, ha ahecha mba’eichaitépa hepyeterei Tupã retayguakuérape ijehasa. Ojehupyty kuri heta jehasa asýpe ha ñorairõ pohýipe. Tupã ogueraha va’ekue chupekuéra paso a paso, omoĩ meve chupekuéra peteĩ plataforma hatã, ndokýiva ári. Ahecha tapicha kuéra oñemboja pe plataforma rehe ha ohecha porã hapykuerigua pyenda. Oĩva vy’apópe pya’e voi ojupi hi’ári. Ambue katu oñepyrũ ojuhu hag̃ua jejavy pe pyendápe. Ha’ekuéra oipota oñemyatyrõ, ha upéicha ramo pe plataforma iporãve ha oiko va’erãmo’ã pe tavayguakuéra tuichave vy’ápe. Oĩ ojeguejyva’ekue pe plataforma ári oikuaa hag̃ua mba’éichapa oĩ, ha he’i oñemopyenda vaiha. Péro ahecha haimete opavave opyta hatãha pe plataforma ári ha omokyre’ỹ umi oguejy va’ekuépe oheja hag̃ua hembiapo vai je’e; Tupã niko pe Mba’apohára Guasu, ha ha’ekuéra oñorairõ hese. Ha’ekuéra omombe’u jey pe tembiapo hechapyrã Tupã ojapo va’ekue, ogueraha chupekuéra pe plataforma hatãme, ha peteĩ ñe’ẽme omopu’ã hesa yvágare ha ñe’ẽ hatãme omomba’eguasu Tupãme. Upéva omomýi umi oĩ va’ekue oñe’ẽ rei ha oheja va’ekue pe plataforma, ha ha’ekuéra hova ñemomirĩ reheve ojupi jey hi’ári.”</w:t>
      </w:r>
    </w:p>
    <w:p>
      <w:pPr>
        <w:pStyle w:val="ArticleScripture"/>
        <w:jc w:val="left"/>
      </w:pPr>
      <w:r>
        <w:rPr>
          <w:rFonts w:ascii="Times New Roman" w:hAnsi="Times New Roman" w:eastAsia="Times New Roman" w:cs="Times New Roman"/>
        </w:rPr>
        <w:t>«Che jehechauka jey apensa hag̃ua Cristo peteĩha jey ou hague marandu ñemoherakuã rehe. Juan oñemondo Elías espíritu ha pokatupe ombosako’i hag̃ua Jesús rape. Umi omboykéva Juan testimonio ndojeporuporãi Jesús mbo’epykuéragui. Iñemoĩ hag̃ua pe marandu rovái, omombe’úva Ijuvy mboyve, omoĩ chupekuéra peteĩ tenda-pe ndaikatúihápe pya’e oguerovia pe prueba imbaretevéva ha’eha pe Mesías. Satanás omotenonde umi omboykéva Juan marandu ani hag̃ua opyta upépe añónte, síno toho mombyryve gueteri, omboyke ha okurusifika hag̃ua Cristo-pe. Péicha ojapóvo, oñemoĩ hikuái peteĩ tenda-pe ndaikatúihápe ohupyty pe jehovasa Pentecostés árape, ombo’éva’erãmo’ã chupekuéra pe tape ogueraháva pe yvágape pe santuario-pe. Pe [oñembyaipa] hag̃ua pe templo poyvi omhechauka umi judío kuéra sacrificio ha tembiapoukapy ndohupytymo’ãveimaha ñemoneĩ. Pe Sacrificio Guasu oñekuave’ẽma ha oñemoneĩma, ha pe Espíritu Santo oguejýva Pentecostés árape oguerova umi disípulo akãme pe santuario yvy arigua guive pe santuario yvagagua peve, upépe Jesús oike hague Iteégui huguy rupive, oñohẽ hag̃ua Idisípulo kuéra ári Ijehepyme’ẽ porãnguéra. Umi judío katu opyta pytũmbýpeite. Okañy chuguikuéra opa pe tesape ikatúva araka’eve oguereko pe salvación plan rehegua, ha opytave ojerovia hikuái umi isacrificio ha ikuave’ẽ ndovaléivare. Pe santuario yvagagua oipyhyma pe yvy arigua rendague, upéicharõ jepe, ha’ekuéra ndaikuaái mba’eve pe ñemoambue rehe. Upévare ndaikatúi ohupyty hikuái mba’eve Cristo mediación rupive pe tenda marangatúpe.</w:t>
      </w:r>
    </w:p>
    <w:p>
      <w:pPr>
        <w:pStyle w:val="ArticleScripture"/>
        <w:jc w:val="left"/>
      </w:pPr>
      <w:r>
        <w:rPr>
          <w:rFonts w:ascii="Times New Roman" w:hAnsi="Times New Roman" w:eastAsia="Times New Roman" w:cs="Times New Roman"/>
        </w:rPr>
        <w:t>“Heta oĩ vaicha torypa umi hudío rape rehe, ombotovévo ha omosãingóvo Cristo; ha omoñeʼẽvo hikuái tembiasakue imarãʼỹva ñemomirĩ vai rehegua, opensa hikuái ohayhuha chupe, ha ndahaʼemoʼãiha omoneĩʼỹva chupe Pedro ojapo haguéicha, ni omosãingóva chupe umi hudío ojapo haguéicha. Péro Tupã, omoñeʼẽva opa tapicha pyʼa, ogueru peteĩ prueba-pe pe mborayhu Jesús rehegua haʼekuéra heʼíva oguerekóva. Opa yvága omaʼẽ kuri ipyʼaite guive mbaʼéichapa oñemoguahẽ pe marandu peteĩha ánhel rehegua. Péro heta umi heʼíva ohayhuha Jesúspe, ha hasẽva omoñeʼẽvo kurusu rembiasakue, oñembohory pe marandu porã rehegua ijuvy rehe. Upéva rangue oguerohory hag̃ua pe marandu vyʼápe, heʼi hikuái haʼeha peteĩ jejavy. Oñemotĩʼỹ hag̃ua, ndaijaʼéi umi ohayhúva ijechauka, ha omosẽ chupekuéra umi tupão-gui. Umi ombotovéva pe peteĩha marandu ndaikatúi oñepytyvõ pe mokõiha rupive; ha upéicha avei ndojepytyvõi pe sapukái pyharepyte guive rupive, oñemeʼẽva hag̃uáicha chupekuéra oike hag̃ua Jesús ndive jerovia rupive pe tenda imarangatuvévape pe santuario yvagapeguápe. Ha ombotovévo umi mokõi marandu tenondegua, omopytũmbaite hikuái iñakãrapuʼã, ikatu hag̃uáicha ndohechái mbaʼeve tesakã pe mbohapyha ánhel marandúpe, ohechaukáva tape pe tenda imarangatuvévape. Ahecha umi hudío omosãingo haguéicha Jesúspe, upéicha avei umi tupão téra añónte rehegua omosãingo koʼã marandu; ha upévare ndoikuaái tape pe tenda imarangatuvévape, ha ndaikatúi oñepytyvõ Jesús ñemoĩ hag̃ua hese hag̃ua upépe. Umi hudío-icha, oikuaveʼẽva isakrifísio ndovaléiva, haʼekuéra avei oikuaveʼẽ iñemboʼe ndovaléiva pe koty Jesús oheja vaʼekuépe; ha Satanás, ovyʼáva pe ñembotavy rehe, oguereko peteĩ tekotee religioso, ha omboguata koʼã kristiáno heʼíva ijeroviaha apytuʼũkuéra hendápe voi, ombaʼapóvo ipokatu reheve, iséñal reheve ha techaukaha japu reheve, ombohapévo chupekuéra hatã hag̃ua itañuãme.”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Papy 9 hag̃ua</dc:title>
  <dc:subject>Pe Ángel Ñe’ẽ Marandu Peteĩha</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