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Número Ciento Siete</w:t>
      </w:r>
    </w:p>
    <w:p>
      <w:pPr>
        <w:pStyle w:val="ArticleSubtitle"/>
        <w:jc w:val="left"/>
      </w:pPr>
      <w:r>
        <w:rPr>
          <w:rFonts w:ascii="Arial" w:hAnsi="Arial" w:eastAsia="Arial" w:cs="Arial"/>
        </w:rPr>
        <w:t>Pe Mombeʼugua Profético: Jeroboam guive Josías peve ha Tape Yma Guaréva Ñemyatyrõ Jey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Áño 1844-pe, Estados Unidos protestántekuéra ojei pe movimiento milleríta-gui ha ojapyhy hikuái ipuesto profético Babilonia rajy ramo, ojehechauka haguéicha Jeroboam omoĩrõ guare peteĩ sistema japúva ñemomba’erã rehegua, umi diez trívu yvate gotyogua oñemboja’o rire pe tetãnguéra sud gotyogua Judá-gui. Jeroboam mokõi vaka óroguigua, peteĩ táva Betel-pe (he’iséva “Tupã róga” / Iglesia), ha ambue Dan-pe (he’iséva juicio / Estado), ohechauka pe sistema japu Iglesia ha Estado rehegua ohechaukáva Estados Unidos-pe. Mayma elemento oĩva Jeroboam sistema japúva iglesia ha estado reheguápe ojejapo va’ekue pe estructura peteĩchaguápe heñóiva Aarón pu’aka’ỹme. Upévare, Jeroboam sistema japúva ñemomba’erã rehegua ha’e va’ekue peteĩ ta’ãnga Aarón sistema japúva ñemomba’erã rehegua.</w:t>
      </w:r>
    </w:p>
    <w:p>
      <w:pPr>
        <w:pStyle w:val="ArticleBody"/>
        <w:jc w:val="left"/>
      </w:pPr>
      <w:r>
        <w:rPr>
          <w:rFonts w:ascii="Times New Roman" w:hAnsi="Times New Roman" w:eastAsia="Times New Roman" w:cs="Times New Roman"/>
        </w:rPr>
        <w:t>Jeroboam rembiapo gua’u ohechauka pe sistema de adoración protestantismo omombarete vaʼekue ojesepara rire pe primer ángel rembiapogui ha oiko hag̃ua peteĩ tajýra, térã peteĩ taʼanga pe mymba romano papadogua rehegua. Upe Jeroboam rembiapo guaʼu ñemoĩrãte guive, peteĩ proféta Judá-gua oñembohovái pe altar ha pe sistema japu de adoración rehe. Áño 1844-pe, peteĩteĩ pe ñepyrũrãme pe papel protestantismo apóstata omoheñóivo peteĩ sistema de adoración ojehechaukáva Roma rajykuéraicha, umi Millerita-kuéra, jeroviápe, oike pe Lugar Santísimo pe santuario yvagapeguápe ha ohechakuaa pe sábado, ha upéicha ohechauka peteĩ ñemoñeʼẽ profético umi Roma rajykuéra rehe, umi oiporavóva osegi hag̃ua oñangareko pe marca autoridad Roma-gua rehe—pe adoración domingopegua.</w:t>
      </w:r>
    </w:p>
    <w:p>
      <w:pPr>
        <w:pStyle w:val="ArticleBody"/>
        <w:jc w:val="left"/>
      </w:pPr>
      <w:r>
        <w:rPr>
          <w:rFonts w:ascii="Times New Roman" w:hAnsi="Times New Roman" w:eastAsia="Times New Roman" w:cs="Times New Roman"/>
        </w:rPr>
        <w:t>Judá maranduhára, ombohováiva’ekue Jeroboámpe, upérõ ha upépe omosẽ peteĩ profesía.</w:t>
      </w:r>
    </w:p>
    <w:p>
      <w:pPr>
        <w:pStyle w:val="ArticleScripture"/>
        <w:jc w:val="left"/>
      </w:pPr>
      <w:r>
        <w:rPr>
          <w:rFonts w:ascii="Times New Roman" w:hAnsi="Times New Roman" w:eastAsia="Times New Roman" w:cs="Times New Roman"/>
        </w:rPr>
        <w:t>Ha ha’e osapukái pe altar rovái Ñandejára ñe’ẽ rupive, ha he’i: “¡Nde, altar, altar! Péicha he’i Ñandejára: Péina ápe, oúta peteĩ mitã kuimba’e David róga peguarã, hérava Josías; ha nde ári ha’e oikuave’ẽta umi pa’i yvateguakuéra pegua, umi ohapýva insiénso nde ári, ha yvypóra kanguekuéra ojehapýta nde ári.” Ha upe árape voi ome’ẽ peteĩ techaukaha, he’ívo: “Kóva hína pe techaukaha Ñandejára he’íva; péina ápe, pe altar ojekóta mokõi hag̃uáme, ha pe tanimbu hi’ári oĩva oñehenohẽta oka gotyo.” 1 Reyes 13:2, 3.</w:t>
      </w:r>
    </w:p>
    <w:p>
      <w:pPr>
        <w:pStyle w:val="ArticleBody"/>
        <w:jc w:val="left"/>
      </w:pPr>
      <w:r>
        <w:rPr>
          <w:rFonts w:ascii="Times New Roman" w:hAnsi="Times New Roman" w:eastAsia="Times New Roman" w:cs="Times New Roman"/>
        </w:rPr>
        <w:t>Pe profesía oike peteĩ ñe’ẽ “altar” mokõive jevy. Peteĩ ñe’ẽ térã ñe’ẽjoaju mokõive jevy je’eha profesíape ohechauka peteĩ símbolo marandu ángel mokõiha rehegua, upéicha ojekuaaukávo ary 1844, araka’épe pe ángel mokõiha og̃uahẽ ha Protestantismo ho’a, oikóvo Babilonia rajy ramo. Upe jave avei pe proféta ome’ẽ peteĩ techaukaha, peteĩchaite umi Millerita-kuéra 1844-pe ohechakuaa haguéicha pe techaukaha sábado rehegua. Jeroboam omongyhyjérõ guare pe profétape umi versíkulo oúva-pe, ipo oñembyai ha ndaikatúi omýi, upéva ohechauka hag̃ua Babilonia marca oñembovy’áva peteĩ tapicha ári tenonde gotyo térã ipo rehe, ha upéva oñemoneĩ vove espíritu rupi ombyaipa peteĩ tapichápe opa ára g̃uarã.</w:t>
      </w:r>
    </w:p>
    <w:p>
      <w:pPr>
        <w:pStyle w:val="ArticleBody"/>
        <w:jc w:val="left"/>
      </w:pPr>
      <w:r>
        <w:rPr>
          <w:rFonts w:ascii="Times New Roman" w:hAnsi="Times New Roman" w:eastAsia="Times New Roman" w:cs="Times New Roman"/>
        </w:rPr>
        <w:t>Ko ñehesaʼỹijo hag̃ua ko mbaʼekuaare, ñahesaʼỹijo hína pe maranduhára heʼivaʼekue omombeʼúvo: “Peteĩ mitãta oikóta David rógape g̃uarã, hérava Josías; ha nde ári haʼe oikuaveʼẽta yvyty renda guasu paʼikuérape, umi nde ári oapy hag̃ua inciensokuéra, ha avakuéra kanguekue ojehapýta nde ári.” Josías heʼise “Tupã pyenda”, ha ohechauka pe Adventísmo pyendakuéra oñemopuʼãvaʼekue upe tembiasakue etepe ojehechaukáva Jeroboam omoñepyrũ haguépe isistema guaʼu ñemombaʼeguasu rehegua. Pe sistema guaʼu ñemombaʼeguasu Jeroboam omopyendavaʼekue ári, Josías ombojevypata vaʼerã umi paʼikuérape omoakãvaʼekue pe ñemombaʼeguasu japúpe.</w:t>
      </w:r>
    </w:p>
    <w:p>
      <w:pPr>
        <w:pStyle w:val="ArticleBody"/>
        <w:jc w:val="left"/>
      </w:pPr>
      <w:r>
        <w:rPr>
          <w:rFonts w:ascii="Times New Roman" w:hAnsi="Times New Roman" w:eastAsia="Times New Roman" w:cs="Times New Roman"/>
        </w:rPr>
        <w:t>Pe maranduhára naiñe’ẽrendúi Ñandejára rembiapoukapy ani hag̃ua ojevy pe tape ou hague rupi oho hag̃ua Jeroboam ñemopu’ãrãme, ha ani hag̃ua ho’u térã hoy’u Betel-pe. Ho’úrõ guare pe tembi’u pe maranduhára japuha Betel-gua ome’ẽ va’ekue chupe, oñemoĩ hague techaukaha ramo pe ñemano oguahẽtahague umi ári, umi 1844 rire oiporavótava ojevy hag̃ua ha ho’u hag̃ua umi doctrina ha umi metodologia profética japu protestantismo apóstata rehegua, ojehechaukaháicha pe ñepu’ãvai 1863-pe. Umi opu’ãva’ekue 1863-pe ñemano renda, ha’éta pe ñemano renda peteĩchaite pe maranduhára japuha Betel-gua rehe. Pe ñemano renda protestantismo apóstata pegua ha’e va’ekue pe tembiasakue 11 de agosto de 1840 guive 1844 peve, upérõ; ha’ekuéra, Ñandejára tavayguakuéra yma ojeporavo va’ekue, ojehejareínte, ha oiko Roma rajykuéra ramo. Adventismo Laodicea-gua ñemano renda avei oĩta pe ára mbytére pe ánhel mbarete oguejy hague 11 de septiembre de 2001-pe, oiko haguéicha 1840-pe, ha pe aravo yvyryrýi guasu peve, ohechaukáva pe ley dominical pya’e oútava.</w:t>
      </w:r>
    </w:p>
    <w:p>
      <w:pPr>
        <w:pStyle w:val="ArticleBody"/>
        <w:jc w:val="left"/>
      </w:pPr>
      <w:r>
        <w:rPr>
          <w:rFonts w:ascii="Times New Roman" w:hAnsi="Times New Roman" w:eastAsia="Times New Roman" w:cs="Times New Roman"/>
        </w:rPr>
        <w:t>11 jasyporundy ary 2001-pe oñepyrũ oñesella hag̃ua umi cien cuarenta y cuatro milpe, ha pe ánhel oñepyrũ oguata Jerusalén rupive omoĩvo peteĩ techaukaha syváre umi osuspiáva ha osapukáiva umi mba’evai vai ojejapóva pe yvýpe (Estados Unidos), ha pe iglesia-pe (Adventismo Laodicense). 11 jasyporundy ary 2001-pe, umi túva kuéra angaipa, ojehechaukáva Ezequiel rembiapo vai irundýpe, oiko hag̃ua añetegua ojehecha’arãva pe proceso de sellado oñepyrũ va’ekuépe upérõ.</w:t>
      </w:r>
    </w:p>
    <w:p>
      <w:pPr>
        <w:pStyle w:val="ArticleBody"/>
        <w:jc w:val="left"/>
      </w:pPr>
      <w:r>
        <w:rPr>
          <w:rFonts w:ascii="Times New Roman" w:hAnsi="Times New Roman" w:eastAsia="Times New Roman" w:cs="Times New Roman"/>
        </w:rPr>
        <w:t>Pe prueba ary 1863-pegua oguereko va’ekue ojoajuha movimiento Millerita pyendakuéra rehe, ojehechaukaháicha umi “siete tiempo” Levítico mokõipa poteĩme, ojeheja va’ekue ykére ary 1863-pe. Pe prueba oikuaa va’ekue oĩpa peteĩ disposición térã ndaipóri añete hag̃ua hag̃ua jevy Jeremías tape yma guarépe, ikatu hag̃uáicha ojejuhu upe pytuhẽ oky pahápeguápe. Pe prueba ary 1888-peguáicha, ha’e va’ekue pe marandu iglesia Laodicea-peguápe guarã, ogueru haguéicha umi anciano Jones ha Waggoner, ha upéva avei ha’e va’ekue pe marandu justificación rehegua jerovia rupive.</w:t>
      </w:r>
    </w:p>
    <w:p>
      <w:pPr>
        <w:pStyle w:val="ArticleBody"/>
        <w:jc w:val="left"/>
      </w:pPr>
      <w:r>
        <w:rPr>
          <w:rFonts w:ascii="Times New Roman" w:hAnsi="Times New Roman" w:eastAsia="Times New Roman" w:cs="Times New Roman"/>
        </w:rPr>
        <w:t>Ary 1856-pe, pe ñe’ẽ Laodicéape g̃uarã og̃uahẽ raẽ vaʼekue umi Millerita aty ryepýpe, ha og̃uahẽ pe tesapeve jehepymeʼẽ reheve “umi siete tiempo” rehegua, péro mokõivéva, pe jehasa ojehechaukáva umi pohãno rehe pe ñe’ẽme Laodicéape g̃uarã, ha pe marandu tembiasakue profético rehegua, oñemboyke vaʼekue 1863-pe. Pe jehasa ojehechauka vaʼekue pe visión (mareh) “pe apariencia” reheve, ha pe visión (chazon) “tembiasakue profético” rehegua, mokõivéva oñemboyke vaʼekue. Mokõivéva umi visión ojuhu vaʼekue iñemyenyhẽ 22 jasypa 1844-pe, ha diecinueve ary rire mokõivéva oñemboyke jevy vaʼekue, Jesús akóinte ombojoaju hag̃ua pe paha pe ñepyrũ ndive.</w:t>
      </w:r>
    </w:p>
    <w:p>
      <w:pPr>
        <w:pStyle w:val="ArticleBody"/>
        <w:jc w:val="left"/>
      </w:pPr>
      <w:r>
        <w:rPr>
          <w:rFonts w:ascii="Times New Roman" w:hAnsi="Times New Roman" w:eastAsia="Times New Roman" w:cs="Times New Roman"/>
        </w:rPr>
        <w:t>11 jasypakõi ary 2001-pe, umi tembiaporã jehechakuaa’ỹ rehegua 1863 ha 1888 guive, oiko jey añete omboja’óva, mokõivéva niko oñembojoaju vaʼekue Jeremías rape yma guarépe. Upe árape og̃uahẽ ama kyre’ỹ pahague marandu, ha avei og̃uahẽ pe prueba 1919 guive; 1919-pe niko oñemoĩ vaʼekue peteĩ marandu “py’aguapy ha tekorosã” gua’u ramo, peteĩ evangelio japu Cristo rehegua ndorekóiva mba’eveichagua relevancia profética. Pe ángel mbarete Apocalipsis capítulo dieciochopegua oguejy ramo 11 jasypakõi ary 2001-pe, oñekumpli versículo peteĩ guive mbohapy peve, ha umi versículo peteĩ guive mbohapy peve ohechauka pe “ñe’ẽ peteĩha” marandu.</w:t>
      </w:r>
    </w:p>
    <w:p>
      <w:pPr>
        <w:pStyle w:val="ArticleScripture"/>
        <w:jc w:val="left"/>
      </w:pPr>
      <w:r>
        <w:rPr>
          <w:rFonts w:ascii="Times New Roman" w:hAnsi="Times New Roman" w:eastAsia="Times New Roman" w:cs="Times New Roman"/>
        </w:rPr>
        <w:t>“Koʼág̃a pe ñeʼẽ che amombeʼu vaʼekue Nueva York ojeitytaha peteĩ y guasu pópe? Kóva arakaʼeve ndaʼeíri. Haʼe vaʼekue, amaña jave umi óga tuichaitereívare upépe oñemopuʼãva, piso ári piso, ‘Mbaʼeichaitépa táva vaiete oikóta Ñandejára opuʼã vove omonguʼe vai hag̃ua yvy! Upéramo oñekumplíta Apocalipsis 18:1–3 ñeʼẽ.’ Apocalipsis kapítulo 18 pukukue peteĩ ñeñemongetaʼỹʼỹ hína umi mbaʼe oútavare yvy ári. Péro ndaarekói tesape peteĩchaguaite mbaʼépa oútava Nueva York rehe, añónte aikuaa peteĩ ára umi óga tuichaitereíva upépe ojeitytaha Ñandejára puʼaka ojere ha ojere jeýramo rupive. Pe tesape oñemeʼẽ vaʼekue chéve rupi, aikuaa ñehundipa oĩha ko yvy ape ári. Peteĩ ñeʼẽnte Ñandejáragui, peteĩ pokomi añónte ipuʼaka mbaretégui, ha koʼã tetãygua guasuete hoʼáta. Oikóta umi escena ñanemondýiva ikatúva hag̃uáicha ndaikatúi ñañeimagina hag̃ua.” Review and Herald, July 5, 1906.</w:t>
      </w:r>
    </w:p>
    <w:p>
      <w:pPr>
        <w:pStyle w:val="ArticleBody"/>
        <w:jc w:val="left"/>
      </w:pPr>
      <w:r>
        <w:rPr>
          <w:rFonts w:ascii="Times New Roman" w:hAnsi="Times New Roman" w:eastAsia="Times New Roman" w:cs="Times New Roman"/>
        </w:rPr>
        <w:t>Apocalipsis 18 pe ángel og̃uahẽ vove, ama pyhareve paha oñepyrũ omyakỹmi, ha “marandu’i ñe’ẽjoavy” ojehechaukáva Habacuc capítulo mokõihápe oñepyrũ. Pe ñe’ẽjoavy oiko mokõi tape rehegua oñentende hag̃ua Biblia-pe profecía, ha peteĩ marandu japu ha peteĩ marandu añetegua ama pyhareve paha rehegua. Pe ñe’ẽjoavy opa vove og̃uahẽ “mokõiha ñe’ẽ” Apocalipsis 18-pe gua, ha upéva ohechauka Tupã juicio ejecutivo oñepyrũha Babilonia moderna ári, ha ohenói Tupã aty ambuévape osẽ hag̃ua Babilóniagui. Pe mokõiha ñe’ẽ og̃uahẽha ohechauka opaimaha pe tembiasakue oñemonguatia hag̃ua umi cien cuarenta y cuatro mil, ojehechaukáva pe irundyha mba’e vaiete rupive, ha upéva avei ohechauka pe irundyha ha paha generación Adventismo Laodicense-gua oñesũha kuarahy renondépe, pe léi domingo pya’e oútavape.</w:t>
      </w:r>
    </w:p>
    <w:p>
      <w:pPr>
        <w:pStyle w:val="ArticleBody"/>
        <w:jc w:val="left"/>
      </w:pPr>
      <w:r>
        <w:rPr>
          <w:rFonts w:ascii="Times New Roman" w:hAnsi="Times New Roman" w:eastAsia="Times New Roman" w:cs="Times New Roman"/>
        </w:rPr>
        <w:t>Protestantísmo apóstata omanóva renda ári, pe ánhel oguejy guive pe okẽ oñemboty peve ary 1844-pe, ohechauka hag̃ua Laodicea-pegua Adventísmo omanóva renda ári pe ánhel oguejy guive pe okẽ oñemboty peve pe léi domingo og̃uahẽmbotaitévape. Pe maranduhára Judá-gua oñeñotỹ peteĩva pe túva peteĩchagua Betel-pegua maranduhára japúva ndive, ha mburuvicha guasu Josías omoñepyrũrõ guare iñemoambue, opyta kuri upevaite pe túva renondépe. Mburuvicha guasu Josías ñemoambue, héra he’iséva “Tupã pyenda kuéra”, oñepyrũ kuri Tupã oñepyrũvo ogueraha jey hag̃ua Itavayguakuérape ára pahápe umi pyenda kuérape septiembre 11, 2001-pe. Iñemoambue oñepyrũma kuri oñeñepyrũvo pe tembiapo oñemyatyrõ jey hag̃ua pe tupão.</w:t>
      </w:r>
    </w:p>
    <w:p>
      <w:pPr>
        <w:pStyle w:val="ArticleScripture"/>
        <w:jc w:val="left"/>
      </w:pPr>
      <w:r>
        <w:rPr>
          <w:rFonts w:ascii="Times New Roman" w:hAnsi="Times New Roman" w:eastAsia="Times New Roman" w:cs="Times New Roman"/>
        </w:rPr>
        <w:t>Ha oiko mburuvicha guasu Josías rembiapo ary pakõiha poapyha-pe, mburuvicha guasu omondo Safán Azalías ra’y, Mesulam ra’y, kuatiahaihára, Ñandejára róga peve, he’ívo: Tereho Hilcías pa’i guasu rendápe, ha’e hag̃ua ombyaty hag̃ua pe pláta oguerúva Ñandejára rógape, okẽ ñangarekohára kuéra ombyaty va’ekue tavayguakuéragui. Ha tome’ẽ hikuái upéva umi tembiapo apohára pópe, umi oñangarekóva Ñandejára róga rehe; ha tome’ẽ hikuái umi tembiapo apohárape, oĩva Ñandejára rógape, omoatyrõ hag̃ua pe óga pa’ũngue, yvyrarapohárape, óga mopu’ãhárape ha itakytĩhárape, ha ojogua hag̃ua yvyra ha ita oñekytĩmava, omoatyrõ hag̃ua pe óga. Upéicharõ jepe, ndojejapói hendivekuéra mba’evéichagua peteĩchante jehechávo pe viru oñeme’ẽva’ekue ipópekuéra, jerovia hag̃uáicha omba’apógui hikuái. Upéi Hilcías pa’i guasu he’i Safán kuatiahaihárape: Ajuhu pe Léi kuatiañe’ẽ Ñandejára rógape. Ha Hilcías ome’ẽ pe kuatiañe’ẽ Safánpe, ha ha’e omoñe’ẽ. Ha Safán kuatiahaihára ou jey mburuvicha guasu rendápe, ha ogueru jey marandu chupe, he’ívo: Nde rembiguái kuéra ombyaty pe viru ojejuhúva’ekue pe rógape, ha ome’ẽma hikuái umi tembiapo apohára pópe, umi oñangarekóva Ñandejára róga rehe. Upéi Safán kuatiahaihára oikuaauka mburuvicha guasúpe, he’ívo: Hilcías pa’i ome’ẽ chéve peteĩ kuatiañe’ẽ. Ha Safán omoñe’ẽ upéva mburuvicha guasu renondépe. Ha ojehu, mburuvicha guasu ohendúvo pe Léi kuatiañe’ẽ ñe’ẽnguéra, omondoro ijao. Upéi mburuvicha guasu omanda Hilcías pa’ípe, Ahicam Safán ra’ýpe, Acbor Micaías ra’ýpe, Safán kuatiahaihárape, ha Asahíaspe, peteĩ mburuvicha guasu rembiguái, he’ívo: Tapeho, peporandu Ñandejárape cherehehápe, tavayguakuéra rehehápe, ha opa Judá rehehápe, ko kuatiañe’ẽ ojejuhúva’ekue ñe’ẽnguéra rehe; tuicha niko Ñandejára pochy hendýva ñande rehe, ñande ru kuéra nohenduséigui ko kuatiañe’ẽ ñe’ẽnguéra, ojapo hag̃ua opa mba’e ojehaíva ñande rehe. 2 Reyes 22:3–13.</w:t>
      </w:r>
    </w:p>
    <w:p>
      <w:pPr>
        <w:pStyle w:val="ArticleBody"/>
        <w:jc w:val="left"/>
      </w:pPr>
      <w:r>
        <w:rPr>
          <w:rFonts w:ascii="Times New Roman" w:hAnsi="Times New Roman" w:eastAsia="Times New Roman" w:cs="Times New Roman"/>
        </w:rPr>
        <w:t>Pe ñe’ẽmarandu peteĩ mitã oikotaha, hérava Josías, ohechauka 11 jasyporundy 2001, upe árape pe ánhel ipokatuetéva oguejy ha omboguata ijyvy pahapegua tavayguakuérape jey hag̃ua tape yma guarépe. Upe jeguejy ojehechaukavaʼekue raẽ kuri pe ánhel mismo oguejýramo 11 jasypoapy 1840-pe. Mokõivéva jeguejy ohechauka peteĩ profesía Islam rehegua oñembotývo. Pe tapicha histórico, héra ojoajúva rehegua ojekuaauka hag̃ua tenonderãme, ha oñemoherakuã hag̃ua pe tenonderã marandu oñembotýtaha pe profesía aravo rehegua Islam rehegua ojejuhúva Apocalipsis kapítulo 9 versíkulo 15-pe, haʼe vaʼekue Josías.</w:t>
      </w:r>
    </w:p>
    <w:p>
      <w:pPr>
        <w:pStyle w:val="ArticleBody"/>
        <w:jc w:val="left"/>
      </w:pPr>
      <w:r>
        <w:rPr>
          <w:rFonts w:ascii="Times New Roman" w:hAnsi="Times New Roman" w:eastAsia="Times New Roman" w:cs="Times New Roman"/>
        </w:rPr>
        <w:t>Mokõive mokõivépe pe ánhel Apocalipsis kapítulo diez térã dieciocho-gui oguejývape, pe téra “Josías” ojehechauka. Josiah Litch omyasãi vaekue Islam marandu oñekumplíva’ekue agosto 11, 1840-pe, ha septiembre 11, 2001-pe pe profesía peteĩ mitã hérava Josías rehegua, oñemoĩva’ekue pe proféta naiñe’ẽrendúivape Jeroboam rembiasakuepe, oñekumpli Laodicea Adventismo-pe, pe ánhel ogueraha ramo Ipuévlo ára pahápegua jey pe tembiasakue ñepyrũrãme, upépe pe joavy pe proféta naiñe’ẽrendúiva ha Jeroboam apytépe oguahẽ haguépe ikumplimientorã. Pe testimonio bíblico ohechauka vaekue peteĩ predicción peteĩ Josías ou vaerã rehegua, ha pe tembiasakue pe proféta naiñe’ẽrendúiva ohechauka vaekue oñembopyahu jey ramo 1844-pe, ipredicción téra rehegua oñemoĩ jey profecía rembiasakuepe.</w:t>
      </w:r>
    </w:p>
    <w:p>
      <w:pPr>
        <w:pStyle w:val="ArticleBody"/>
        <w:jc w:val="left"/>
      </w:pPr>
      <w:r>
        <w:rPr>
          <w:rFonts w:ascii="Times New Roman" w:hAnsi="Times New Roman" w:eastAsia="Times New Roman" w:cs="Times New Roman"/>
        </w:rPr>
        <w:t>11 jasypakõi 2001-pe, Judá ñemoñaregui León ogueraha jey Itavayguakuéra ára pahapeguápe Jeremías tape yma guarépe, umíva ohechaukáva umi cuarenta y seis ary, upekuéra jave Ñe'ẽrerahaha Pacto rehegua omopu'ã hague peteĩ templo ou hag̃ua pya'e ipype 22 jasypakõi 1844-pe. Josías ojuhu va'ekue Moisés ñe'ẽ vaietegua oñepyrũvo pe tembiapo oñemyatyrõ hag̃ua pe templo. Umi cien cuarenta y cuatro mil rembiapo ojehechauka Isaías rupive peteĩ tembiapo ñemyatyrõrãramo.</w:t>
      </w:r>
    </w:p>
    <w:p>
      <w:pPr>
        <w:pStyle w:val="ArticleScripture"/>
        <w:jc w:val="left"/>
      </w:pPr>
      <w:r>
        <w:rPr>
          <w:rFonts w:ascii="Times New Roman" w:hAnsi="Times New Roman" w:eastAsia="Times New Roman" w:cs="Times New Roman"/>
        </w:rPr>
        <w:t>Ha’ekuéra omopu’ãta umi mba’e yma guare oñehundipava’ekue, omoñepyrũ jeýta umi tetã ojeheja rei va’ekue yma guare, ha omyatyrõta umi táva oñehundi va’ekue, umi ñehundipa heta generación aja. Isaías 61:4.</w:t>
      </w:r>
    </w:p>
    <w:p>
      <w:pPr>
        <w:pStyle w:val="ArticleBody"/>
        <w:jc w:val="left"/>
      </w:pPr>
      <w:r>
        <w:rPr>
          <w:rFonts w:ascii="Times New Roman" w:hAnsi="Times New Roman" w:eastAsia="Times New Roman" w:cs="Times New Roman"/>
        </w:rPr>
        <w:t>Pe tembiapo Josías ojapóva omyatyrõ ha omoporahéi jeyvo pe tupao, ha’e pe tembiapo Isaías he’íva ojapoha Ñandejára tavayguakuéra ára pahápegua; opa proféta ningo oñe’ẽ hetave umi ára paháre umi ára oikove hague rangue. Upe tembiapo avei ojehechauka hag̃ua ta’ãnga profétikape umi osẽ vaʼekuépe Babilóniagui Esdras tiémpope.</w:t>
      </w:r>
    </w:p>
    <w:p>
      <w:pPr>
        <w:pStyle w:val="ArticleScripture"/>
        <w:jc w:val="left"/>
      </w:pPr>
      <w:r>
        <w:rPr>
          <w:rFonts w:ascii="Times New Roman" w:hAnsi="Times New Roman" w:eastAsia="Times New Roman" w:cs="Times New Roman"/>
        </w:rPr>
        <w:t>Ñande niko tembiguái; upéicharõ jepe ñandejára ndohejarei oréve ore rembiguáipe, ha ojepyso ore ári poriahuvereko Persia ruvicha guasu kuéra renondépe, ome'ẽ hag̃ua oréve peteĩ jeikove pyahu, omopu'ã hag̃ua ñandejára róga, ha omyatyrõ hag̃ua umi ivaipa ha oñehundi va'ekue ipype, ha ome'ẽ hag̃ua oréve peteĩ muralla Judá ha Jerusalénpe. Esdras 9:9.</w:t>
      </w:r>
    </w:p>
    <w:p>
      <w:pPr>
        <w:pStyle w:val="ArticleBody"/>
        <w:jc w:val="left"/>
      </w:pPr>
      <w:r>
        <w:rPr>
          <w:rFonts w:ascii="Times New Roman" w:hAnsi="Times New Roman" w:eastAsia="Times New Roman" w:cs="Times New Roman"/>
        </w:rPr>
        <w:t>Pe tembiapo omotenondéva Esdras ojapókuri ojejapo rire osẽvo Babilóniagui, ha upéva ohechauka pe tembiapo Josías ojapóva’ekue pe tupao ñemyatyrõ rehegua, pe tembiapo Isaías omombe’úva Tupã tavayguakuéra ára pahapegua rehegua, ha upéva oñepyrũ va’ekue 11 jasyporundy 2001-pe. Apocalipsis-pe avei Juan ohechakuaa upe tembiapo.</w:t>
      </w:r>
    </w:p>
    <w:p>
      <w:pPr>
        <w:pStyle w:val="ArticleScripture"/>
        <w:jc w:val="left"/>
      </w:pPr>
      <w:r>
        <w:rPr>
          <w:rFonts w:ascii="Times New Roman" w:hAnsi="Times New Roman" w:eastAsia="Times New Roman" w:cs="Times New Roman"/>
        </w:rPr>
        <w:t>Ha pe ñe'ẽ ahendu va'ekue yvágagui oñe'ẽ jeýma chendive, ha he'i: Tereho, ha egueraha pe kuatiañe'ẽ michĩva ojepe'áva angel popegua, pe oĩva yguasu ári ha yvy ári. Upéi aha pe ángel rendápe ha ha'e chupe: Eme'ẽ chéve pe kuatiañe'ẽ michĩva. Ha ha'e he'i chéve: Egueraha, ha e'u; nde ryepýpe ombohýta, ha nde jurúpe he'ẽta eícha. Upérõ agueraha pe kuatiañe'ẽ michĩva ángel pógui ha ha'u; ha che jurúpe he'ẽ eícha: ha amokõ rire, che ryepýpe ombohý. Ha ha'e he'i chéve: Reñemoñe'ẽva'erã jey marandu hag̃ua heta tavayguakuéra, tetãnguéra, ñe'ẽnguéra ha mburuvichakuéra renondépe. Ha oñeme'ẽ chéve peteĩ takua ojoguáva peteĩ yvyra po'ípe; ha pe ángel oĩ he'ívo: Epu'ã, ha emedí Ñandejára Tupaó, pe altar, ha umi omomba'éva upépe. Pe korapy oĩva Tupaó okápe katu eheja hag̃uáicha, ani emedí chupe; oñeme'ẽ rupi umi tetã ambueguápe: ha pe táva marangatu opyrũta hikuái mokõi ha irundy jasy pukukue. Ha ame'ẽta pokatu che mokõi testígope, ha ha'ekuéra oñemoñe'ẽta marandu mil mokõi sute ha saĩ ary pukukue, ao ajovái reheve. Apocalipsis 10:8–11:3.</w:t>
      </w:r>
    </w:p>
    <w:p>
      <w:pPr>
        <w:pStyle w:val="ArticleBody"/>
        <w:jc w:val="left"/>
      </w:pPr>
      <w:r>
        <w:rPr>
          <w:rFonts w:ascii="Times New Roman" w:hAnsi="Times New Roman" w:eastAsia="Times New Roman" w:cs="Times New Roman"/>
        </w:rPr>
        <w:t>Ko pasáhepe Juan ohechauka umi Millerita-kuérape, haʼekuéra hoʼúvaʼekue pe marandu oĩva pe ánhel pópe oguejy ramo guare 11 jasypoapy 1840-pe, ha katu avei ohasaʼasývaʼekue pe ñembyasýi roʼyrõ 22 jasypa 1844-pe. Oĩvo pe ñembyasýi roʼyrõ 1844-pe, ojeʼe chupe haʼe, Tupã rembiguaikuéra ára pahapeguáicha techaukáramo, ojapojey vaʼerãha pe jehasa asy ohechaukáva 1840 guive 1844 peve, upéicha ohechauka hag̃ua tenonderã 11 jasyporundy 2001-pe, ha pe arapokõindy pyaʼetéva oútava peve. Ojeʼe chupe: “Reprofetisa jeýne heta tetãygua, ha tetãnguéra, ha ñeʼẽnguéra, ha mburuvichakuéra renondépe”, ohechaukáva opa yvy tuichakue ohesapévo pe ánhel oguejy jave Apocalipsis 18-pe, oñembojevy jave Apocalipsis kapítulo 10 rembiasakue—“línea ári línea.”</w:t>
      </w:r>
    </w:p>
    <w:p>
      <w:pPr>
        <w:pStyle w:val="ArticleBody"/>
        <w:jc w:val="left"/>
      </w:pPr>
      <w:r>
        <w:rPr>
          <w:rFonts w:ascii="Times New Roman" w:hAnsi="Times New Roman" w:eastAsia="Times New Roman" w:cs="Times New Roman"/>
        </w:rPr>
        <w:t>Ojekuáva hag̃ua pe tembiasakue ojerejeytaha Tupã ára pahápegua tavayguakuéra omarandujeýramo, Juanpe oñeñanduka vaʼekue “opuʼã ha tomedi” Tupã róga marangatu. I “medición” oñemombeʼu porã porã vaʼekue, pórke oñemoĩma kuri chupe ary 1844-pe, upépe ipyʼa ryepýpe oñembyasy hag̃ua pe ñembotavy oguerúva’ekue octubre 22. Oñeʼẽ chupe tomedi hag̃ua pe templo, ha ani hag̃ua omedi pe korapy okapegua, pórke oñemombeʼu chupe upéva orrepresentaha umi gentil-kuéra ára, ha upérõ haʼekuéra opyrũmbaitetaha pe korapy ári mil doscientos sesenta ary aja. Umi mil doscientos sesenta ary opa 1798-pe. Juan oñepyrũ vaʼerãkuri omedi 1798-pe, ha oheja hag̃uáicha umi mil doscientos sesenta ary mboyvegua, upe jave pe templo espiritual ha Jerusalén espiritual oñepyrũmbaitéma vaʼekue. Haʼe oĩ kuri pe ñembotavy 1844-pe, upévare 1798 guive 1844 peve oĩ cuarenta y seis ary. Umi cuarenta y seis ary orrepresenta pe templo.</w:t>
      </w:r>
    </w:p>
    <w:p>
      <w:pPr>
        <w:pStyle w:val="ArticleBody"/>
        <w:jc w:val="left"/>
      </w:pPr>
      <w:r>
        <w:rPr>
          <w:rFonts w:ascii="Times New Roman" w:hAnsi="Times New Roman" w:eastAsia="Times New Roman" w:cs="Times New Roman"/>
        </w:rPr>
        <w:t>Juan, Tupã ára pahápegua tavakuéra oprofetizata jey hag̃ua, oprofetizahaguéicha 1840 guive 1844 peve, oñepyrũ vaʼerãkuri pe ánhel oguejy jave peteĩ profesía Islam rehegua oñekumpli ramo. Iñembaʼapo oprofetiza jey hag̃ua oikotevẽta kuri peteĩ tembiapo oñemedi hag̃ua pe templo, ha upe tembiapo orrepresentáta peteĩ jehesaʼỹijo umi “tape yma guare” rehegua, ha upéva hína pe tembiasakue orrepresentáva pe “templo”, oñepyrũvaʼekue pe ára paha ñepyrũme 1798-pe, ha opa pe ñembyasy tuichaitéva 1844-pe. Haʼekuéra oñepyrũvo hembiapo ohesaʼỹijo hag̃ua Jeremías tape yma guaréva, ha upéva hína Juan “templo irundy pa teĩ ary” rehegua, Moisés ñeʼẽ vai ojejuhu umi ytypa apytépe isarambíva pe templo tuichakue javeve, ha oñekumpli pe marandu Josías oútava rehegua. Josías rembiapo avei Isaías rupive ojehechauka jey:</w:t>
      </w:r>
    </w:p>
    <w:p>
      <w:pPr>
        <w:pStyle w:val="ArticleScripture"/>
        <w:jc w:val="left"/>
      </w:pPr>
      <w:r>
        <w:rPr>
          <w:rFonts w:ascii="Times New Roman" w:hAnsi="Times New Roman" w:eastAsia="Times New Roman" w:cs="Times New Roman"/>
        </w:rPr>
        <w:t>Ha umi oĩtava ndehegui omopuʼãta umi tenda yma guarékue oñehundipavaʼekue; nde emopuʼã jeyta heta ñemoñare ypykue rapyta; ha nde réra hag̃ua, Pe omyatyrõva pe jeka, Pe omoĩ jeýva umi tape ojeiko hag̃ua pype. Isaías 58:12.</w:t>
      </w:r>
    </w:p>
    <w:p>
      <w:pPr>
        <w:pStyle w:val="ArticleBody"/>
        <w:jc w:val="left"/>
      </w:pPr>
      <w:r>
        <w:rPr>
          <w:rFonts w:ascii="Times New Roman" w:hAnsi="Times New Roman" w:eastAsia="Times New Roman" w:cs="Times New Roman"/>
        </w:rPr>
        <w:t>Tupã ára pahápegua tavayguakuéra omyatyjey vaʼerãkuri “tape oiko hag̃ua pype”, ha umíva hína Jeremías “tape yma guare”. Haʼekuéra omopuʼãjey vaʼerãkuri umi tenda ymágui oñehundi vaʼekue, Josías ha Esdras rembiasakue peguáicha umi ombaʼapóva ojapo haguéicha. Oipurú vaʼerãkuri pe tembiaporã rape “línea ári línea”, ndahaʼéi hag̃uére añónte “omopuʼã” pe Adventismo rembiasakue ypykue, ojehechaukáva pe tupão oñemopuʼã hague cuarenta y seis áño aja rupive, síno upéva ojapóvo omopuʼã vaʼerãkuri avei “heta generación fundamento”. Ohechakuaa vaʼerãkuri opaite movimiento de reforma ohechaukaha peteĩ tembiapo fundacional, ha “línea ári línea” ohechauka hag̃ua umi fundamento ára pahápegua 1798 guive 1844 peve. Omyatyrõ vaʼerãkuri “pe jeka”, ha pe jeka heʼise pe ypykue ñembyai peteĩ mbaʼyrúpe térã peteĩ murálla rehe, oipeʼáva tape oñemboheta hag̃ua ñehundi. Pe “jeka” oñemyatyrõ vaʼerã vaʼekue hína pe puʼakaʼỹ 1863-peguare.</w:t>
      </w:r>
    </w:p>
    <w:p>
      <w:pPr>
        <w:pStyle w:val="ArticleBody"/>
        <w:jc w:val="left"/>
      </w:pPr>
      <w:r>
        <w:rPr>
          <w:rFonts w:ascii="Times New Roman" w:hAnsi="Times New Roman" w:eastAsia="Times New Roman" w:cs="Times New Roman"/>
        </w:rPr>
        <w:t>Josías og̃uahẽrõ guare 11 jasyporundy 2001-pe, Tupã rembyre ára pahápe guaréva ojevy Jeremías rape yma guarépe ha oñepyrũ omedi hag̃ua historia Millerita. Oikuaa hikuái pe “brecha”. Ohechakuaa hikuái pe añetegua umi joya rehegua Miller képeguápe, omopu’ã aja “umi tenda tuja oñembyaipa va’ekue”. Oikuaa hikuái pe “siete tiempo”, Josías ojapo haguéicha, ha omoĩjey hikuái pe añetegua Levítico mokoĩpa poteĩ rehegua, ha péicha omopu’ãjey “umi ñehundi yma guare”. Omoĩjey rire hikuái umi ñehundi “peteĩha” ha “paha” Levítico mokoĩpa poteĩ pegua, upérõ ohechakuaa hikuái peteĩva opa hague 1798-pe ha ambuéva 1844-pe. Upéicha rupi hembiapo omopu’ãvo umi ñehundi yma guare ha’eva’ekue upe “yvira” voi oñeme’ẽ va’ekue Juánpe ikatu hag̃uáicha omedi pe tupão.</w:t>
      </w:r>
    </w:p>
    <w:p>
      <w:pPr>
        <w:pStyle w:val="ArticleBody"/>
        <w:jc w:val="left"/>
      </w:pPr>
      <w:r>
        <w:rPr>
          <w:rFonts w:ascii="Times New Roman" w:hAnsi="Times New Roman" w:eastAsia="Times New Roman" w:cs="Times New Roman"/>
        </w:rPr>
        <w:t>Pe León Judá ñemoñaregua ogueraha jey ipuévlope umi tape yma guarépe, ikatu hag̃uáicha ojuhu hikuái pe ama paha marandu, ha pe ama paha marandu ha’e Islam marandu pe mbohapyha ñembyasy guasúpegua. Oguahẽvo ipahápe ojuhu hikuái mokõi tabla marangatu Habacuc rehegua, oñerrepresentáva umi cuadro pionero 1843 ha 1850-pe, ohecha hikuái pe fundamento oikeha ipype pe “mbohapy ñembyasy guasu” Apocalipsis capítulo 8-peguáva, ha pe mokõiha ñembyasy guasu opa hague pe tembiasakue fundacionalpe, upépe oñemopu’ã haguépe pe templo Millerita. Upéi ohechakuaa hikuái pe ñehesa’ỹijo regla umi profecía mbohapy jey hag̃ua jeiporu rehegua oñemoĩma hague ymaite guive Pe León Judá ñemoñareguágui, ikatu hag̃uáicha, ojevývo Jeremías tape yma guarépe, oikuaa hikuái “pe pytu’u ha pe mbopy’aguapy”, ha’éva pe ama paha marandu pe mbohapyha ñembyasy guasúpegua, ojehechakuaáva ha oñemopyendáva umi mokõi testigo rehe pe peteĩha ha mokõiha ñembyasy guasu ndive.</w:t>
      </w:r>
    </w:p>
    <w:p>
      <w:pPr>
        <w:pStyle w:val="ArticleBody"/>
        <w:jc w:val="left"/>
      </w:pPr>
      <w:r>
        <w:rPr>
          <w:rFonts w:ascii="Times New Roman" w:hAnsi="Times New Roman" w:eastAsia="Times New Roman" w:cs="Times New Roman"/>
        </w:rPr>
        <w:t>Rojapóta ñamoguahẽta ko ñehesa’ỹijo oúva pe artíkulo oúvape.</w:t>
      </w:r>
    </w:p>
    <w:p>
      <w:pPr>
        <w:pStyle w:val="ArticleScripture"/>
        <w:jc w:val="left"/>
      </w:pPr>
      <w:r>
        <w:rPr>
          <w:rFonts w:ascii="Times New Roman" w:hAnsi="Times New Roman" w:eastAsia="Times New Roman" w:cs="Times New Roman"/>
        </w:rPr>
        <w:t>“Pe enemigo oheka ombotavy hag̃ua ñane ermáno ha ñane ermána kuérape pe tembiapógui ojejapóva hag̃uáicha peteĩ tetãgua oĩ hag̃uáicha mbarete koʼã ára pahápe. Ijapu arandu rehegua oñemoĩ hag̃ua omomombyry hag̃ua umi apytuʼũme ko aravo pegua mbaʼe vai ha tembiaporãgui. Haʼekuéra omombaʼeʼỹmbaite pe tesape Cristo ou hague yvágagui omeʼẽ hag̃ua Juánpe Itavayguakuérape g̃uarã. Haʼekuéra omboʼe umi mbaʼe ojehútava ñande renonderãmiha ndahaʼeiha tuicha mbaʼe oñemeʼẽ hag̃ua chupekuéra atención especial. Haʼekuéra ombogue pe añetegua yvága ypykueguáva rembiapo, ha oipeʼa Tupã tavayguakuéragui ijehasa yma guare, ha upéva rendaguépe omeʼẽ chupekuéra peteĩ seudo-siensia.”</w:t>
      </w:r>
    </w:p>
    <w:p>
      <w:pPr>
        <w:pStyle w:val="ArticleScripture"/>
        <w:jc w:val="left"/>
      </w:pPr>
      <w:r>
        <w:rPr>
          <w:rFonts w:ascii="Times New Roman" w:hAnsi="Times New Roman" w:eastAsia="Times New Roman" w:cs="Times New Roman"/>
        </w:rPr>
        <w:t>“‘Péicha he’i Ñandejára: Peñembo’y tape rupi, ha pehecha, ha pejerure umi tape yma guaréva rehe, moõpa oĩ pe tape porã, ha peguata ipype.’ Jeremías 6:16.”</w:t>
      </w:r>
    </w:p>
    <w:p>
      <w:pPr>
        <w:pStyle w:val="ArticleScripture"/>
        <w:jc w:val="left"/>
      </w:pPr>
      <w:r>
        <w:rPr>
          <w:rFonts w:ascii="Times New Roman" w:hAnsi="Times New Roman" w:eastAsia="Times New Roman" w:cs="Times New Roman"/>
        </w:rPr>
        <w:t>“Avave ani oheka hag̃ua omongu’i térã oipe’a hag̃ua ñande jerovia rapyta—umi rapyta oñemopyenda vaʼekue ñane rembiapo ñepyrũme Ñeʼẽ rehe ñemboʼe guive oñehesaʼỹijo hag̃ua ha revelación rupive. Koʼã rapyta ári roñemopuʼã hína kuri umi pahávo cincuenta áño pukukue. Yvypóra ikatu oimoʼã ojuhu hague peteĩ tape pyahu ha ikatuha omoĩ peteĩ rapyta imbaretevéva upe oñemopyenda vaʼekuégui. Péro kóva haʼe peteĩ ñembotavy guasu. Ambue rapyta niko avave ndaikatúi omoĩ pe oñemopyenda vaʼekue ambuégui.”</w:t>
      </w:r>
    </w:p>
    <w:p>
      <w:pPr>
        <w:pStyle w:val="ArticleScripture"/>
        <w:jc w:val="left"/>
      </w:pPr>
      <w:r>
        <w:rPr>
          <w:rFonts w:ascii="Times New Roman" w:hAnsi="Times New Roman" w:eastAsia="Times New Roman" w:cs="Times New Roman"/>
        </w:rPr>
        <w:t>“Yma guaré heta oñepyrũ omopu’ã hag̃ua peteĩ jerovia pyahu, omoñepyrũ hag̃ua peteĩteĩ mba’e pyahu. Péro mboy araka’e peve opyta ijyvate pe omopu’ãva’ekue? Pya’e oguejy, ndojepytasói hag̃ua pe Ita Guasu ári.”</w:t>
      </w:r>
    </w:p>
    <w:p>
      <w:pPr>
        <w:pStyle w:val="ArticleScripture"/>
        <w:jc w:val="left"/>
      </w:pPr>
      <w:r>
        <w:rPr>
          <w:rFonts w:ascii="Times New Roman" w:hAnsi="Times New Roman" w:eastAsia="Times New Roman" w:cs="Times New Roman"/>
        </w:rPr>
        <w:t>“¿Ndaipa umi temimbo’e peteĩha ndojuhúi va’erã kuri yvypóra ñe’ẽnguéra? ¿Ndojapói va’erã piko hikuái ohendu hag̃ua teoría japu, ha upéi, ojapopa rire opa mba’e, opyta mbarete hag̃ua, he’ívo: ‘Ambue pyenda ndaikatúi avave omoĩ pe oñemoĩmava ári’”? 1 Corintios 3:11.</w:t>
      </w:r>
    </w:p>
    <w:p>
      <w:pPr>
        <w:pStyle w:val="ArticleScripture"/>
        <w:jc w:val="left"/>
      </w:pPr>
      <w:r>
        <w:rPr>
          <w:rFonts w:ascii="Times New Roman" w:hAnsi="Times New Roman" w:eastAsia="Times New Roman" w:cs="Times New Roman"/>
        </w:rPr>
        <w:t>“Upévare ñande jajoko vaʼerã mbaretehápe, paha peve, ñande jerovia ñepyrũmby. Ñeʼẽ ipokatúva Tupã ha Cristo omondo ko tetãygua-pe, oguenohẽ hag̃ua chupekuéra ko yvóra apytégui, peteĩteĩ rupive, añetegua koʼág̃agua hesakã porãvévape. Rembeʼýpe ojepokóva tata marangatúre, Tupã rembiguái kuéra omomarandu pe marandu. Pe ñeʼẽ yvagagua omoĩ hechakuaa hag̃ua añeteha pe añetegua oñemomarandúva.” Testimonies, volúmen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Número Ciento Siete</dc:title>
  <dc:subject>Pe Mombeʼugua Profético: Jeroboam guive Josías peve ha Tape Yma Guaréva Ñemyatyrõ Jey</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