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Diez hag̃ua</w:t>
      </w:r>
    </w:p>
    <w:p>
      <w:pPr>
        <w:pStyle w:val="ArticleSubtitle"/>
        <w:jc w:val="left"/>
      </w:pPr>
      <w:r>
        <w:rPr>
          <w:rFonts w:ascii="Arial" w:hAnsi="Arial" w:eastAsia="Arial" w:cs="Arial"/>
        </w:rPr>
        <w:t>Pe Proseso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Daniel capítulo peteĩme, Daniel ojegueraha Jeremías oporoprofetiza haguéicha pe jehapykuévo setenta ary pukukuepe, ha opyta upépe Ciro araka’ẽ peteĩha peve.</w:t>
      </w:r>
    </w:p>
    <w:p>
      <w:pPr>
        <w:pStyle w:val="ArticleScripture"/>
        <w:jc w:val="left"/>
      </w:pPr>
      <w:r>
        <w:rPr>
          <w:rFonts w:ascii="Times New Roman" w:hAnsi="Times New Roman" w:eastAsia="Times New Roman" w:cs="Times New Roman"/>
        </w:rPr>
        <w:t>Ha Daniel opyta pe mburuvicha guasu Ciro arýpe peteĩha peve. Daniel 1:21.</w:t>
      </w:r>
    </w:p>
    <w:p>
      <w:pPr>
        <w:pStyle w:val="ArticleBody"/>
        <w:jc w:val="left"/>
      </w:pPr>
      <w:r>
        <w:rPr>
          <w:rFonts w:ascii="Times New Roman" w:hAnsi="Times New Roman" w:eastAsia="Times New Roman" w:cs="Times New Roman"/>
        </w:rPr>
        <w:t>Upéicha, Daniel oikove pe ipahaite pe setenta ary jejapyhy guýpe rembiasakue, pe decreto ome'ẽ va'ekue pe jevy yma Israélpegua tojevy hag̃ua omopu'ã ha omyatyro jey hag̃ua Jerusalén.</w:t>
      </w:r>
    </w:p>
    <w:p>
      <w:pPr>
        <w:pStyle w:val="ArticleScripture"/>
        <w:jc w:val="left"/>
      </w:pPr>
      <w:r>
        <w:rPr>
          <w:rFonts w:ascii="Times New Roman" w:hAnsi="Times New Roman" w:eastAsia="Times New Roman" w:cs="Times New Roman"/>
        </w:rPr>
        <w:t>Ha ko'ág̃a Ciro, mburuvicha Persiapegua, oisãmbyhývo peteĩha áñope, oñemboguata hag̃ua Ñandejára ñe'ẽ Jeremías jurúre he'íva, Ñandejára omokyre'ỹ Ciro, mburuvicha Persiapegua, espíritu; ha upévare ha'e omyasãi peteĩ marandu he'íva opa irreíno pukukue javeve, ha avei omoĩkuri kuatiare, he'ívo: Esdras 1:1.</w:t>
      </w:r>
    </w:p>
    <w:p>
      <w:pPr>
        <w:pStyle w:val="ArticleBody"/>
        <w:jc w:val="left"/>
      </w:pPr>
      <w:r>
        <w:rPr>
          <w:rFonts w:ascii="Times New Roman" w:hAnsi="Times New Roman" w:eastAsia="Times New Roman" w:cs="Times New Roman"/>
        </w:rPr>
        <w:t>Upévare, Daniel ha’e pe símbolo pe proceso de prueba rehegua umi cien cuarenta y cuatro mil rehegua, oñepyrũva’ekue 11 jasyporundy 2001-pe, ha osegíva peve “decreto” peve, omarkáva pe ñehenói osẽ hag̃ua Babiloniágui.</w:t>
      </w:r>
    </w:p>
    <w:p>
      <w:pPr>
        <w:pStyle w:val="ArticleScripture"/>
        <w:jc w:val="left"/>
      </w:pPr>
      <w:r>
        <w:rPr>
          <w:rFonts w:ascii="Times New Roman" w:hAnsi="Times New Roman" w:eastAsia="Times New Roman" w:cs="Times New Roman"/>
        </w:rPr>
        <w:t>Ha ahendu ambue ñe'ẽ yvágagui, he'íva: Pesẽ chugui, che retãyguakuéra, ani hag̃ua peñemboja'o hembiapo angaipa rehe, ha ani hag̃ua pehupyty umi mba'asy vai oguerekóva. Pórke hembiapo angaipakuéra oguahẽ yvágape, ha Tupã imandu'a heko añáre. Apocalipsis 18:4, 5.</w:t>
      </w:r>
    </w:p>
    <w:p>
      <w:pPr>
        <w:pStyle w:val="ArticleBody"/>
        <w:jc w:val="left"/>
      </w:pPr>
      <w:r>
        <w:rPr>
          <w:rFonts w:ascii="Times New Roman" w:hAnsi="Times New Roman" w:eastAsia="Times New Roman" w:cs="Times New Roman"/>
        </w:rPr>
        <w:t>Umi setenta ary ñemongakuaapy rehegua ha’e pe prueba ha mopotĩrã ára umi cien cuarenta y cuatro mil rehegua. 11 jasyporundy ary 2001-pe og̃uahẽ Islam pe mbohapyha Ay. Kóva ojehechakuaa añónte umi omoneĩva Adventismo añetegua ypykue. Peteĩha Ay ha mokõiha Ay mokõivéva ojehechakuaa porã Islam ramo umi pionero rupive. Mokõivéva, pe cuadro pionero 1843 ha pe 1850-pegua ári, Ellen White omoneĩva, ha ojehechaukáva Habacuc capítulo mokõi ñembyaty ramo, Islam ojehechauka umi trompeta poha ha poteĩha ramo. Umi mbohapy trompeta pahague ha’e Ay Trompeta-kuéra.</w:t>
      </w:r>
    </w:p>
    <w:p>
      <w:pPr>
        <w:pStyle w:val="ArticleScripture"/>
        <w:jc w:val="left"/>
      </w:pPr>
      <w:r>
        <w:rPr>
          <w:rFonts w:ascii="Times New Roman" w:hAnsi="Times New Roman" w:eastAsia="Times New Roman" w:cs="Times New Roman"/>
        </w:rPr>
        <w:t>Ha ama’ẽ ha ahendu peteĩ ánhel oveveha yvágape mbyte rupi, heʼíva ñeʼẽ hatãme: “¡Aichejáranga, aichejáranga, aichejáranga umi yvy ári oikóva rehe, umi mbohapy ánhel trompéta ñeʼẽ ambuéva rupive, umi gueteri ombopu vaʼerã!” Apocalipsis 8:13.</w:t>
      </w:r>
    </w:p>
    <w:p>
      <w:pPr>
        <w:pStyle w:val="ArticleBody"/>
        <w:jc w:val="left"/>
      </w:pPr>
      <w:r>
        <w:rPr>
          <w:rFonts w:ascii="Times New Roman" w:hAnsi="Times New Roman" w:eastAsia="Times New Roman" w:cs="Times New Roman"/>
        </w:rPr>
        <w:t>Oĩramo oĩ mbohapy Trompéta Ñehundi rehegua, ha pe peteĩha ha mokõiha Trompéta Ñehundi rehegua ha’e Islam, upéicharõ hasy’ỹeterei jahechakuaa hag̃ua pe mbohapyha Trompéta Ñehundi rehegua avei ha’eha Islam. Peteĩ mba’e oĩva pe símbolope Islam rehegua Trompéta Ñehundi ramo, ha’e hína ijejoko, ha upéi oñemosãso jave. Hermana White omombe’u Apocalipsis siete-pegua irundy yvytu rehe, peteĩ “kavaju pochy” ramo, ohekáva “oñemosãso hag̃ua” ha “ogueroúvo mano ha ñehundi” hapykuéri.</w:t>
      </w:r>
    </w:p>
    <w:p>
      <w:pPr>
        <w:pStyle w:val="ArticleScripture"/>
        <w:jc w:val="left"/>
      </w:pPr>
      <w:r>
        <w:rPr>
          <w:rFonts w:ascii="Times New Roman" w:hAnsi="Times New Roman" w:eastAsia="Times New Roman" w:cs="Times New Roman"/>
        </w:rPr>
        <w:t>“Umi ánhel ojejoko hína umi irundy yvytu, oñerrepresentáva peteĩ kavaju pochy ramo ohekáva osẽ hag̃ua isãsógui ha ani hag̃ua oho pya’e opa yvy ape ári, ogueraháva ñehundi ha mano tape rehe.”</w:t>
      </w:r>
    </w:p>
    <w:p>
      <w:pPr>
        <w:pStyle w:val="ArticleScripture"/>
        <w:jc w:val="left"/>
      </w:pPr>
      <w:r>
        <w:rPr>
          <w:rFonts w:ascii="Times New Roman" w:hAnsi="Times New Roman" w:eastAsia="Times New Roman" w:cs="Times New Roman"/>
        </w:rPr>
        <w:t>“¿Japykéta piko pe arapy opa’ỹva rembe’yetepe? ¿Japytáta piko ñane akãtarova’ỹ, ro’ysã ha omanóvaicha? ¡Ah, toguahẽ hag̃ua ñande iglésiakuérape Tupã Espíritu ha ipytu oñepytu’úva Itavayguakuérape, ikatu hag̃uáicha ha’ekuéra oñembo’y hapykuéri ha toikove! Tekotevẽ jahecha tape ipyahúva, ha okẽ ipy’apyha. Ha ñande jahasa aja pe okẽ ipy’apyha rupi, ipekuéra ndorekói límite.” Manuscript Releases, volúmen 20, 217.</w:t>
      </w:r>
    </w:p>
    <w:p>
      <w:pPr>
        <w:pStyle w:val="ArticleBody"/>
        <w:jc w:val="left"/>
      </w:pPr>
      <w:r>
        <w:rPr>
          <w:rFonts w:ascii="Times New Roman" w:hAnsi="Times New Roman" w:eastAsia="Times New Roman" w:cs="Times New Roman"/>
        </w:rPr>
        <w:t>Umi irundy ánhel ojejokóva umi irundy yvytu hína ojejokóvo pe “kavaju pochy” marandu’ypy Bíblico-pegua oguerúva ñemano ha ñehundi. Apocalipsis kapítulo nueve-pe, upépe ojehechauka hag̃ua pe primer ha segundo Trompéta de Ay, oĩ peteĩ mburuvicha guasu ojehechaukáva. Ha’e ojehechauka Apocalipsis “nueve-once”-pe.</w:t>
      </w:r>
    </w:p>
    <w:p>
      <w:pPr>
        <w:pStyle w:val="ArticleScripture"/>
        <w:jc w:val="left"/>
      </w:pPr>
      <w:r>
        <w:rPr>
          <w:rFonts w:ascii="Times New Roman" w:hAnsi="Times New Roman" w:eastAsia="Times New Roman" w:cs="Times New Roman"/>
        </w:rPr>
        <w:t>Haʼekuéra oguereko vaʼekue hiʼári peteĩ mburuvicha guasu, haʼe vaʼekue pe yvypóraʼỹ pypukúgui pe ánhel, hérava hebreo ñeʼẽme Abadón, ha griego ñeʼẽme katu héra Apolión. oĩ hag̃uáicha hiʼári kuéra. Apocalipsis 9:11.</w:t>
      </w:r>
    </w:p>
    <w:p>
      <w:pPr>
        <w:pStyle w:val="ArticleBody"/>
        <w:jc w:val="left"/>
      </w:pPr>
      <w:r>
        <w:rPr>
          <w:rFonts w:ascii="Times New Roman" w:hAnsi="Times New Roman" w:eastAsia="Times New Roman" w:cs="Times New Roman"/>
        </w:rPr>
        <w:t>Téra, ha upévare pe carácter ruvicha Islamgua rehegua, ha’e Abadón hebreo-pe ha Apolión griego-pe. Mokõivéva, Antiguo ha Nuevo Testamento-pe, oñerepresentáva hebreo ha griego rupive, Islam carácter ojejuhu ko mokõi téra he’isévape. Mokõive ñe’ẽme pe he’iséva ha’e “mano ha ñehundi”. Hermana White he’i pe “kavaju pochy” umi irundy ánhel ojokóva, umi cien cuarenta y cuatro mil oñesella aja, oheka osẽ hag̃ua isãsópe ha ogueru “mano ha ñehundi” tape rupi.</w:t>
      </w:r>
    </w:p>
    <w:p>
      <w:pPr>
        <w:pStyle w:val="ArticleBody"/>
        <w:jc w:val="left"/>
      </w:pPr>
      <w:r>
        <w:rPr>
          <w:rFonts w:ascii="Times New Roman" w:hAnsi="Times New Roman" w:eastAsia="Times New Roman" w:cs="Times New Roman"/>
        </w:rPr>
        <w:t>Pe ñe’ẽjoaju peteĩha Ñandejára Ñe’ẽme Islam rehegua ha’e Ismael, umi omombaretéva Islam jerovia ru. Upe ñe’ẽjoaju peteĩhápe oñemombe’u hese ha’eha peteĩ kuimba’e salváhe, ha pe ñe’ẽ oñembohasáva “salváhe” ramo he’ise “mburika ka’aguy arábigo”. Pe ñe’ẽjoaju profétika peteĩha Islam rehegua ha’e peteĩ ta’anga kavaju aty rehegua, ha kavaju rupive umi tenondegua ohechauka Islam pe peteĩha ha mokõiha “Aigua” rehegua umi mokõi cuadro marangatúpe. Umi irundy yvytu Apocalipsis capítulo siete-pe, oñejoko térã “oñembotove”, Ñandejára osealla peve Itavayguakuérape. Pe proceso oseallaha umi cien cuarenta y cuatro mil-pe ha’e avei pe proceso ojehechaukahápe ha pe proceso ñemopotĩ rehegua.</w:t>
      </w:r>
    </w:p>
    <w:p>
      <w:pPr>
        <w:pStyle w:val="ArticleBody"/>
        <w:jc w:val="left"/>
      </w:pPr>
      <w:r>
        <w:rPr>
          <w:rFonts w:ascii="Times New Roman" w:hAnsi="Times New Roman" w:eastAsia="Times New Roman" w:cs="Times New Roman"/>
        </w:rPr>
        <w:t>Koʼãite taʼanga profétika ojehechauka Daniel ñembyaty guýpe pokõi pa ary pukukue, oñepyrũvo Jehoiakim reheve, pe taʼãnga omombeʼúva pe marandu peteĩha mombareteha, peve pe “decreto” ohenóiva kuña ha kuimbaʼekuéra osẽ hag̃ua Babilóniagui. Islam jejoko ha upéi iñemosãso haʼe peteĩ mbaʼe rechaukaha profétika Islam rehegua, Biblia profesía símbolo ramo.</w:t>
      </w:r>
    </w:p>
    <w:p>
      <w:pPr>
        <w:pStyle w:val="ArticleBody"/>
        <w:jc w:val="left"/>
      </w:pPr>
      <w:r>
        <w:rPr>
          <w:rFonts w:ascii="Times New Roman" w:hAnsi="Times New Roman" w:eastAsia="Times New Roman" w:cs="Times New Roman"/>
        </w:rPr>
        <w:t>Ojehenóiramo jave “irundy yvytu” ramo, ojejoko Ñandejára rembiguái-kuéra oñembyasyrõ meve. Mokõiha Añe’ẽasy ñepyrũme, pe ára profecía mbohapypa porundy peteĩ ary ha papoapy ára oñekumpli va’ekuépe agosto 11, 1840-pe, irundy ánhel, ohechaukáva Islam mokõiha Añe’ẽasy rehegua, ojeheja “poi”. Profecía pahápe, ha’ekuéra ojejoko “jey”.</w:t>
      </w:r>
    </w:p>
    <w:p>
      <w:pPr>
        <w:pStyle w:val="ArticleScripture"/>
        <w:jc w:val="left"/>
      </w:pPr>
      <w:r>
        <w:rPr>
          <w:rFonts w:ascii="Times New Roman" w:hAnsi="Times New Roman" w:eastAsia="Times New Roman" w:cs="Times New Roman"/>
        </w:rPr>
        <w:t>He’íva pe ánhel peteĩha seisha-pe, oguerekóva pe trompéta: “Epoi umi irundy ánhel oñeñapytĩva ysyry guasu Éufrates-pe.” Ha umi irundy ánhel ojeheja hag̃ua, umi oñembosako’íva peteĩ aravópe, peteĩ árape, peteĩ jasýpe ha peteĩ áñope, ojuka hag̃ua yvyporakuéra mbohapýha pehẽngue. Apocalipsis 9:14, 15.</w:t>
      </w:r>
    </w:p>
    <w:p>
      <w:pPr>
        <w:pStyle w:val="ArticleBody"/>
        <w:jc w:val="left"/>
      </w:pPr>
      <w:r>
        <w:rPr>
          <w:rFonts w:ascii="Times New Roman" w:hAnsi="Times New Roman" w:eastAsia="Times New Roman" w:cs="Times New Roman"/>
        </w:rPr>
        <w:t>11 jasypokõi 2001-pe, peteĩha marandu tembiasakuepe umi cien cuarenta y cuatro mil rehegua oñembohetave pu’akápe, Islam mbohapyha Aichejáragui oñemosãso ramo guare. Péro pya’eterei oñeñapytĩ jeýkuri. Hermana White omyesakã mba’érepa upéva oiko, ha upe mboyve ñanemandu’ava’erã Islam rembiaporãha iñepyrũrãme, peteĩha ñe’ẽmondo bíblico-pe, ombopochy haguã tetãnguéra; Ishmael po oĩta hag̃uáicha opavave kuimba’e rehe, ha opavave kuimba’e po oĩta Islam rehe.</w:t>
      </w:r>
    </w:p>
    <w:p>
      <w:pPr>
        <w:pStyle w:val="ArticleScripture"/>
        <w:jc w:val="left"/>
      </w:pPr>
      <w:r>
        <w:rPr>
          <w:rFonts w:ascii="Times New Roman" w:hAnsi="Times New Roman" w:eastAsia="Times New Roman" w:cs="Times New Roman"/>
        </w:rPr>
        <w:t>Ha Ñandejára remimbou he’i chupe: Péina ápe, nde reñepyrũ nde ryepýpe, ha reikuavãta peteĩ ta’ýra, ha remoĩta héra Ismael; Ñandejára ohendúgui nde jehasa asy. Ha ha’e hag̃ua peteĩ kuimba’e ka’aguygua; ipo opu’ãta opa kuimba’e rehe, ha opa kuimba’e po opu’ãta hese; ha oikóta opa ijoyke’y kuéra renondépe. Génesis 16:11, 12.</w:t>
      </w:r>
    </w:p>
    <w:p>
      <w:pPr>
        <w:pStyle w:val="ArticleBody"/>
        <w:jc w:val="left"/>
      </w:pPr>
      <w:r>
        <w:rPr>
          <w:rFonts w:ascii="Times New Roman" w:hAnsi="Times New Roman" w:eastAsia="Times New Roman" w:cs="Times New Roman"/>
        </w:rPr>
        <w:t>Pe Islam rembipota Bíblia marandu hag̃uápe ha’e ombojoaju hag̃ua opa tetãnguéra Islam rehe hag̃ua, Yvyraty Joajuaty omoĩ mboyve ipochy sábado oñangarekóva ári. 11 jasyporundy, 2001-pe opa umi oikuaáva 9/11 omoĩhague ñepyrũrã ramo pe jevyjey pe secuencia umi mba’e oikova’ekue Millerita-kuéra ndive, oiko “Daniel”icha, ha’e oguerahaha jave Babilóniape setenta ary pukukue. Jehoiakim ohechauka pe ñepyrũ pe proceso jehechapy rehegua, ha Islam pe tercer Ay-gui upérõ ojejora, ha pya’eterei ojejoko hag̃ua, Tupã ikatu hag̃uáicha omosẽ hag̃ua iséllo hetãygua rehe.</w:t>
      </w:r>
    </w:p>
    <w:p>
      <w:pPr>
        <w:pStyle w:val="ArticleScripture"/>
        <w:jc w:val="left"/>
      </w:pPr>
      <w:r>
        <w:rPr>
          <w:rFonts w:ascii="Times New Roman" w:hAnsi="Times New Roman" w:eastAsia="Times New Roman" w:cs="Times New Roman"/>
        </w:rPr>
        <w:t>“Ko jehecha ojechauka kuri 1847-pe, umi ermáno Adventista mbovymiite gueteri oñangarekóva sábado rehe; ha umíva apytégui mbovymínte oimo’ãkuri iñangarekóvo hese oguerekoha tuicha mba’e hag̃uáicha omboja’o hag̃ua Tupã tavayguakuérape umi ndogueroviáivagui. Ko’ág̃a oñepyrũma ojehecha upe jehecharamo oñekumpliha. ‘Pe ñepyrũ upe ára apañuãi rehegua’, ko’ápe oñemombe’úva, ndaha’éi pe ára umi plága oñepyrũtahápe oñehẽ, síno peteĩ mbyky hag̃ua mboyve ojehẽ hag̃ua, Cristo oĩ aja pe santuario-pe. Upe jave, pe tembiapo salvación rehegua oñemboty hag̃uáicha, apañuãi ou va’erãta yvy ári, ha umi tetãnguéra ipochyta, upéicharõ jepe ojejokóta ani hag̃ua ojoko pe tembiapo ángel mbohapyha rehegua. Upe jave pe ‘ama riregua’, térã pytu’u ñembopy’aguapy Ñandejára renondégui, ou va’erãta ome’ẽ hag̃ua pokatu pe ñe’ẽ hatãme ángel mbohapyha rehegua, ha ombosako’i hag̃ua umi santo-kuérape opyta mbarete hag̃ua pe ára umi siete plága pahague oñehẽtahápe.” Early Writings, 85.</w:t>
      </w:r>
    </w:p>
    <w:p>
      <w:pPr>
        <w:pStyle w:val="ArticleBody"/>
        <w:jc w:val="left"/>
      </w:pPr>
      <w:r>
        <w:rPr>
          <w:rFonts w:ascii="Times New Roman" w:hAnsi="Times New Roman" w:eastAsia="Times New Roman" w:cs="Times New Roman"/>
        </w:rPr>
        <w:t>Daniel rembiapo setenta ary oñepyrũ kuri 11 jasyporundy 2001-pe, Islam ojeheja rupi osẽ ha ombopochy tetãnguéra pe ojapysaka’ỹre ha peteĩ sapy’aitépe oinupãvo yvy mymba Apocalipsis 13-pe oje’eva’ekuépe. Upéi Islam ojejoko, ikatu hag̃uáicha oñemohu’ã mbohapyha ánhel rembiapo. Mbohapyha ánhel rembiapo ha’e Tupã tavayguakuéra jejapose hag̃ua tojejopy hag̃ua, ha upe tembiapo oñepyrũrõ guare 11 jasyporundy 2001-pe, Ama yvýgui oguejyva’ekue oñepyrũ “omoakỹ”. Daniel aranduka peteĩha kapítulo ohechauka peteĩ prueba rape oguasúva umi cien cuarenta y cuatro mil rehegua, oñepyrũvo 11 jasyporundy 2001-pe, ha oseguíva pe mokõiha “ñe’ẽ” Apocalipsis 18-pe ohenói peve Tupã ambue ovecha aty osẽ hag̃ua Babilóniagui. Upévare Daniel orrepresenta peteĩ tavayguakuéra oĩva ko’ág̃a tembiguáiramo pytu rehegua ryepýpe, pe prueba rape rembe’yite peve. Pe prueba ára paha Daniel aranduka peteĩha kapítulope ojekuaa hag̃ua “ára paha” ramo.</w:t>
      </w:r>
    </w:p>
    <w:p>
      <w:pPr>
        <w:pStyle w:val="ArticleScripture"/>
        <w:jc w:val="left"/>
      </w:pPr>
      <w:r>
        <w:rPr>
          <w:rFonts w:ascii="Times New Roman" w:hAnsi="Times New Roman" w:eastAsia="Times New Roman" w:cs="Times New Roman"/>
        </w:rPr>
        <w:t>Ha opa ára pahápe mburuvicha he’i haguéicha ojegueru va’erãha chupekuéra, upérõ umi kuimba’e oñembokapáva ruvicha ogueru chupekuéra Nabucodonosor renondépe. Ha mburuvicha oñe’ẽ hendivekuéra; ha opa umíva apytépe ndojejuhúi avave ojoguáva Daniel, Hananías, Misael ha Azaríaspe; upévare opyta hikuái mburuvicha renondépe. Ha opa mba’épe arandu ha kuaapy rehegua, mburuvicha oporandu haguépe chupekuéra, ojuhu chupekuéra diez jey iporãveha opa umi paye apoha ha mbyja kuaarahára oĩvagui opa hekovia rupi. Daniel 1:18–20.</w:t>
      </w:r>
    </w:p>
    <w:p>
      <w:pPr>
        <w:pStyle w:val="ArticleBody"/>
        <w:jc w:val="left"/>
      </w:pPr>
      <w:r>
        <w:rPr>
          <w:rFonts w:ascii="Times New Roman" w:hAnsi="Times New Roman" w:eastAsia="Times New Roman" w:cs="Times New Roman"/>
        </w:rPr>
        <w:t>Pe mbohapyha prueba, oguerekóva peteĩ prueba profética de litmus ramo Daniel ha umi mbohapy kuimba’e imarangatúva peguarã, ha’e vaekue oñehusga jave chupekuéra Nabucodonosor rupive, ha ojejuhu “pa jey iporãve opa umi pajehárape ha astrólogo-kuéragui oĩva’ekue opa hekopegua retãme.” Pe mbohapyha prueba ojehechauka juicio rupive, ha pe juicio oiko “ára kuéra pahápe”. Daniel kuatiañe’ẽme, “ára kuéra paha” ha’e pe Daniel opu’ãhápe ilótepe.</w:t>
      </w:r>
    </w:p>
    <w:p>
      <w:pPr>
        <w:pStyle w:val="ArticleScripture"/>
        <w:jc w:val="left"/>
      </w:pPr>
      <w:r>
        <w:rPr>
          <w:rFonts w:ascii="Times New Roman" w:hAnsi="Times New Roman" w:eastAsia="Times New Roman" w:cs="Times New Roman"/>
        </w:rPr>
        <w:t>“‘Heta oñemopotĩta, ojehekyita ha oñemoakãratĩta; ha umi aña ojapóta ivaíva: ha avave umi añávagui ndoikũmbymo’ãi; ha umi iñarandúva katu oikũmbýta…. Ojehovasáva upe oha’arõva, ha oguahẽva pe mil mbohapysa cien poapy ha treinta y cinco ára peve. Ha nde (Daniel), eho nde rape ipaha peve: nde repytáta pytu’úpe, ha repu’ãta nde rérãme ára pahápe.’”</w:t>
      </w:r>
    </w:p>
    <w:p>
      <w:pPr>
        <w:pStyle w:val="ArticleScripture"/>
        <w:jc w:val="left"/>
      </w:pPr>
      <w:r>
        <w:rPr>
          <w:rFonts w:ascii="Times New Roman" w:hAnsi="Times New Roman" w:eastAsia="Times New Roman" w:cs="Times New Roman"/>
        </w:rPr>
        <w:t>“Og̃uahẽma Daniel oñembo’y hag̃ua ilótepe. Og̃uahẽma pe tesape oñeme’ẽva’ekue chupe osẽ hag̃ua ko yvy tuichakue javeve peve araka’eve’ỹ hag̃uáicha. Umi Ñandejára ojapóma hag̃uáicha heta mba’e rehehápe oguata ramo pe tesapépe, tuichaiterei oñembohetavéta ikuaapy Cristo rehegua ha umi profesía hese oñe’ẽva, hi’aguĩvévo ko yvy rembiasakue paha.” The Seventh-day Adventist Bible Commentary, volume 4, 1174.</w:t>
      </w:r>
    </w:p>
    <w:p>
      <w:pPr>
        <w:pStyle w:val="ArticleBody"/>
        <w:jc w:val="left"/>
      </w:pPr>
      <w:r>
        <w:rPr>
          <w:rFonts w:ascii="Times New Roman" w:hAnsi="Times New Roman" w:eastAsia="Times New Roman" w:cs="Times New Roman"/>
        </w:rPr>
        <w:t>Sy White he'i pe “ára pahávo” ojoajuha pe mopotĩrã rehegua oĩva versíkulo diez-pe Daniel kapítulo doce-pe. Ha'e heta jey oiporu pe versíkulo diez, oñondive versíkulo trece pegua, “ára pahávo” ndive.</w:t>
      </w:r>
    </w:p>
    <w:p>
      <w:pPr>
        <w:pStyle w:val="ArticleScripture"/>
        <w:jc w:val="left"/>
      </w:pPr>
      <w:r>
        <w:rPr>
          <w:rFonts w:ascii="Times New Roman" w:hAnsi="Times New Roman" w:eastAsia="Times New Roman" w:cs="Times New Roman"/>
        </w:rPr>
        <w:t>“‘Heta oĩta oñemopotĩta, ojeheja morotĩ hag̃ua, ha oñeha’ãta; ha umi hekoañáva ojapóta tekoaña hag̃uáicha: ha avave umi hekoañávagui noikũmbymo’ãi; ha umi arandu katu oikũmbýta…. Ovy’aite pe oha’arõva ha og̃uahẽva mil mbohapycientos treinta y cinco ára peve. Ha nde katu (Daniel) eho nde rape rupi pe paha peve: nde repytasóta pytu’u hag̃uáicha, ha repu’ãta nde rupi’ãme ára pahápe.’”</w:t>
      </w:r>
    </w:p>
    <w:p>
      <w:pPr>
        <w:pStyle w:val="ArticleScripture"/>
        <w:jc w:val="left"/>
      </w:pPr>
      <w:r>
        <w:rPr>
          <w:rFonts w:ascii="Times New Roman" w:hAnsi="Times New Roman" w:eastAsia="Times New Roman" w:cs="Times New Roman"/>
        </w:rPr>
        <w:t>“Daniel ko árape oñembo’y hína ilótepe, ha ñande jaru hag̃ua chupe hendaguã oñe’ẽ hag̃ua tavayguakuérape. Ñane marandu osẽva’erã peteĩ lámpara hendýva ramo. ‘Upe ára-pe Miguel opu’ãta, pe mburuvicha guasu oñembo’ýva nde retãyguakuéra rehehápe; ha oĩta peteĩ jehasa asy araka’eve ndaipóriva’ekue peteĩ tetã oĩ guive pe ára peve; ha upe ára-pe nde retãyguakuéra ojesalváta, peteĩteĩ umi ojejuhúva ojehaíva pe kuatiañe’ẽme. Ha heta umi yvy ku’ípe okevagui opáyta, unos tekove opa’ỹvape, ha ambuekuéra ñemotĩ ha jejahéi opa’ỹvape. Ha umi arandúva overáta ára rendyicha; ha umi oguerúva hetápe tekojojápe mbyjakuéraicha opa ára g̃uarã.’”</w:t>
      </w:r>
    </w:p>
    <w:p>
      <w:pPr>
        <w:pStyle w:val="ArticleScripture"/>
        <w:jc w:val="left"/>
      </w:pPr>
      <w:r>
        <w:rPr>
          <w:rFonts w:ascii="Times New Roman" w:hAnsi="Times New Roman" w:eastAsia="Times New Roman" w:cs="Times New Roman"/>
        </w:rPr>
        <w:t>“Ko'ã ñe'ẽ ohechauka pe tembiapo jajapova'erã ko'ã ára pahápe. Ndajajepysapéi ni mbyte rupi jepe. Ndarekói pe pu'aka tekotevẽva jajapo haguã pe tembiapo ojejapova'erãva. Tekotevẽ jaike tekovépe, jaike joajúpe. Ko'ág̃a, ko'ág̃aite, jajerureva'erã ñañembo'y hag̃ua upe tenda pype, upépe ñembyasy ha ñyrõ oikóva hag̃ua umi mba'e omimbivéva ñane rembiapópe. Ndoikói va'erã ñorairõ. Hi'araiterei hag̃ua ñañemoĩ hag̃ua Satanás ndive hembiapópe, ombotavy haguã umi tesa. Hi'araiterei hag̃ua ñahendu hag̃ua espíritu mbotavýva ha añáme'ẽ remimbo'éra.”</w:t>
      </w:r>
    </w:p>
    <w:p>
      <w:pPr>
        <w:pStyle w:val="ArticleScripture"/>
        <w:jc w:val="left"/>
      </w:pPr>
      <w:r>
        <w:rPr>
          <w:rFonts w:ascii="Times New Roman" w:hAnsi="Times New Roman" w:eastAsia="Times New Roman" w:cs="Times New Roman"/>
        </w:rPr>
        <w:t>“Añembo’e chéve ha’e hag̃ua, pe Espíritu Santo ome’ẽ jave ñe’ẽ ha ñe’ẽmbyry, jahechataha peteĩ tembiapo ojejapóva ojoguáva pe ojejapóvape Pentecostés ára. Cristo rembijokuái omba’apóta arandu reheve. Ndojejuhumo’ãi peteĩ kuimba’e ko’ápe ha ambue amo oñeha’ãva omongu’i ha ohundi hag̃ua.</w:t>
      </w:r>
    </w:p>
    <w:p>
      <w:pPr>
        <w:pStyle w:val="ArticleScripture"/>
        <w:jc w:val="left"/>
      </w:pPr>
      <w:r>
        <w:rPr>
          <w:rFonts w:ascii="Times New Roman" w:hAnsi="Times New Roman" w:eastAsia="Times New Roman" w:cs="Times New Roman"/>
        </w:rPr>
        <w:t>“‘Oñemoheñói mboyve pe decreto, ára ohasávo mboyve kapi’ícha, pe Ñandejára pochykue hatã ou mboyve pende ári, pe ára Ñandejára pochykue rehegua ou mboyve pende ári, peheka Ñandejárape, peẽ opa umi yvy arigua imba’eporiahuvereko ha ipy’aguapýva, pejapóva Hembijeypy; peheka tekojoja, peheka py’a guapy: ikatúne peñemokañy Ñandejára pochykue árape.’” Australian Union Conference Record, 11 de marzo de 1907.</w:t>
      </w:r>
    </w:p>
    <w:p>
      <w:pPr>
        <w:pStyle w:val="ArticleBody"/>
        <w:jc w:val="left"/>
      </w:pPr>
      <w:r>
        <w:rPr>
          <w:rFonts w:ascii="Times New Roman" w:hAnsi="Times New Roman" w:eastAsia="Times New Roman" w:cs="Times New Roman"/>
        </w:rPr>
        <w:t>Pe selado umi cien cuarenta y cuatro mil rehegua, ojehechaukáva Daniel jepy’apy setenta áño Babilóniape rupive, ojehechauka Daniel arandukápe, capítulo doce-pe, ha versículo diez-pe. Ko versículo oguereko pe “añetegua” réra tee, pórke ohechauka umi mbohapy paso ha’éva pe ñe’ẽ hebreo “añetegua” rekovecharã. Heta oñemopotĩta, oñembo morotĩta ha upéi oñeha’ãta. Daniel ha umi mbohapy imarangatuetéva oñemopotĩ kuri Tupã kyhyjégui capítulo peteĩme, pórke odesidi kuri ndokarumo’ãiha Babilonia rembi’u. Upéi ohechauka hikuái peteĩ hova ojejapóva iporãvéva ha ikyravéva umi okarúva Babilonia rembi’u gui. Ijovái hína Cristo tekojoja, ha’éva umi ao morotĩ. Upéi oñeha’ã kuri hikuái oike jave Nabucodonosor juicio-pe, ára pahápe.</w:t>
      </w:r>
    </w:p>
    <w:p>
      <w:pPr>
        <w:pStyle w:val="ArticleBody"/>
        <w:jc w:val="left"/>
      </w:pPr>
      <w:r>
        <w:rPr>
          <w:rFonts w:ascii="Times New Roman" w:hAnsi="Times New Roman" w:eastAsia="Times New Roman" w:cs="Times New Roman"/>
        </w:rPr>
        <w:t>“Ára pahápe”, Daniel oñembo’y vove “ipehẽme”, “tuichaiterei oñembohetavéta Cristo rehegua arandu ha umi profesía hese oñe’ẽva” Tupã tavayguakuérape guarã. Nabucodonosor ohechakuaa “opa mba’épe arandu ha kuaapy rehegua”, Daniel ha umi mbohapy kuimba’e porãite “ojejuhu” hague “pa jevy iporãvéva opa umi pajeapohára ha mbyja rehegua ñemombe’úva oĩvagui opa irreínope.”</w:t>
      </w:r>
    </w:p>
    <w:p>
      <w:pPr>
        <w:pStyle w:val="ArticleBody"/>
        <w:jc w:val="left"/>
      </w:pPr>
      <w:r>
        <w:rPr>
          <w:rFonts w:ascii="Times New Roman" w:hAnsi="Times New Roman" w:eastAsia="Times New Roman" w:cs="Times New Roman"/>
        </w:rPr>
        <w:t>Daniel peteĩha kapítulo ohechauka umi cien cuarenta y cuatro mil jehasa, ohasáva peteĩ proceso de prueba mbohapy hendápe. Oñeñe'ẽvo upe proceso rehe, Hermana White he'i: “Ko'ã ñe'ẽ ohechauka pe tembiapo jajapóva'erã ko'ã ára pahápe. Nañakãrapu'ãi gueteri peteĩ mbyte jepe. Ndaipóri ñande rehe pe poder tekotevẽva jajapo hag̃ua pe tembiapo ojejapóva'erãva. Tekotevẽ jaike tekovépe, jaike joajúpe. Ko'ág̃a, ko'ág̃aitépe voi, ñañemoĩva'erã upe tenda-pe, mbyasy ha perdón ha'éta hag̃ua umi mba'e ojekuaavéva ñane rembiapópe. Ani hag̃ua oĩ ñorairõ.”</w:t>
      </w:r>
    </w:p>
    <w:p>
      <w:pPr>
        <w:pStyle w:val="ArticleBody"/>
        <w:jc w:val="left"/>
      </w:pPr>
      <w:r>
        <w:rPr>
          <w:rFonts w:ascii="Times New Roman" w:hAnsi="Times New Roman" w:eastAsia="Times New Roman" w:cs="Times New Roman"/>
        </w:rPr>
        <w:t>Pe jehasa asy ogueraháva “opa ára” rehe, ogueraha pe mokõi testígo oikove jeývape Apocalipsis capítulo once-pe. Pe tembiapo jajapova’erã ko’ág̃a hína ñamoneĩ hag̃ua pe marandu 11 de septiembre de 2001 ha japáy hag̃ua, oñerrepresentaháicha umi kangue piru omano va’ekuére. “Tekotevẽ jaikove jeýma, ñañemojoaju.” Jajapóramo péicha, umi mba’e ojekuaavéva ñande rembiapópe ha’éta ñande “arrepentimiento ha perdón”. Pe mba’e ojekuaavéva ñande rembiapópe oñerrepresenta Daniel rehe capítulo nueve-pe, oñembo’e jave pe ñembo’e Levítico veintiséis-pegua, ojerure hag̃ua perdón ipekadokuére, ha ituvakuéra pekadokuére, ha upekuévo omoneĩ avei ha’e oguatata hague Tupã ndive oñemoĩ hag̃ua ojoavy guive pe desengaño omarkáva pe tiempo de demora ñepyrũ 18 de julio de 2020-pe. Avei tekotevẽ omoneĩ Tupã voi oguata hague hendive oñemoĩ hag̃ua ojoavy upe periodo aja pukukue. Daniel orrepresenta umi ohasa va’ekuépe peteĩ cautiverio de “setenta años”, 18 de julio de 2020 guive.</w:t>
      </w:r>
    </w:p>
    <w:p>
      <w:pPr>
        <w:pStyle w:val="ArticleBody"/>
        <w:jc w:val="left"/>
      </w:pPr>
      <w:r>
        <w:rPr>
          <w:rFonts w:ascii="Times New Roman" w:hAnsi="Times New Roman" w:eastAsia="Times New Roman" w:cs="Times New Roman"/>
        </w:rPr>
        <w:t>Umi setenta ary ha’e peteĩ símbolo umi “siete tiempo” oĩva Levítico mokõipa poteĩme. Crónicas aranduka ñanemomarandu umi setenta ary ha’e hague pe ára pukukue pe yvy “ovy’ataha” umi sábado rehe, ndikatúi va’ekue odisfruta ypy yma Israél ñemoñare kuéra ñepu’ãgui pe pacto oĩva Levítico mokõipa po rehe.</w:t>
      </w:r>
    </w:p>
    <w:p>
      <w:pPr>
        <w:pStyle w:val="ArticleScripture"/>
        <w:jc w:val="left"/>
      </w:pPr>
      <w:r>
        <w:rPr>
          <w:rFonts w:ascii="Times New Roman" w:hAnsi="Times New Roman" w:eastAsia="Times New Roman" w:cs="Times New Roman"/>
        </w:rPr>
        <w:t>Ojejapo hag̃ua Ñandejára ñe’ẽ Jeremías jurúpe he’íva, pe yvy oiko hag̃ua pytu’úpe umi pytu’u ára; ha opa pe aravo oĩ aja nandi, opytu’u hag̃ua, ojejapo pe setenta ary. 2 Crónicas 36:21.</w:t>
      </w:r>
    </w:p>
    <w:p>
      <w:pPr>
        <w:pStyle w:val="ArticleBody"/>
        <w:jc w:val="left"/>
      </w:pPr>
      <w:r>
        <w:rPr>
          <w:rFonts w:ascii="Times New Roman" w:hAnsi="Times New Roman" w:eastAsia="Times New Roman" w:cs="Times New Roman"/>
        </w:rPr>
        <w:t>Peteĩ símbolo ramo peteĩ “desiérto” profético rehegua, umi “mbohapy ára ha mbyte” umi mokõi testígo Apocalipsis capítulo once pegua omanóva’ekue tapépe 18 de julio de 2020 rire, ha’e peteĩ símbolo umi “setenta ary” rehegua, ha avei peteĩ símbolo umi “siete tiempos” rehegua. Pe ñe’ẽme’ẽ “opa hag̃ua umi ára”, ha’e peteĩ símbolo umi ára profético opa hag̃uáre, umi oñembotyva’ekue Daniel kuatiañe’ẽme.</w:t>
      </w:r>
    </w:p>
    <w:p>
      <w:pPr>
        <w:pStyle w:val="ArticleBody"/>
        <w:jc w:val="left"/>
      </w:pPr>
      <w:r>
        <w:rPr>
          <w:rFonts w:ascii="Times New Roman" w:hAnsi="Times New Roman" w:eastAsia="Times New Roman" w:cs="Times New Roman"/>
        </w:rPr>
        <w:t>1798-pe, Daniel kuatia oñemboyke’ỹva’ekue, ha Daniel oñembo’y ilótepe, oĩ hag̃uáicha oikuaaukávo iporupyrã.</w:t>
      </w:r>
    </w:p>
    <w:p>
      <w:pPr>
        <w:pStyle w:val="ArticleScripture"/>
        <w:jc w:val="left"/>
      </w:pPr>
      <w:r>
        <w:rPr>
          <w:rFonts w:ascii="Times New Roman" w:hAnsi="Times New Roman" w:eastAsia="Times New Roman" w:cs="Times New Roman"/>
        </w:rPr>
        <w:t>“O Tupã ome’ẽ vove peteĩ kuimba’épe tembiapo ijojaha’ỹva ojapo hag̃ua, ha’e oĩva’erã ipo peteĩhápe ha tenda oñeme’ẽvape, Daniel ojapo haguéicha, oĩ hag̃uã katuete ombohovái hag̃ua Tupã ñehenói, ha oĩ hag̃uã katuete omoañete hag̃ua Ijepota.” Manuscript Releases, volúmen 6, 108.</w:t>
      </w:r>
    </w:p>
    <w:p>
      <w:pPr>
        <w:pStyle w:val="ArticleBody"/>
        <w:jc w:val="left"/>
      </w:pPr>
      <w:r>
        <w:rPr>
          <w:rFonts w:ascii="Times New Roman" w:hAnsi="Times New Roman" w:eastAsia="Times New Roman" w:cs="Times New Roman"/>
        </w:rPr>
        <w:t>22 jasypa 1844-pe, oñembotývo Daniel aranduka, kapítulo ocho, versíkulo catorce-pe he’íva, Daniel aranduka oĩ jey ijapytépe. 1798 ha 1844 niko hína pe peteĩha ha mokõiha pochy ñemohu’ã, ha upévare ohechauka “siete tiempos” paha. “Ára pahápe” oĩva Daniel arandukápe ha’e peteĩ símbolo pe ñembyasy ñemohu’ã rehegua, upe ñembyasy ojehechaukáva “siete tiempos” rupive. Daniel kapítulo cuatro-pe, Nabucodonosor oikove peteĩ mymbaicha “siete tiempos” ohasárõ guare hi’ári. “Ára pahápe”, heko arandu ha mburuvicharã jevy oñeme’ẽ jey chupe.</w:t>
      </w:r>
    </w:p>
    <w:p>
      <w:pPr>
        <w:pStyle w:val="ArticleScripture"/>
        <w:jc w:val="left"/>
      </w:pPr>
      <w:r>
        <w:rPr>
          <w:rFonts w:ascii="Times New Roman" w:hAnsi="Times New Roman" w:eastAsia="Times New Roman" w:cs="Times New Roman"/>
        </w:rPr>
        <w:t>Ha opa ára pahápe che, Nabucodonosor, amopu’ã che resa yvágare, ha che arandu oujey chéve; ha amomba’e guasu pe Yvateteguasúpe, ha amomba’eguasu ha amomba’e chupe oikovévape opa ára g̃uarã, ipo guýpe oĩva opa ára ndopamo’ãi hag̃ua, ha hekovia mburuvicha guasu ohóvo ñemoñare guive ñemoñarépe: Ha opa umi oikóva ko yvy ape ári ojehecha mba’e’ỹramoguáicha; ha ha’e ojapo hembipota hag̃ua umi yvágapegua aty apytépe, ha umi oikóva ko yvy ape ári apytépe: ha avave ndaikatúi ojoko ipo, térã he’i chupe: Mba’e piko rejapo? Upérõite che akãguapy oujey chéve; ha che rréino mimbipápe g̃uarã, che ñemomba’e ha che resa porã oujey chéve; ha che mbokatupyryhára ha che karai kuéra ou jeýma cherechávo; ha añemoĩ mbarete jeýma che rréinope, ha tuichaitereíva mburuvicha guasu oñembojoapy chéve. Daniel 4:34–36.</w:t>
      </w:r>
    </w:p>
    <w:p>
      <w:pPr>
        <w:pStyle w:val="ArticleBody"/>
        <w:jc w:val="left"/>
      </w:pPr>
      <w:r>
        <w:rPr>
          <w:rFonts w:ascii="Times New Roman" w:hAnsi="Times New Roman" w:eastAsia="Times New Roman" w:cs="Times New Roman"/>
        </w:rPr>
        <w:t>Oñemombeʼu pe ára paha oñemohuʼãha pe sellado ára umi cien cuarenta y cuatro mil rehegua haʼeha “árakuéra paha”, ha upévare ohechauka avei simbólikamente pe “setenta áño” oñemohuʼãha, ha avei pe “siete tiempo” rehegua. Upe jave, “arrepentimiento ha perdón” haʼéta umi mbaʼe ohechaukátava tembiapo umi yma omanóva tape ohasáva pe yvytyryrýi paʼũme, pe valle kanguekue piru omanóva rehegua.</w:t>
      </w:r>
    </w:p>
    <w:p>
      <w:pPr>
        <w:pStyle w:val="ArticleBody"/>
        <w:jc w:val="left"/>
      </w:pPr>
      <w:r>
        <w:rPr>
          <w:rFonts w:ascii="Times New Roman" w:hAnsi="Times New Roman" w:eastAsia="Times New Roman" w:cs="Times New Roman"/>
        </w:rPr>
        <w:t>Pe peteĩ cien cuarenta y cuatro mil rembiapo jevy hag̃ua ojehechakuaáva ojehechauka Ezequiel kapítulo nueve-pe, “opy’ahẽ ha osapukáirõ” ramo. Ñandejára retãyguakuéra omombe’úvo ha ohejaite jave iñangaipa tee, oikuaaukávo ha’e kuéra ojapo jey hague umi iñemoñare ypykue angaipa peteĩchaite, omboykévo hikuái iñemomba’eguasu ijeheguigua ha omoneĩvo hague oiko hague Ñandejára ndive ojoavy hag̃uáicha, ha avei Ha’e oiko hague hendivekuéra ojoavy hag̃uáicha pe ára oñembotapykuévo guive, julio 18, 2020-pe, upérõ ojehechakuaáta hikuái oguerekoha “diez veces” hetave pu’aka profético opa ambue arandúramo oje’eva’ekue pe rréino ryepýpe.</w:t>
      </w:r>
    </w:p>
    <w:p>
      <w:pPr>
        <w:pStyle w:val="ArticleBody"/>
        <w:jc w:val="left"/>
      </w:pPr>
      <w:r>
        <w:rPr>
          <w:rFonts w:ascii="Times New Roman" w:hAnsi="Times New Roman" w:eastAsia="Times New Roman" w:cs="Times New Roman"/>
        </w:rPr>
        <w:t>Pe ñemboty renda oñepyrũkuri Islam ñemosãso rupive ha upéi ijejoko rupive. Upe tembiapo opa pe oñepyrũhaguéicha, Islam ojemosãso jevy vove. Oñemosãso pe ñemboty ára kuéra pahápe, upéva Daniel-pe g̃uarã ha’e va’ekue Ciro decreto, ohenóiva kuimba’ekuérape osẽ hag̃ua Babilonia-gui. Upépe, pe mopotĩ ára kuéra pahápe, pe “decreto” domingo arapokõindy rehegua jehusgápe Tetã peteĩ reko Amerikayguápe, umi jeroviapýva ojehechakuaáta oguerekoha “pa ary peve hetave” marandu hag̃uáicha profetiko pu’aka.</w:t>
      </w:r>
    </w:p>
    <w:p>
      <w:pPr>
        <w:pStyle w:val="ArticleScripture"/>
        <w:jc w:val="left"/>
      </w:pPr>
      <w:r>
        <w:rPr>
          <w:rFonts w:ascii="Times New Roman" w:hAnsi="Times New Roman" w:eastAsia="Times New Roman" w:cs="Times New Roman"/>
        </w:rPr>
        <w:t>“Peimoĩ mombyryeterei Ñandejára jeju oútava. Ahecha ama paha ouha [pya’eterei] pyhare mbyte sapukáicha, ha pa veces ipokatuvéva.” Spalding and Magan, 5.</w:t>
      </w:r>
    </w:p>
    <w:p>
      <w:pPr>
        <w:pStyle w:val="ArticleBody"/>
        <w:jc w:val="left"/>
      </w:pPr>
      <w:r>
        <w:rPr>
          <w:rFonts w:ascii="Times New Roman" w:hAnsi="Times New Roman" w:eastAsia="Times New Roman" w:cs="Times New Roman"/>
        </w:rPr>
        <w:t>Ñañepyrũta Daniel kapítulo mokoĩ rehegua ñehesa’ỹijo pe artíkulo oúvape.</w:t>
      </w:r>
    </w:p>
    <w:p>
      <w:pPr>
        <w:pStyle w:val="ArticleScripture"/>
        <w:jc w:val="left"/>
      </w:pPr>
      <w:r>
        <w:rPr>
          <w:rFonts w:ascii="Times New Roman" w:hAnsi="Times New Roman" w:eastAsia="Times New Roman" w:cs="Times New Roman"/>
        </w:rPr>
        <w:t>“Kóva hína pe pyhare mbyte sapukái, ome’ẽ vaʼekue pokatu pe ánhel mokõiha marandupe. Ánhelkuéra oñemondo yvágagui omombáy hag̃ua umi santo ikangýva ha oĩ hag̃uáicha oñembosakoʼi hag̃ua pe tembiapo guasu oĩvape henondépekuéra. Umi kuimbaʼe iñaranduve ha ikatupyryvéva ndahaʼéi vaʼekue tenonderãite oguerovia hag̃ua ko marandu. Ánhelkuéra oñemondo umi humilde ha oñemeʼẽmbáva gotyo, ha omokyreʼỹ chupekuéra osapukái hag̃ua: ‘Péina, ou pe Novio; pesẽ pehuguã hag̃ua hendive!’ Umi oñemoĩ vaʼekue ko sapukái rehe pyaʼe oho, ha Espíritu Santo pokatúpe omyasãi pe marandu ha omombáy ijoykeʼykuéra ikangýva. Ko tembiapo ndopytái vaʼekue yvypóra arandu térã mboʼekuaápe, síno Tupã pokatúpe; ha Isantokuéra, ohendúva pe sapukái, ndaikatúi vaʼekue oñemoĩ hese. Umi espiritualvéva raẽvete oguerovia ko marandu, ha umi ymaite guive omotenondéva pe tembiapo hikuái haʼe vaʼekue ipahápe oguerovia ha oipytyvõ ombotuicha hag̃ua pe sapukái: ‘Péina, ou pe Novio; pesẽ pehuguã hag̃ua hendive!’”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Diez hag̃ua</dc:title>
  <dc:subject>Pe Proseso</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