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Sa Poapy Apytépeha Mbohapy Pa’ẽ hag̃ua hag̃ua hag̃ua hag̃ua hag̃apa peteĩ Mme’ẽ</w:t>
      </w:r>
    </w:p>
    <w:p>
      <w:pPr>
        <w:pStyle w:val="ArticleSubtitle"/>
        <w:jc w:val="left"/>
      </w:pPr>
      <w:r>
        <w:rPr>
          <w:rFonts w:ascii="Arial" w:hAnsi="Arial" w:eastAsia="Arial" w:cs="Arial"/>
        </w:rPr>
        <w:t>Ojehechaukávo Profecía Jeporu Mbohapyve: Ojekuaa hag̃ua mba’éichapa iñimportante 11 de septiembre de 2001 contexto bíblico-pe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Ñandejára ogueru jey ramo guare Ipuévlo ára pahapegua Jeremías he’íva “tape yma guarépe” 11 jasyporundy 2001-pe, Ha’e yma guive voi ohechaukamava’ekue pe mbohapy jeporu rehegua profesía pegua.</w:t>
      </w:r>
    </w:p>
    <w:p>
      <w:pPr>
        <w:pStyle w:val="ArticleScripture"/>
        <w:jc w:val="left"/>
      </w:pPr>
      <w:r>
        <w:rPr>
          <w:rFonts w:ascii="Times New Roman" w:hAnsi="Times New Roman" w:eastAsia="Times New Roman" w:cs="Times New Roman"/>
        </w:rPr>
        <w:t>Péicha he’i Ñandejára: Peñembo’y tape rupi, ha pehecha, ha pejerure umi tape yma guarévare, moõpa oĩ pe tape porã, ha peguata ipype, ha pejuhúta pytu’u pene ánga-kuérape g̃uarã. Ha ha’ekuéra he’i: Ndoroikuaaséi jaguata ipype. Avei amoĩ pende ári ñangarekohára, he’ívo: Pehendu mimby pu. Ha ha’ekuéra he’i: Ndorohenduséi. Jeremías 6:16, 17.</w:t>
      </w:r>
    </w:p>
    <w:p>
      <w:pPr>
        <w:pStyle w:val="ArticleBody"/>
        <w:jc w:val="left"/>
      </w:pPr>
      <w:r>
        <w:rPr>
          <w:rFonts w:ascii="Times New Roman" w:hAnsi="Times New Roman" w:eastAsia="Times New Roman" w:cs="Times New Roman"/>
        </w:rPr>
        <w:t>Ñandejára ombojevy rire Ipuévlope tape yma guarépe, haʼekuéra ojuhúta pytuʼu (ama pyhareve riregua), ha upéi umi ñangarekohára oñemeʼẽ chupekuéra peteĩ marakañeʼẽ. Mayma proféta omombeʼu porãite umi ára pahápegua paha, upévare marakañeʼẽ umi ára pahápegua haʼe vaʼerã maraka ipaha, ha upéva haʼe pe maraka porundyha, ha upéva avei haʼe pe mbohapyha jejopy vai.</w:t>
      </w:r>
    </w:p>
    <w:p>
      <w:pPr>
        <w:pStyle w:val="ArticleBody"/>
        <w:jc w:val="left"/>
      </w:pPr>
      <w:r>
        <w:rPr>
          <w:rFonts w:ascii="Times New Roman" w:hAnsi="Times New Roman" w:eastAsia="Times New Roman" w:cs="Times New Roman"/>
        </w:rPr>
        <w:t>Umi ára pahápegua tavayguakuéra oñepyrũrõ guare oguata tape yma guarépe, ojekuaa hague pe ñembyasyrã peteĩha rekome’ẽ porã omombe’uha peteĩ mburuvicha histórico simbólico específicope (Mohammed), ha pe ñembyasyrã mokõiha ojapo hague upe mba’e avei (Osman). Ojejuhu hague avei káda peteĩ umi irundy trompéta peteĩha oguerekoha mburuvicha simbólico específico ohechauka hag̃ua pe trompétape, ha upémarõ ojekuaa hague Osama bin Laden ha’eha pe mburuvicha simbólico pe ñembyasyrã mbohapyhápegua.</w:t>
      </w:r>
    </w:p>
    <w:p>
      <w:pPr>
        <w:pStyle w:val="ArticleBody"/>
        <w:jc w:val="left"/>
      </w:pPr>
      <w:r>
        <w:rPr>
          <w:rFonts w:ascii="Times New Roman" w:hAnsi="Times New Roman" w:eastAsia="Times New Roman" w:cs="Times New Roman"/>
        </w:rPr>
        <w:t>Mohammed ojehe’a va’ekue Arabia rehe, ha Osman va’ekue pe símbolo Imperio Otomanopegua Turquía-pe, ha Osama bin Laden orrepresenta va’ekue pe terror islámico oikóva ko yvy ape ári pukukue, jepe ha’e, Mohammedicha avei, ha’e hague peteĩ árabe.</w:t>
      </w:r>
    </w:p>
    <w:p>
      <w:pPr>
        <w:pStyle w:val="ArticleBody"/>
        <w:jc w:val="left"/>
      </w:pPr>
      <w:r>
        <w:rPr>
          <w:rFonts w:ascii="Times New Roman" w:hAnsi="Times New Roman" w:eastAsia="Times New Roman" w:cs="Times New Roman"/>
        </w:rPr>
        <w:t>Ojehechakuaa avei pe ñembyasy peteĩha ombyaíhague Roma ehérsito kuérape, ha pe ñembyasy mokõiha ojukahague Roma ehérsito kuérape. Upéi ojehechakuaa 11 jasyporundy 2001 ha’eha pe punto Islam, pe ñembyasy mbohapyha rehegua, ombyaíhague Roma ehérsito-pe (Tetã peteĩ reko Amérika), ha katu pe léi domingo-pe ojukáta Roma ehérsito-pe, Estados Unidos og̃uahẽvo ipahápe Biblia profesía rréino poteĩha ramo, ha ome’ẽvo itetã arandupy tee pe joaju mbohapyveguápe: mbói guasu, mymba, ha maranduhára japu.</w:t>
      </w:r>
    </w:p>
    <w:p>
      <w:pPr>
        <w:pStyle w:val="ArticleBody"/>
        <w:jc w:val="left"/>
      </w:pPr>
      <w:r>
        <w:rPr>
          <w:rFonts w:ascii="Times New Roman" w:hAnsi="Times New Roman" w:eastAsia="Times New Roman" w:cs="Times New Roman"/>
        </w:rPr>
        <w:t>Ojekuaa vaʼekue Estados Unidos haʼeha pe mymba yvyguigua, mokõi hatĩ ipuʼakáva reheve. Peteĩ mbaʼe tenonderã profétikova pe mymba yvyguigua rehegua hína oñemoambueha peteĩ ovecha raʼy-gui peteĩ dragón-pe. Profétikamente umi hatĩ ohechauka mbarete, ha pe mymba yvyguigua mbarete vaʼekue haʼe vaʼekue Republicanismo ha Protestantismo, oñerrepresentáva mokõi hatĩ ramo pe mymba yvyguigua rehe. Péro koʼág̃a, umi ára pahápe, umi mokõi mbarete pe mymba yvyguigua rehegua oñemoambue peteĩ puʼaka militar ha peteĩ puʼaka económica-pe. 11 jasyporundy 2001-pe Islam, pe mbohapyha ñembyasy guasu rehegua, oinupã pe yvy, peteĩ símbolo pe mymba yvyguigua rehegua, pe Pentágono, peteĩ símbolo ipuʼaka militar rehegua, ha umi Mokõi Torre Kuéra Nueva York Táva-pe, peteĩ símbolo imbarete económica rehegua.</w:t>
      </w:r>
    </w:p>
    <w:p>
      <w:pPr>
        <w:pStyle w:val="ArticleBody"/>
        <w:jc w:val="left"/>
      </w:pPr>
      <w:r>
        <w:rPr>
          <w:rFonts w:ascii="Times New Roman" w:hAnsi="Times New Roman" w:eastAsia="Times New Roman" w:cs="Times New Roman"/>
        </w:rPr>
        <w:t>Ha ojekuaa avei kuri pe ñepyrũ rembiasakue pe peteĩha ai rehegua, ha pe paha rembiasakue pe mokõiha ai rehegua, mokõivéva opresenta hague peteĩ ta’anga pe ñeñemohu’ã rehegua umi cien cuarenta y cuatro mil rehe, upérõ ojekuaa porã kuri pe mbohapyha ai og̃uahẽvo, araka’e pe umi óga kakuaa New York-pegua oñemboguejy, upéva ohechauka hague oñepyrũma hague pe proceso de sellamiento umi cien cuarenta y cuatro mil rehe.</w:t>
      </w:r>
    </w:p>
    <w:p>
      <w:pPr>
        <w:pStyle w:val="ArticleScripture"/>
        <w:jc w:val="left"/>
      </w:pPr>
      <w:r>
        <w:rPr>
          <w:rFonts w:ascii="Times New Roman" w:hAnsi="Times New Roman" w:eastAsia="Times New Roman" w:cs="Times New Roman"/>
        </w:rPr>
        <w:t>“¿Aipo pe ñe’ẽ che amombe’u vaekue he’íva Nueva York ojeity hag̃uáicha peteĩ y guasu pochy reheve? Kóva araka’eve nda’éi. Ha’e vaekue, ama’ẽvo umi óga tuichaitereíva oñemopu’ãva upépe, piso ári piso, ‘Mba’eichaitépa umi mba’e vaiete oikótava Ñandejára opu’ã vove omyengovia hag̃ua ko yvy peteĩ kyhyje guasúpe! Upéramo oñekumplíta umi ñe’ẽ Apocalipsis 18:1–3-pe.’ Pe kapítulo 18 pukukue Apocalipsis-pe ha’e peteĩ ñe’ẽmondo yvy ári oútava rehegua. Péro ndaipóri chéve tesape añetehápe mba’épa oútava Nueva York rehe, peteĩ mba’e añónte aikuaa: peteĩ ára umi óga tuichaitereíva upépe oñembotýta yvýre Tupã pu’aka ojere ha ojerejey rupi. Pe tesape oñeme’ẽva chéve rupi, aikuaa ñehundi oĩha ko yvy ape ári. Peteĩ ñe’ẽnte Ñandejáragui, peteĩ pokomi añoite ipu’aka mbarete guasúgui, ha ko’ã tetãygua aty guasu oñehundíta. Oikóta umi mba’e ikyhyjeitéva ndajaikuaáiva mba’éichapa ikatu ñamoñe’ẽ hag̃ua.” Review and Herald, July 5, 1906.</w:t>
      </w:r>
    </w:p>
    <w:p>
      <w:pPr>
        <w:pStyle w:val="ArticleBody"/>
        <w:jc w:val="left"/>
      </w:pPr>
      <w:r>
        <w:rPr>
          <w:rFonts w:ascii="Times New Roman" w:hAnsi="Times New Roman" w:eastAsia="Times New Roman" w:cs="Times New Roman"/>
        </w:rPr>
        <w:t>“Ñehundi oĩva ko yvy ape ári” ha’e Islam reko, pórke iñakãrapu’ã ojehechauka hag̃ua Apolión ha Abadón ramo Apocalipsis capítulo porundyve, versículo once-pe.</w:t>
      </w:r>
    </w:p>
    <w:p>
      <w:pPr>
        <w:pStyle w:val="ArticleScripture"/>
        <w:jc w:val="left"/>
      </w:pPr>
      <w:r>
        <w:rPr>
          <w:rFonts w:ascii="Times New Roman" w:hAnsi="Times New Roman" w:eastAsia="Times New Roman" w:cs="Times New Roman"/>
        </w:rPr>
        <w:t>Ha oguereko hikuái peteĩ mburuvicha hi’ári, ha’éva pe yvykua pypuku’ỹre rembiguái yvágagua; héra hebreo ñe’ẽme ha’e Abadón, ha griego ñe’ẽme katu héra ha’e Apolión. Apocalipsis 9:11 (NUEVE ONCE).</w:t>
      </w:r>
    </w:p>
    <w:p>
      <w:pPr>
        <w:pStyle w:val="ArticleBody"/>
        <w:jc w:val="left"/>
      </w:pPr>
      <w:r>
        <w:rPr>
          <w:rFonts w:ascii="Times New Roman" w:hAnsi="Times New Roman" w:eastAsia="Times New Roman" w:cs="Times New Roman"/>
        </w:rPr>
        <w:t>Pe téra, térã, réra, oisãmokóva Islam-pe, hebreo ha griego-pe, ojehechauka hag̃ua umi mokõi téra rupive, ha’e “mano” ha “ñehundi”, ha upéva og̃uahẽkuri jasyporundy 11, 2001-pe, umi tuichaitereíva óga New York-pegua oñembotyryrýramo guare. Upe jave oñepyrũkuri oñekumpli hag̃ua Apocalipsis kapítulo dieciocho, versículos peteĩ guive mbohapy peve.</w:t>
      </w:r>
    </w:p>
    <w:p>
      <w:pPr>
        <w:pStyle w:val="ArticleBody"/>
        <w:jc w:val="left"/>
      </w:pPr>
      <w:r>
        <w:rPr>
          <w:rFonts w:ascii="Times New Roman" w:hAnsi="Times New Roman" w:eastAsia="Times New Roman" w:cs="Times New Roman"/>
        </w:rPr>
        <w:t>Ojehechakuaa pe ñe’ẽpy peteĩha kuimbaʼe ka’aguygua Islam rehegua, Génesis kuatiápe, oipuruhague pe ñe’ẽ hebreo he’iséva “mburika ka’aguygua arábigo”, ha upéva oñembohasa hag̃ua pe versíkulope “kuimbaʼe ka’aguygua” ramo. Islam símbolo ha’e pe familia kavaju rehegua, ha Apocalipsis kapítulo nueve-pe avei oñerrepresenta vaʼekue kavaju ñorairõrã ramo. Umi ta’anga marangatu Habacuc reheguápe, Tupã tavayguakuéra oñemomarandu hague “ndaikatúi oñemoambue”, Islam avei oñerrepresenta vaʼekue umi kavaju ñorairõrã rupive.</w:t>
      </w:r>
    </w:p>
    <w:p>
      <w:pPr>
        <w:pStyle w:val="ArticleScripture"/>
        <w:jc w:val="left"/>
      </w:pPr>
      <w:r>
        <w:rPr>
          <w:rFonts w:ascii="Times New Roman" w:hAnsi="Times New Roman" w:eastAsia="Times New Roman" w:cs="Times New Roman"/>
        </w:rPr>
        <w:t>Ha Ñandejára ánhel he’i chupe: Máina, nde rye guasu, ha reiméta peteĩ ta’ýrape, ha rembohérata héra Ismael; Ñandejára ohendúgui nde jehasa asy. Ha’e katuta peteĩ kuimba’e ka’aguygua; ipo opuʼãta opa kuimbaʼe rehe, ha opa kuimbaʼépe ipo opuʼãta hese; ha oikóta opa ijoykeʼy kuéra renondépe. Génesis 16:11, 12.</w:t>
      </w:r>
    </w:p>
    <w:p>
      <w:pPr>
        <w:pStyle w:val="ArticleBody"/>
        <w:jc w:val="left"/>
      </w:pPr>
      <w:r>
        <w:rPr>
          <w:rFonts w:ascii="Times New Roman" w:hAnsi="Times New Roman" w:eastAsia="Times New Roman" w:cs="Times New Roman"/>
        </w:rPr>
        <w:t>Pe mención peteĩha Ismael ñemoñare rehegua oñembojoaju vaʼekue peteĩ “restricción” rehe, upéva oiko hag̃ua peteĩ símbolo tenondegua oñembojoajúva Islam rehe.</w:t>
      </w:r>
    </w:p>
    <w:p>
      <w:pPr>
        <w:pStyle w:val="ArticleScripture"/>
        <w:jc w:val="left"/>
      </w:pPr>
      <w:r>
        <w:rPr>
          <w:rFonts w:ascii="Times New Roman" w:hAnsi="Times New Roman" w:eastAsia="Times New Roman" w:cs="Times New Roman"/>
        </w:rPr>
        <w:t>Ha Sarai, Abram rembireko, ndoguerahái chupe mitã; ha oreko vaʼekue peteĩ tembiguái kuña Egiptogua, héra Agar. Ha Sarai heʼi Abrampe: Ehecha koʼág̃a, Ñandejára chejoko ani hag̃ua amemby. Ajerure ndéve, eike che rembiguái rendápe; ikatu hag̃uáicha upéva rupi areko mitã chugui. Ha Abram ohendu Sarai ñeʼẽ. Génesis 16:1, 2.</w:t>
      </w:r>
    </w:p>
    <w:p>
      <w:pPr>
        <w:pStyle w:val="ArticleBody"/>
        <w:jc w:val="left"/>
      </w:pPr>
      <w:r>
        <w:rPr>
          <w:rFonts w:ascii="Times New Roman" w:hAnsi="Times New Roman" w:eastAsia="Times New Roman" w:cs="Times New Roman"/>
        </w:rPr>
        <w:t>Pe peteĩchaiténte ñemombe’u peteĩha Islam rehegua, ojehechaukaháicha Ismael ñemoñarepyre rehe, oñemomba’e guasu ñemoĩme guýpe. Pe ñemoĩme guýpe rehegua ñeimo’ã ha’e peteĩ mba’e iñimportantevéva Islam jeroviápe. Pe ñe’ẽ “Islam” ou mokõi ñe’ẽ árabe-gui, “salaam”, he’iséva “py’aguapy”, ha “aslama”, he’iséva “ñemoĩ guýpe” térã “ñeme’ẽ”. Islam ombo’e umi ogueroviáva omboja hag̃ua hembipota Allah rembipotára (Tupã) opavave mba’épe tekovépe. Sara oikuaávo ojapo hague peteĩ mba’e vai omokyre’ỹvo Abraham-pe oguereko hag̃ua Hagar ha omoheñói hag̃ua Ismael, ohupyty Abraham-gui permíso ojapo asy hag̃ua Hagar rehe; upéva rupi Hagar okañy Abraham rógagui. Upépe ha’e ohupyty peteĩ marandu ánhel-gui.</w:t>
      </w:r>
    </w:p>
    <w:p>
      <w:pPr>
        <w:pStyle w:val="ArticleScripture"/>
        <w:jc w:val="left"/>
      </w:pPr>
      <w:r>
        <w:rPr>
          <w:rFonts w:ascii="Times New Roman" w:hAnsi="Times New Roman" w:eastAsia="Times New Roman" w:cs="Times New Roman"/>
        </w:rPr>
        <w:t>Ha Abram he’i Sarai-pe: “Kóina ne rembiguái oĩ nde pópe; ejapo hese reipotaháicha.” Ha Sarai ojejopy vai ramo hese, ha’e okañy ipúva-gui. Upéi Tupã Ñandejára remimbou ojuhu chupe peteĩ yvu ypýpe desiértope, pe yvu oĩva tape Shur gotyo. Ha he’i chupe: “Agar, Sarai rembiguái, moõguipa reju, ha moõpa rehóta?” Ha’e katu he’i: “Che akañy che jára Sarai rovagui.” Ha Tupã Ñandejára remimbou he’i chupe: “Ejevýke nde járape, ha eñemoĩ ipoguýpe.” Avei Tupã Ñandejára remimbou he’i chupe: “Ambohetaitereíta nde ñemoñare, ha ndaikatumo’ãi oñepapa heta iterei rupi.” Ha Tupã Ñandejára remimbou he’i chupe: “Kóina, reime hyeguasúma, ha reiméta peteĩ ra’y; ha rembohérata héra Ismael; Tupã Ñandejára ohendúgui nde jehasa asy. Ha’e katu kuimba’e ka’aguyguáicha; ipo opu’ãta opavave rehe, ha opavave po opu’ãta hese; ha oikóta opa ijoyke’ykuéra renondépe.” Génesis 16:6–12.</w:t>
      </w:r>
    </w:p>
    <w:p>
      <w:pPr>
        <w:pStyle w:val="ArticleBody"/>
        <w:jc w:val="left"/>
      </w:pPr>
      <w:r>
        <w:rPr>
          <w:rFonts w:ascii="Times New Roman" w:hAnsi="Times New Roman" w:eastAsia="Times New Roman" w:cs="Times New Roman"/>
        </w:rPr>
        <w:t>Islam rembiguái, pe “ñemomirĩ” ohechaukáva pe religión Islam rekopy, ha pe tembiaporã oguerekóva Islam, opavave oĩ Ismael ñeñemboypygua peteĩha mención-pe, ha ohechauka pe ADN profético pe Islam rehegua ojehechaukáva mbohapy ñembyasýpe Apocalipsis-pe. Ñandejára ogueru rire Itavayguakuérape Jeremías tape yma guarépe, ha’ekuéra avei ohechakuaa vaekue umi “irundy yvytu” ojokóva irundy ánhel Apocalipsis kapítulo siete-pe, ha’eha específicamente umi irundy yvytu Islam rehegua.</w:t>
      </w:r>
    </w:p>
    <w:p>
      <w:pPr>
        <w:pStyle w:val="ArticleScripture"/>
        <w:jc w:val="left"/>
      </w:pPr>
      <w:r>
        <w:rPr>
          <w:rFonts w:ascii="Times New Roman" w:hAnsi="Times New Roman" w:eastAsia="Times New Roman" w:cs="Times New Roman"/>
        </w:rPr>
        <w:t>“Umi ánhel ojejokóva hína irundy yvytu, ojehechaukáva peteĩ kavaju pochýramo oñeha’ãva ojei hag̃ua, ha pya’e hag̃ua ohasa opa yvy ape ári, ogueraha hag̃ua tapépe ñehundi ha mano.” Manuscript Releases, volumen 20, 217.</w:t>
      </w:r>
    </w:p>
    <w:p>
      <w:pPr>
        <w:pStyle w:val="ArticleBody"/>
        <w:jc w:val="left"/>
      </w:pPr>
      <w:r>
        <w:rPr>
          <w:rFonts w:ascii="Times New Roman" w:hAnsi="Times New Roman" w:eastAsia="Times New Roman" w:cs="Times New Roman"/>
        </w:rPr>
        <w:t>Pe “kavaju pochy” Islam rehegua, ha avei umi “irundy yvytu” oĩva “jejoko” guýpe, ojejapopa aja pe peteĩ sientokuarenta y irundy mil ñesẽrã, ogueru “mano ha ñehundi” (Abaddon ha Apollyon) ij “rape” rupi. Ojejokoháicha Hagar-pe, omoĩ vaʼekue pe mbaʼe ypykue maranduhára rehegua pe taʼãnga Islam-pe, umi irundy yvytu ha pe kavaju pochy mokõivéva oĩ jejoko guýpe; ha upéva oñemoĩ porã rire, ojekuaa kuri pe ñepyrũha pe peteĩha guaʼu, ohechauka hag̃ua oĩha peteĩ jejoko Islam ári, ojehechaukaháicha Abubakar ñeʼẽmondo ymaguare rupive.</w:t>
      </w:r>
    </w:p>
    <w:p>
      <w:pPr>
        <w:pStyle w:val="ArticleScripture"/>
        <w:jc w:val="left"/>
      </w:pPr>
      <w:r>
        <w:rPr>
          <w:rFonts w:ascii="Times New Roman" w:hAnsi="Times New Roman" w:eastAsia="Times New Roman" w:cs="Times New Roman"/>
        </w:rPr>
        <w:t>Ha oñeñeẽ chupekuéra ani hag̃ua ombyai yvyra rogue yvýpe, ni mba’e hovy, ni peteĩ yvyramáta; ha katu umi kuimba’e añónte ndorekóiva Tupã sellorã ijyvágare. Apocalipsis 9:4.</w:t>
      </w:r>
    </w:p>
    <w:p>
      <w:pPr>
        <w:pStyle w:val="ArticleBody"/>
        <w:jc w:val="left"/>
      </w:pPr>
      <w:r>
        <w:rPr>
          <w:rFonts w:ascii="Times New Roman" w:hAnsi="Times New Roman" w:eastAsia="Times New Roman" w:cs="Times New Roman"/>
        </w:rPr>
        <w:t>Línea sobre línea, o inicio do segundo ai, que na aplicación tripla dos tres ais se sitúa sobre o inicio do primeiro ai, identifica unha liberación dos catro anxos, os cales no versículo representan a liberación da segunda gran xihad do islam.</w:t>
      </w:r>
    </w:p>
    <w:p>
      <w:pPr>
        <w:pStyle w:val="ArticleScripture"/>
        <w:jc w:val="left"/>
      </w:pPr>
      <w:r>
        <w:rPr>
          <w:rFonts w:ascii="Times New Roman" w:hAnsi="Times New Roman" w:eastAsia="Times New Roman" w:cs="Times New Roman"/>
        </w:rPr>
        <w:t>He’ívo pe sexto ánhelpe, pe oguerekóvape pe trompéta: Epoi umi irundy ánhel, oñeñapytĩva pe ysyrýpe guasúpe Éufrates. Apocalipsis 9:14.</w:t>
      </w:r>
    </w:p>
    <w:p>
      <w:pPr>
        <w:pStyle w:val="ArticleBody"/>
        <w:jc w:val="left"/>
      </w:pPr>
      <w:r>
        <w:rPr>
          <w:rFonts w:ascii="Times New Roman" w:hAnsi="Times New Roman" w:eastAsia="Times New Roman" w:cs="Times New Roman"/>
        </w:rPr>
        <w:t>Upévare ojeikuaa vaekue mbohapyha ñembyasyrã ñepyrũme Islam oñemosãsoha ha avei ojejokoháta, ha upéva hína pe Sister White testimonio tee.</w:t>
      </w:r>
    </w:p>
    <w:p>
      <w:pPr>
        <w:pStyle w:val="ArticleScripture"/>
        <w:jc w:val="left"/>
      </w:pPr>
      <w:r>
        <w:rPr>
          <w:rFonts w:ascii="Times New Roman" w:hAnsi="Times New Roman" w:eastAsia="Times New Roman" w:cs="Times New Roman"/>
        </w:rPr>
        <w:t>“Upérõ guive, pe tembiapo ñepysyrõ rehegua oñembotývo, jehasa asy oúta yvy ári, ha tetãnguéra ipochýta, upéicharõ jepe ojejokóta ani hag̃ua ojoko pe tembiapo mburuvichaapyha ángel rehegua. Upe jave pe ‘ama riregua,’ térã pytu’u pyahu Ñandejára renondégui, oúta ome’ẽ hag̃ua pu’aka pe ñe’ẽ hatãva mburuvichaapyha ángel reheguápe, ha ombosako’i hag̃ua umi marangatu ikatu hag̃uáicha oĩ mbarete pe ára umi siete plaga pahague oñeñohẽtahápe.” Early Writings, 85.</w:t>
      </w:r>
    </w:p>
    <w:p>
      <w:pPr>
        <w:pStyle w:val="ArticleBody"/>
        <w:jc w:val="left"/>
      </w:pPr>
      <w:r>
        <w:rPr>
          <w:rFonts w:ascii="Times New Roman" w:hAnsi="Times New Roman" w:eastAsia="Times New Roman" w:cs="Times New Roman"/>
        </w:rPr>
        <w:t>Ojehesa’ỹvo Islam rembiasakue ypýpe, ojehechakuaa umi ñorairõ ha jehupytykue Islam árabepegua pe ñembyasy peteĩhágui, Islam omyesakãha “pe yvy tuichavéva peteĩha jihad” ramo; ha pe ñorairõ Imperio Otomanopegua oñepyrũva’ekue umi irundy ánhel ojeheja jave, Islam omyesakãha “pe mokõiha yvy tuichavéva jihad” ramo. Oñemoĩporãvo pe mbohapy jeporu rehe, Islam oguerovia pe mbohapyha ha pahaitéva jihad oñepyrũ hague 11 jasyporundy 2001-pe. William Miller ohai haguéicha yma, “Tembiasakue ha profesía, oñemoĩ peteĩ ñe’ẽme.”</w:t>
      </w:r>
    </w:p>
    <w:p>
      <w:pPr>
        <w:pStyle w:val="ArticleBody"/>
        <w:jc w:val="left"/>
      </w:pPr>
      <w:r>
        <w:rPr>
          <w:rFonts w:ascii="Times New Roman" w:hAnsi="Times New Roman" w:eastAsia="Times New Roman" w:cs="Times New Roman"/>
        </w:rPr>
        <w:t>Pe jevy rehegua “línea ári línea” jeporu, peteĩ ñemosãsõ ha peteĩ joko ojoajúva peteĩchaite, ojehechaukaháicha oñemoĩvo peteĩ ári ambue pe línea profética ñepyrũgua pe peteĩha ha mokõiha mba’easy guasu rehegua, ojehechauka porãite kuri Espíritu de Profecía rupive; ha Islam oinupã rire 11 jasyporundy ary 2001-pe, Mburuvicha guasu George W. Bush omoĩ Islam ári peteĩ joko opavave yvy ape ári, omoñepyrũvo iñorairõ terrorismo rehe. Pe ñemosãsõ ha joko ojoajúva peteĩchaite pe “kavaju pochy” Islam rehegua oñemohenda porã kuri la Biblia rupive, Espíritu de Profecía rupive, ha avei tembiasakue rupive.</w:t>
      </w:r>
    </w:p>
    <w:p>
      <w:pPr>
        <w:pStyle w:val="ArticleBody"/>
        <w:jc w:val="left"/>
      </w:pPr>
      <w:r>
        <w:rPr>
          <w:rFonts w:ascii="Times New Roman" w:hAnsi="Times New Roman" w:eastAsia="Times New Roman" w:cs="Times New Roman"/>
        </w:rPr>
        <w:t>Umi “osegíva pe Cordero”-pe ojevýva hag̃ua umi tape ymaguare Millerista-pe ojuhu pe “pytu’u”, ha’éva pe ama pytãkue paha, pe Hermana White omombe’úva oñepyrũha umi tetãnguéra ipochývo, jepe upéva oñembokojopy jave, oiko haguéicha 11 jasyporundy 2001-pe.</w:t>
      </w:r>
    </w:p>
    <w:p>
      <w:pPr>
        <w:pStyle w:val="ArticleScripture"/>
        <w:jc w:val="left"/>
      </w:pPr>
      <w:r>
        <w:rPr>
          <w:rFonts w:ascii="Times New Roman" w:hAnsi="Times New Roman" w:eastAsia="Times New Roman" w:cs="Times New Roman"/>
        </w:rPr>
        <w:t>“Upérõ pe tiémpope, pe tembiapo ñepysyrõ rehegua oñemboty aja, jehasa’asy oúta yvy ári, ha umi tetãnguéra ipochyta, upéicharõ jepe oñeñangarekóta hesekuéra ani hag̃ua ojoko mbohapyha ánhel rembiapo. Upérõ pe ‘ama pahápegua,’ térã pytu’u pyahu Ñandejára renondégui, ou hag̃ua ome’ẽ hag̃ua pokatu mbohapyha ánhel ñe’ẽ hatãme, ha ombosako’i hag̃ua umi imarangatúva ikatu hag̃uáicha oñembo’y pe ára umi siete plaga paha oñehykýita jave.” Early Writings, 85.</w:t>
      </w:r>
    </w:p>
    <w:p>
      <w:pPr>
        <w:pStyle w:val="ArticleBody"/>
        <w:jc w:val="left"/>
      </w:pPr>
      <w:r>
        <w:rPr>
          <w:rFonts w:ascii="Times New Roman" w:hAnsi="Times New Roman" w:eastAsia="Times New Roman" w:cs="Times New Roman"/>
        </w:rPr>
        <w:t>Umi “osegui pe Cordero” ojevyvo hag̃ua umi tape yma guare Millerita-kuérape ojuhu pe “pytu’u”, ha’éva pe ama pyhareve paha, Sister White omombe’úva oñepyrũ hague pe ánhel mbarete Apocalipsis 18-pe oñemboguejy ramo guare 11 jasyporundy ary 2001-pe.</w:t>
      </w:r>
    </w:p>
    <w:p>
      <w:pPr>
        <w:pStyle w:val="ArticleScripture"/>
        <w:jc w:val="left"/>
      </w:pPr>
      <w:r>
        <w:rPr>
          <w:rFonts w:ascii="Times New Roman" w:hAnsi="Times New Roman" w:eastAsia="Times New Roman" w:cs="Times New Roman"/>
        </w:rPr>
        <w:t>“Oký ára paha hoʼa hag̃ua Tupã retayguakuéra ári. Peteĩ ánhel ipoderóso oguejyta yvágagui, ha opa yvy henyhẽta hesakã hag̃ua iglória reheve.” Review and Herald, 21 jasyrundy 1891-pe.</w:t>
      </w:r>
    </w:p>
    <w:p>
      <w:pPr>
        <w:pStyle w:val="ArticleBody"/>
        <w:jc w:val="left"/>
      </w:pPr>
      <w:r>
        <w:rPr>
          <w:rFonts w:ascii="Times New Roman" w:hAnsi="Times New Roman" w:eastAsia="Times New Roman" w:cs="Times New Roman"/>
        </w:rPr>
        <w:t>Pe ánhel ipu’akapáva oguejy ramo guare, táva New York pegua óga guasukuéra oñembyaírõ guare, oñepyrũ pe sellamiento umi cien cuarenta y cuatro mil rehegua, ha pe ama riregua oñepyrũ oñysỹi. Umi oñemotenondéva ojevy hag̃ua Jeremías tape yma guarépe, ha ojuhúva pe “pytu’u”, ha’éva pe ama riregua, upérõ oikuaa Isaías “pytu’u ha ñembopy’aguapy” rehegua ha’eha avei pe ama riregua; ha katu avei upéva ha’e peteĩ jehechauka pe prueba rehegua, pe 11 jasyporundy ary 2001-pe ombohováiva Tupã tavayguápe, ha ko’ýte umi “kuimba’e puka reheguápe” “oguerekóva Jerusalén sãmbyhy”. Oikuaa hikuái pe prueba mokõiháicha hague, pórke ohechauka Islam marandu pe mbohapyha ñembyasy guasu rehegua, ha avei, peteĩchante iñimportánteva, ohechauka pe metodología bíblica omopyendáva pe marandu ama riregua rehegua.</w:t>
      </w:r>
    </w:p>
    <w:p>
      <w:pPr>
        <w:pStyle w:val="ArticleScripture"/>
        <w:jc w:val="left"/>
      </w:pPr>
      <w:r>
        <w:rPr>
          <w:rFonts w:ascii="Times New Roman" w:hAnsi="Times New Roman" w:eastAsia="Times New Roman" w:cs="Times New Roman"/>
        </w:rPr>
        <w:t>Ha’e he’i va’ekue chupekuéra: Kóva hína pe pytu’u, peme’ẽ hag̃ua pytu’u pe ikane’õvape; ha kóva hína pe ñembopy’aguapy. Upéicharõ jepe, ndojapysakái hikuái. Ha Ñandejára ñe’ẽ oiko chupekuéra hag̃ua tembiapoukapy ári tembiapoukapy, tembiapoukapy ári tembiapoukapy; línea ári línea, línea ári línea; ko’ápe michĩmi ha pépe michĩmi; ikatu hag̃uáicha oho, ho’a hapykuépe, oñembyai, oñemoñuhã, ha ojeguereko hag̃ua. Upévare, pehendúke Ñandejára ñe’ẽ, peẽ kuimba’e ñembohoryháva, pejopýva ko tetãygua oĩva Jerusalénpe. Isaías 28:12–14.</w:t>
      </w:r>
    </w:p>
    <w:p>
      <w:pPr>
        <w:pStyle w:val="ArticleBody"/>
        <w:jc w:val="left"/>
      </w:pPr>
      <w:r>
        <w:rPr>
          <w:rFonts w:ascii="Times New Roman" w:hAnsi="Times New Roman" w:eastAsia="Times New Roman" w:cs="Times New Roman"/>
        </w:rPr>
        <w:t>Tapeguata yma guarépe oguata haguére, Tupã ára pahapegua tavayguakuérape opermiti upéi ohechakuaa hag̃ua umi diez virgen parábola, “ohechauka hag̃ua pe Adventista tavaygua rembiasakue,” ojerejey vaʼerãha “katueteite pe letra rupi,” pe sellamiento ára pukukue umi cien cuarenta y cuatro mil rehe. Pe testimonio pe tembiasakue rehegua, upépe pe parábola oñekumpli raẽ hague, ohechauka Habacuc kapítulo mokõi oñembojoajuha directamente ha oikeha pe parábola ryepýpe. Upévare pe “debate” Habacuc mokõiguápe orrepresenta pe prueba pe descanso ha refrescamiento rehegua umi kuimbaʼe ñembohoryha nohenduséivaʼekue. Umi estudiante fielkuéra la Biblia rehegua oseguírõ guare ohesaʼỹijo tape yma guarépe, oikuaa hikuái ndahaʼeiha añónte umi diez virgen parábola ha Habacuc mokõi pe profecía peteĩcha, ha upéicha avei Ezequiel kapítulo doce.</w:t>
      </w:r>
    </w:p>
    <w:p>
      <w:pPr>
        <w:pStyle w:val="ArticleScripture"/>
        <w:jc w:val="left"/>
      </w:pPr>
      <w:r>
        <w:rPr>
          <w:rFonts w:ascii="Times New Roman" w:hAnsi="Times New Roman" w:eastAsia="Times New Roman" w:cs="Times New Roman"/>
        </w:rPr>
        <w:t>“Peteĩ parte Ezequiel profecíagui avei oiko vaʼekue mbarete ha konsuélo yvypórape g̃uarã: ‘Upéi Jehová ñeʼẽ ou chéve, heʼívo: Yvypóra raʼy, mbaʼépa upe ñeʼẽnga peiporúva Israel retãme, pejehápe: Ohasa meme ára, ha opa visión ndojehupytýi? Erese chupekuéra upévare: Péicha heʼi Ñandejára Jehová.... Hiʼag̃uimbaitéma umi ára, ha ojehupytýta opa visión.... Che añeʼẽta, ha upe ñeʼẽ che haʼétava oikóta; ndopytamoʼãvéima oñembotapykue hag̃ua.’ ‘Israel róga heʼi: Pe visión haʼe ohecháva niko hetaiterei ára rire guarã, ha haʼe oprofetisa umi ára mombyrygua rehe. Upévare ere chupekuéra: Péicha heʼi Ñandejára Jehová; Ndaipytamoʼãvéima oñembotapykue hag̃ua peteĩve che ñeʼẽ, síno upe ñeʼẽ che haʼéva oikóta.’ Ezequiel 12:21–25, 27, 28.” The Great Controversy, 393.</w:t>
      </w:r>
    </w:p>
    <w:p>
      <w:pPr>
        <w:pStyle w:val="ArticleBody"/>
        <w:jc w:val="left"/>
      </w:pPr>
      <w:r>
        <w:rPr>
          <w:rFonts w:ascii="Times New Roman" w:hAnsi="Times New Roman" w:eastAsia="Times New Roman" w:cs="Times New Roman"/>
        </w:rPr>
        <w:t>Pe ára oñesella haguã umi cien cuarenta y cuatro mil, oñerepresentáva pe movimiento adventista rupive 1840 guive 1844 peve, ohechauka pe ára paha rupi pe tiémpo, upépe “opa visión rembiapo” “oikóta”. Pe tembiasakue profético pe peteĩha aipoasy rehegua, oñemoĩvo pe mokõiha aipoasy rehegua tembiasakue profético ári, oikuaauka pe mbohapyha aipoasy rehegua tembiasakue profético, ha upéva hína pe tembiasakue profético pe sello rehegua umi cien cuarenta y cuatro mil-pe. Upéva avei hína pe tembiasakue 1840 guive 1844 peve. Upéva avei hína pe tembiasakue ojejapohápe pe tembiapo pe maranduhára ombosako’íva tape pe Maranduhára del Pacto-pe g̃uarã. Upéva hína pe tembiasakue umi mokõi hatĩ mymba yvy guigua ohasa jave peteĩ jehasa pe sexto guive pe “octavo” peve, ha’éva “umi siete apytégui”. Upéva hína pe tembiasakue umi mokõi proféta oñejuka hápe pe tape mbytépe, Apocalipsis capítulo once-pe.</w:t>
      </w:r>
    </w:p>
    <w:p>
      <w:pPr>
        <w:pStyle w:val="ArticleBody"/>
        <w:jc w:val="left"/>
      </w:pPr>
      <w:r>
        <w:rPr>
          <w:rFonts w:ascii="Times New Roman" w:hAnsi="Times New Roman" w:eastAsia="Times New Roman" w:cs="Times New Roman"/>
        </w:rPr>
        <w:t>Upéicha avei iñimportánte pe añetegua, Ñandejára ñe’ẽ araka’eve ndojejavyi hag̃uare, ha oñondive pe principio opavave proféta oñe’ẽha hetave umi ára paháre oimeraẽ ambue ára rangue, pévare 11 jasyporundy 2001-pe “umi ára profétika oguahẽma”, upépe “umi ñe’ẽ” Ñandejára he’iva’ekue “oikóta”, ha “ndaha’evéima oñembotapykueterei hag̃ua.”</w:t>
      </w:r>
    </w:p>
    <w:p>
      <w:pPr>
        <w:pStyle w:val="ArticleBody"/>
        <w:jc w:val="left"/>
      </w:pPr>
      <w:r>
        <w:rPr>
          <w:rFonts w:ascii="Times New Roman" w:hAnsi="Times New Roman" w:eastAsia="Times New Roman" w:cs="Times New Roman"/>
        </w:rPr>
        <w:t>Pe opu’ãiva’ekue 1863-pe omoĩ Adventismo Laodiceagua toguata hag̃ua desiérto rupi opa peve omanombaite. Ñandejára ojevy jey upe tembiasápe 11 jasyporundy 2001-pe ojapohaguéicha Israel yma guarépe Cades-pe.</w:t>
      </w:r>
    </w:p>
    <w:p>
      <w:pPr>
        <w:pStyle w:val="ArticleBody"/>
        <w:jc w:val="left"/>
      </w:pPr>
      <w:r>
        <w:rPr>
          <w:rFonts w:ascii="Times New Roman" w:hAnsi="Times New Roman" w:eastAsia="Times New Roman" w:cs="Times New Roman"/>
        </w:rPr>
        <w:t>Pe jevy peteĩha Cadespe omoheñói pe opuʼã opaichagua rehegua umi diez espía, ha ogueru pe ára ojeguata hag̃ua desiértope. Umi cuarenta ary pahávo, haʼekuéra ojeyvy Cadespe, ha upépe Moisés oinupã pe Ita peteĩ jeyve ha oñembotove chupe oike hag̃ua pe Yvy Oñemeʼẽvape; upéicharõ jepe, haʼekuéra oike Josué ndive. 11 jasyporundy 2001 ohechauka pe generación paha, ha Tupã ndoipyso moʼãvéima Iñeʼẽ.</w:t>
      </w:r>
    </w:p>
    <w:p>
      <w:pPr>
        <w:pStyle w:val="ArticleBody"/>
        <w:jc w:val="left"/>
      </w:pPr>
      <w:r>
        <w:rPr>
          <w:rFonts w:ascii="Times New Roman" w:hAnsi="Times New Roman" w:eastAsia="Times New Roman" w:cs="Times New Roman"/>
        </w:rPr>
        <w:t>Ñamyesakãta ko mba’e añetéva pe artíkulo oúvape.</w:t>
      </w:r>
    </w:p>
    <w:p>
      <w:pPr>
        <w:pStyle w:val="ArticleScripture"/>
        <w:jc w:val="left"/>
      </w:pPr>
      <w:r>
        <w:rPr>
          <w:rFonts w:ascii="Times New Roman" w:hAnsi="Times New Roman" w:eastAsia="Times New Roman" w:cs="Times New Roman"/>
        </w:rPr>
        <w:t>“Israel rekove ñu rupi oiko vaʼekue desiértope oñemoĩ kuatiápe Tupã Israel rehehápe iporã hag̃uáicha pe ára paha peve. Tupã ojapo vaʼekue umi oguata asýva desiérto rupi ndive, opaite iñeguata ha ijerére, iñembyahýipe, ijuheýipe ha ikaneʼõme, ha umi jehechauka mbarete porãite iñepytyvõrã, haʼe peteĩ ñeʼẽnga Tupãgui, henyhẽva ñemomarandúgui ha mboʼepýgui heta ára pukukue hag̃ua hembiguáipe g̃uarã. Umi hebréokuéra rembiasakue opaichagua haʼe vaʼekue peteĩ mboʼehao oñembosakoʼi hag̃ua hóga oñepromete vaʼekuépe Canaánpe g̃uarã. Tupã oipota heta koʼã ára pahápe itavayguakuéra ohecha jey pyʼa mirĩ ha espíritu oñemboʼekuaasévape umi jehasa asy hendýva rupi ohasa vaʼekue Israel yma guare, ikatu hag̃uáicha oñemboʼe hag̃ua iñembosakoʼípe pe Canaán yvagapeguápe g̃uarã.”</w:t>
      </w:r>
    </w:p>
    <w:p>
      <w:pPr>
        <w:pStyle w:val="ArticleScripture"/>
        <w:jc w:val="left"/>
      </w:pPr>
      <w:r>
        <w:rPr>
          <w:rFonts w:ascii="Times New Roman" w:hAnsi="Times New Roman" w:eastAsia="Times New Roman" w:cs="Times New Roman"/>
        </w:rPr>
        <w:t>“Pe ita, Ñandejára mandádo rupive oñenupãva ha osẽ hag̃ua chugui y yvágagua oikovéva, vaʼekue peteĩ símbolo Cristo rehegua, oñenupã ha oñembyai hag̃uáicha ikangy ruguy rupive oñembosakoʼi hag̃ua peteĩ yvu oúva salvación-rã yvypóra oñehundíva peguarã. Pe ita oñenupã hague peteĩ jeýnteháicha, upéicha avei Cristo vaʼerã kuri ‘oñemeʼẽ peteĩ jeýnte, ogueraha hag̃ua heta angaipa.’ Péro Moisés pyʼaro vai reheve oñenupã jey rupi pe ita Kades-pe, pe símbolo porãite Cristo rehegua oñembyaipa. Ñande Salvador ndovaʼerãi kuri ojesakrifika mokõi jey. Pe jeikuaveʼẽ guasu ojejapo hague peteĩ jeýnte rupi, umi ohekáva ivendisión itaʼyrã porã rehegua peguarã tekotevẽnte ojerure Jesús rérape,—tohenohẽ ikorasõ rembipota ñemboʼe ñembyasy reheve. Péicha pe ñemboʼe oguerúta Ñandejára de los ejércitos renondépe Jesús herida-kuéra; ha upérõ osẽta jey pyahu hag̃uáicha pe tuguy omeʼẽva tekove, ojehechauka vaʼekue pe y oikovéva osyryrýva rupive Israel ijuhéivape g̃uarã.”</w:t>
      </w:r>
    </w:p>
    <w:p>
      <w:pPr>
        <w:pStyle w:val="ArticleScripture"/>
        <w:jc w:val="left"/>
      </w:pPr>
      <w:r>
        <w:rPr>
          <w:rFonts w:ascii="Times New Roman" w:hAnsi="Times New Roman" w:eastAsia="Times New Roman" w:cs="Times New Roman"/>
        </w:rPr>
        <w:t>“Peteĩ jerovia oikovéva añoite Tupãre, ha iñeʼẽrendúvo ñemomirĩme hembiapoukapykuérape, ikatu yvypóra ohaʼarõ og̃uahẽ hag̃ua pe Tupã omoneĩ hag̃uáme. Upe milágro tuichaite oikovaʼekuépe Cades-pe, Moisés, ikaneʼõgui tavayguakuéra ñemurmura ha puʼakaʼỹme opuʼãmemegui, ndohechavéimarõ guare Ipytyvõhára Ipuʼakapavẽvape; nohendúi pe tembiapoukapy heʼíva: ‘Peñeʼẽ pe ita guasupe, ha omeʼẽta y’;’ ha pe mbarete Tupãgui oúvaʼỹre, ojeheja chupe ombyai hag̃ua hembiasakue peteĩ pyʼaro ha yvypóra kangy rehechauka rupive. Pe kuimbaʼe opytavaʼerã ha ikatúva opyta ipotĩ, mbarete ha ijeheguieteʼỹ hag̃uáme hembiapo paha peve, ipahápe ogana chupe upe mbaʼe. Tupã oñemotĩ Israel aty renondépe, ikatuhápe raʼe oñemombaʼe, ha héra oñemombaʼeguasu.”</w:t>
      </w:r>
    </w:p>
    <w:p>
      <w:pPr>
        <w:pStyle w:val="ArticleScripture"/>
        <w:jc w:val="left"/>
      </w:pPr>
      <w:r>
        <w:rPr>
          <w:rFonts w:ascii="Times New Roman" w:hAnsi="Times New Roman" w:eastAsia="Times New Roman" w:cs="Times New Roman"/>
        </w:rPr>
        <w:t>“Pe juicio oñembojeroviáva pya’e Moisés rehe ha’e vaekue peteĩ mba’e hasyetereíva ha omoñemomirĩva, —ha’e, Israel opu’ãva ndive, omanova’erãha Jordán mboyve ohasa hag̃ua. Péro piko yvypóra he’íta Ñandejára ojapo hague ivaíva hembiguái rehe upe peteĩ mba’e vai rehe añónte? Tupã omomba’eguasu Moiséspe ambue kuimba’épe omomba’eguasu’ỹ haguéicha upe jave oikovévape. Ha’e oñemoĩ porãjey chupe heta jeýma. Ohendu vaekue iñembo’e, ha oñe’ẽ hendive tova ombohovái tova, peteĩ kuimba’e oñe’ẽháicha iñirũnga ndive. Pe tesakã ha pe kuaapy Moisés oreko hagueichaite, upéicha avei tuichave vaekue hembiapo vai.”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Sa Poapy Apytépeha Mbohapy Pa’ẽ hag̃ua hag̃ua hag̃ua hag̃ua hag̃apa peteĩ Mme’ẽ</dc:title>
  <dc:subject>Ojehechaukávo Profecía Jeporu Mbohapyve: Ojekuaa hag̃ua mba’éichapa iñimportante 11 de septiembre de 2001 contexto bíblico-pe</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