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Mokõipa Irundy hag̃ua Mbohapy hag̃ua Papo irundy hag̃ua peteĩ hag̃ua Tovake```</w:t>
      </w:r>
    </w:p>
    <w:p>
      <w:pPr>
        <w:pStyle w:val="ArticleSubtitle"/>
        <w:jc w:val="left"/>
      </w:pPr>
      <w:r>
        <w:rPr>
          <w:rFonts w:ascii="Arial" w:hAnsi="Arial" w:eastAsia="Arial" w:cs="Arial"/>
        </w:rPr>
        <w:t>Pe Ñemoñare Paha: Ojekuaaukávo Ezequiel Maranduhára Ñe’ẽngatu Oñemboguataha ha Pe 144.000 Oñesella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Pe ñemoñare ohecháva’ekue mbohapyha aipo vaípe oguahẽ hag̃ua, 11 jasyporundy 2001-pe, ha’e hína ko yvy rembiasakue pahaitegua ñemoñare. Pe jehasa Ezequiel-gui omoañetéva ko añetegua ojekuaa va’ekue umi Millerita-kuérape oñembojoaju hag̃uáicha hag̃ua peteĩchaite umi pa’ẽ porandu rehegua diez kuña virgen rehe, ha upévare Habacuc kapítulo mokoĩ rehe avei. Upe tembiasakuépe, pe visión Habacuc kapítulo mokoĩmegua, “ndopytamo’ãvéima” va’ekue, ha oñemoañete va’ekue 22 jasypa 1844-pe, ohechauka raẽ va’ekue pe léi domingo pya’épe oútava Tetã peteĩ reko Amérikape. Ha Ezequiel marandu hag̃uáicha pe visión ndopyta arevéi va’erãha oñemoañete porãmbaite umi cien cuarenta y cuatro mil ñemboty rehegua rembiasakuepe, oñepyrũva’ekue mbohapyha aipo vaípe oguahẽ jave, 11 jasyporundy 2001-pe.</w:t>
      </w:r>
    </w:p>
    <w:p>
      <w:pPr>
        <w:pStyle w:val="ArticleScripture"/>
        <w:jc w:val="left"/>
      </w:pPr>
      <w:r>
        <w:rPr>
          <w:rFonts w:ascii="Times New Roman" w:hAnsi="Times New Roman" w:eastAsia="Times New Roman" w:cs="Times New Roman"/>
        </w:rPr>
        <w:t>Ha Ñandejára ñeʼẽ ou che rendápe, heʼívo: Nde, kuimbaʼe raʼy, mbaʼépa upe ñeʼẽnga oguerekóva peẽ Israel retãme, heʼíva: Ohasave ára, ha opa visión ndohupytýi mbaʼeve? Upévare ere chupekuéra: Péicha heʼi Ñandejára Jára: Ajapóta ko ñeʼẽnga opa hag̃ua, ha ndojeporumoʼãvéima chupe ñeʼẽngaramo Israel-pe; ha ere chupekuéra: Hiʼag̃uíma ára, ha opa visión ñemohuʼã. Anichéne oĩvéima visión rei ni adivinación mbotavy Israel róga apytépe. Che haʼe Ñandejára; haʼéta, ha pe ñeʼẽ che haʼétava oikóta; ndopyta moʼãvéima ipuku hag̃uáicha; pende árape, peẽ pevaʼe óga puʼakáva, haʼéta pe ñeʼẽ, ha ajapóta oiko, heʼi Ñandejára Jára. Jey Ñandejára ñeʼẽ ou che rendápe, heʼívo: Nde, kuimbaʼe raʼy, maʼẽ, umi Israel róga gua heʼi: Pe visión haʼe ohecháva niko ára heta rire guarã, ha haʼe omarandu ypykuévo umi ára mombyryguáre. Upévare ere chupekuéra: Péicha heʼi Ñandejára Jára: Ndaiporimoʼãvéima che ñeʼẽnguéra ipuku hag̃uáicha; pe ñeʼẽ che haʼéva katu oikóta, heʼi Ñandejára Jára. Ezequiel 12:21–28.</w:t>
      </w:r>
    </w:p>
    <w:p>
      <w:pPr>
        <w:pStyle w:val="ArticleBody"/>
        <w:jc w:val="left"/>
      </w:pPr>
      <w:r>
        <w:rPr>
          <w:rFonts w:ascii="Times New Roman" w:hAnsi="Times New Roman" w:eastAsia="Times New Roman" w:cs="Times New Roman"/>
        </w:rPr>
        <w:t>Opavave proféta kuéra oñeʼẽ umi ára paháre rehe, ha pe “jehecha rei” ha pe “adivinación ombotavyva” oĩva “Israel róga ryepýpe”, haʼe hína pe ama pyharekue paha japu, peteĩ marandu “pyʼaguapy ha tekove hag̃ua kyhyjeʼỹme” rehegua, ombohováiva “pe visión ohecháva haʼeha heta ára rire guarã, ha omarandu hag̃ua umi ára mombyryetereíva rehe.” Kóva hína Habacuc “ñomongeta joavy”, umi oikuaveʼẽva pe “jehecha rei” rupi oñemoĩ hag̃ua “pe visión ohecháva” rehe. Haʼekuéra heʼi: “Pe visión ohecháva haʼe heta ára rire guarã, ha omarandu umi ára mombyryetereíva rehe.” Umi marandu rerahaha “pyʼaguapy ha tekove hag̃ua kyhyjeʼỹme” rehegua heʼi: “umi ára ipukuve, ha opa visión ndoikovéi,” piko ndahaʼéi piko haʼe omombeʼu vaʼekue 18 jasypokõi 2020? Umi marandu rerahaha pe “jehecha rei” rehegua Ezequiel avei omombeʼu umi mokõi versíkulo peteĩha guive pe kapítulo-pe.</w:t>
      </w:r>
    </w:p>
    <w:p>
      <w:pPr>
        <w:pStyle w:val="ArticleScripture"/>
        <w:jc w:val="left"/>
      </w:pPr>
      <w:r>
        <w:rPr>
          <w:rFonts w:ascii="Times New Roman" w:hAnsi="Times New Roman" w:eastAsia="Times New Roman" w:cs="Times New Roman"/>
        </w:rPr>
        <w:t>Upéi avei ou chéve Jehová ñe'ẽ, he'ívo: Kuimba'e ra'y, nde reikove peteĩ óga pu'akapáva apytépe, orekóva tesa ohecha hag̃ua, ha ndohechái; orekóva apysa ohendu hag̃ua, ha nohendúi; pórke ha'e kuéra peteĩ óga pu'akapáva. Ezequiel 12:1, 2.</w:t>
      </w:r>
    </w:p>
    <w:p>
      <w:pPr>
        <w:pStyle w:val="ArticleBody"/>
        <w:jc w:val="left"/>
      </w:pPr>
      <w:r>
        <w:rPr>
          <w:rFonts w:ascii="Times New Roman" w:hAnsi="Times New Roman" w:eastAsia="Times New Roman" w:cs="Times New Roman"/>
        </w:rPr>
        <w:t>Opavave opavave oñemoĩ peteĩ ñe’ẽme, ha maymáva oñe’ẽ umi ára paháre; ha Cristo oñe’ẽrõ guare umi judío iñe’ẽjoavy ha iñembotavy rehegua ndive, pe tembiasakuepe Iministerio rehegua, Haʼe omoñeʼẽ Isaíaspe ohechauka hag̃ua umi judío iñeʼẽjoavy ha iñembotavy rehegua, upérõ ojepeʼáva Tupãgui, oguerekoháicha tesa ohecha hag̃ua, ha upéicharõ jepe ndohechái, ha apysa ohendu hag̃ua, ha upéicharõ jepe nohendúi. Koʼág̃a, ymaveguáicha avei, Ezequiel oñeʼẽ Laodicea-pegua Adventismo kuéra oñembohoryvaʼekuére, haʼéva ñande árape umi judío iñeʼẽjoavy ha iñembotavy rehegua, omoĩva peteĩ marandu pyʼaguapy ha jerovia hag̃ua rehegua, oñemoĩ hag̃ua pe marandu ama pahagua reheguáre. Jesús oisãmbyhyvaʼekue umi mbojojaha oĩva Iñeʼẽme Haʼe omoĩ vaʼekue rupive; upévare, Iñemombeʼupy hag̃ua umi mbaʼe oikótava rehegua oñeʼẽ avei umi ára paháre, peteĩ hendáicha hesakãvéva umi ára ndahaʼéi hag̃ua mante umi ára Haʼe oñeʼẽ hague umi judío iñeʼẽjoavy ha iñembotavy rehegua ndive.</w:t>
      </w:r>
    </w:p>
    <w:p>
      <w:pPr>
        <w:pStyle w:val="ArticleScripture"/>
        <w:jc w:val="left"/>
      </w:pPr>
      <w:r>
        <w:rPr>
          <w:rFonts w:ascii="Times New Roman" w:hAnsi="Times New Roman" w:eastAsia="Times New Roman" w:cs="Times New Roman"/>
        </w:rPr>
        <w:t>Upévare añe’ẽ chupekuéra ñe’ẽnga rupive; ohechávo ndohechái hag̃ua, ha ohendúvo nohendúi hag̃ua, ni noikũmbýi hag̃ua. Ha hesekuéra oñemoañete proféta Isaías ñe’ẽ he’íva: Pehendúta, ha ndapeikũmbymo’ãi; ha pehecháta, ha ndapehechakuaamo’ãi. Ko tetãyguakuéra py’a niko hatãmbaitéma, ha ijapysakuéra nohendusevéima, ha hesa kuéra ombotypa; ani hag̃ua peteĩ ára ohecha hesa kuéra rupive, ha ohendu ijapysa kuéra rupive, ha oikũmby ipy’a rupive, ha ojere jeýta, ha che amongueráta chupekuéra. Peẽ katu pejehovasáva pende resa, ohechágui; ha pende apysa, ohendúgui. Añetehápe ha’e peẽme, heta proféta ha kuimba’e hekojojáva ohechase umi mba’e peẽ pehecháva, ha ndohechái; ha ohenduse umi mba’e peẽ pehendúva, ha nohendúi. Mateo 13:13–17.</w:t>
      </w:r>
    </w:p>
    <w:p>
      <w:pPr>
        <w:pStyle w:val="ArticleBody"/>
        <w:jc w:val="left"/>
      </w:pPr>
      <w:r>
        <w:rPr>
          <w:rFonts w:ascii="Times New Roman" w:hAnsi="Times New Roman" w:eastAsia="Times New Roman" w:cs="Times New Roman"/>
        </w:rPr>
        <w:t>Pe mba’e oikóva peteĩ tetã ohendúva, ha katu ndohendúi, ha ohecháva, ha katu ndohechái, upéva hína peteĩ pueblo yma guaréva Tupã rehegua rekome’ẽ, oĩva oñemboykévo ohóvo. Pe mba’e profético upéicha hína ñembyaty Isaías marandu hag̃uáme peichagua tekove rehegua. Opaite profétaicha, Isaías, Cristo ndive, oñe’ẽ hína ára paháre.</w:t>
      </w:r>
    </w:p>
    <w:p>
      <w:pPr>
        <w:pStyle w:val="ArticleScripture"/>
        <w:jc w:val="left"/>
      </w:pPr>
      <w:r>
        <w:rPr>
          <w:rFonts w:ascii="Times New Roman" w:hAnsi="Times New Roman" w:eastAsia="Times New Roman" w:cs="Times New Roman"/>
        </w:rPr>
        <w:t>Mburuja guasu Uzías omanórõ guare, ahecha avei Ñandejára oguapyha peteĩ guapyha mburuvichaguasúpe, yvate ha oñemopuʼãmbyre; ha ijao puku omyenyhẽ pe tupão. Hiʼári oĩ umi serafín: peteĩteĩ oguereko seis pepo; mokõivéva rupive ojahoʼi hova, mokõivéva rupive ojahoʼi ipy, ha mokõivéva rupive oveve. Ha peteĩ osapukái ambuépe, ha heʼi: Imarangatu, imarangatu, imarangatu, Jehová de los ejércitos; ko yvy tuichakue henyhẽ héra mimbipágui. Ha okẽ renda yvyra guasu okyryry pe osapukáiva ñeʼẽngatúpe, ha pe óga henyhẽ tatatĩgui. Upérõ haʼe che: Aichejáranga che! añehundi haguére; mbaʼére che haʼe peteĩ kuimbaʼe che rembeʼy kyʼágui, ha aikove peteĩ tetã rembeʼy kyʼa apytépe; che resa niko ohecha pe Mburuvicha guasu, Jehová de los ejércitos. Upémarõ peteĩ umi serafín oveve che rendápe, oguerúvo ipope peteĩ tatápehẽ hendýva, ojapyhýva pinza reheve pe altar ári guive: ha omoĩ che juru ári, ha heʼi: Péina, kóva opoko nde rembeʼýre; ha nde rekovaíva oñemomombyryma ndehegui, ha ne angaipa oñemopotĩma. Avei ahendu Ñandejára ñeʼẽ, heʼíva: Mávapa amondóta, ha mávapa ohóta oréve g̃uarã? Upérõ haʼe che: Ápe aime; chemondo. Ha haʼe heʼi: Tereho, ha ere ko tetãme: Pehendúta añete, péro ani peikũmby; ha pehecháta añete, péro ani pehechakuaa. Embopyrũ ikorasõ ko tetãgua, embopohýi ijapysa, ha emboty hesa; ani hag̃ua ohecha hesa rupive, ha ohendu ijapysa rupive, ha oikũmby ikorasõme, ha oñekonverti, ha oñemonguera. Isaías 6:1–10.</w:t>
      </w:r>
    </w:p>
    <w:p>
      <w:pPr>
        <w:pStyle w:val="ArticleBody"/>
        <w:jc w:val="left"/>
      </w:pPr>
      <w:r>
        <w:rPr>
          <w:rFonts w:ascii="Times New Roman" w:hAnsi="Times New Roman" w:eastAsia="Times New Roman" w:cs="Times New Roman"/>
        </w:rPr>
        <w:t>Isaías, Ezequiel ha Cristo opavave umi ojeselláva ára pahápe, ama pahague aja, pe marandu añetegua ha pe marandu japu rehegua ama pahaguérõ ojejepy’apy jave, oñemohu’ã hag̃ua Habacuc kapítulo mokõi. Jesús he’iháicha, pe ára oñemohu’ãhápe ko’ã mba’e, umi hekojojáva “ohecha” umi parábola, ha upéva ha’e peteĩ símbolo profesía rehegua. Umi “arandu” ontende pe marandu profético ama pahague rehegua, ha umi ojoguáva umi judío ñe’ẽreípe ndohéi ni ndohendúi, ha Ezequiel he’iháicha ogueru hikuái peteĩ marandu py’aguapy ha tekorosã rehegua, he’ívo umi predicción ñemohu’ã mombyryeterei gueteri oĩha tenonderãme. Ndogueroviapái umi predicción; umi judío ñe’ẽreíva ome’ẽnte ñe’ẽ pe Mesías ou va’erãva predicción rehe; ha katu omboyke hag̃ua upe mba’e omohenda hikuái mombyryeterei pe tenonderãme. Upéicharõ jepe, Jesús oikuaauka peteĩ jehovasa umi “ohechátavape” pe marandu profético itiempopeguápe.</w:t>
      </w:r>
    </w:p>
    <w:p>
      <w:pPr>
        <w:pStyle w:val="ArticleBody"/>
        <w:jc w:val="left"/>
      </w:pPr>
      <w:r>
        <w:rPr>
          <w:rFonts w:ascii="Times New Roman" w:hAnsi="Times New Roman" w:eastAsia="Times New Roman" w:cs="Times New Roman"/>
        </w:rPr>
        <w:t>Cristo árape, upéva ha’e pe marandu oguahẽva’ekue Ibautísmope, pe Espíritu Santo oguejy jave hi’ári. Espíritu Santo oguejy hague Ibautísmope ohechauka yma guive pe ángel Apocalipsis mokoĩha capítulo pegua oguejy hague 11 de agosto de 1840-pe. Pe ñeguejy divíno mokõivéva tembiasakuepe ohechauka pe marandu añetegua ko’ág̃agua oguahẽha upe arýpe; Jesúspe g̃uarã, upéva ha’eva’ekue pe marandu Imano ha Ijeikove jey rehegua, ojehechaukáva Ibautísmo rupive. Millerita-kuérape g̃uarã katu, upéva ha’eva’ekue pe marandu Islam rehegua, pe peteĩha ha mokõiha ñembyasy guasu rehegua, ombojeroviapyva’ekue pe marandu jehaipyre ára rehegua oikotevẽva ñeha’ãrã. Mokõive umi tembiasakue oñondivepaite oñembojoaju pe marandu ñeha’ãrã ama pahague rehegua oguahẽndive 11 de septiembre de 2001-pe. Upévare Sister White omoĩ ko’ã ñe’ẽ:</w:t>
      </w:r>
    </w:p>
    <w:p>
      <w:pPr>
        <w:pStyle w:val="ArticleScripture"/>
        <w:jc w:val="left"/>
      </w:pPr>
      <w:r>
        <w:rPr>
          <w:rFonts w:ascii="Times New Roman" w:hAnsi="Times New Roman" w:eastAsia="Times New Roman" w:cs="Times New Roman"/>
        </w:rPr>
        <w:t>“Opaite marandu oñeme'ẽva'ekue 1840–1844 guive oñembojerovia mbaretevéva'erã ko'ág̃a, heta tapicha niko operde rupi hikuái iñesãso rape. Umi marandu oho va'erã opaite tupãópe.”</w:t>
      </w:r>
    </w:p>
    <w:p>
      <w:pPr>
        <w:pStyle w:val="ArticleScripture"/>
        <w:jc w:val="left"/>
      </w:pPr>
      <w:r>
        <w:rPr>
          <w:rFonts w:ascii="Times New Roman" w:hAnsi="Times New Roman" w:eastAsia="Times New Roman" w:cs="Times New Roman"/>
        </w:rPr>
        <w:t>“Cristo he’i: ‘Ojehovasáva pene resa, ohechágui; ha pene apysa, ohendúgui. Añetéte ha’e peẽme, heta proféta ha kuimba’e hekojojáva oipotaiterei ohecha umi mba’e peẽ pehecháva, ha ndohechái; ha ohendu umi mba’e peẽ pehendúva, ha nohendúi’ [Mateo 13:16, 17]. Ojehovasáva umi resa ohechava’ekue umi mba’e ojehechava’ekue 1843 ha 1844-pe.”</w:t>
      </w:r>
    </w:p>
    <w:p>
      <w:pPr>
        <w:pStyle w:val="ArticleScripture"/>
        <w:jc w:val="left"/>
      </w:pPr>
      <w:r>
        <w:rPr>
          <w:rFonts w:ascii="Times New Roman" w:hAnsi="Times New Roman" w:eastAsia="Times New Roman" w:cs="Times New Roman"/>
        </w:rPr>
        <w:t>“Pe mensáhe oñeme’ẽma. Ha ndaipóri vaʼerã puku hag̃ua oñeñeʼẽ jey hag̃ua pe mensáhe rehe, umi ára rechaukaha hína oñekumpli; pe tembiapo paha ojejapo vaʼerã. Peteĩ tembiapo tuicha ojejapóta sapyʼaitépe. Koʼẽrõite oñemeʼẽta peteĩ mensáhe Tupã omoĩ hag̃uáicha, ha upéva okakuaáta oñemoĩ hag̃ua sapukái hatã ramo. Upérõ Daniel opytáta ijyvyteépe, omeʼẽ hag̃ua hekopete imarangatu hag̃uáicha testimónio.”</w:t>
      </w:r>
    </w:p>
    <w:p>
      <w:pPr>
        <w:pStyle w:val="ArticleScripture"/>
        <w:jc w:val="left"/>
      </w:pPr>
      <w:r>
        <w:rPr>
          <w:rFonts w:ascii="Times New Roman" w:hAnsi="Times New Roman" w:eastAsia="Times New Roman" w:cs="Times New Roman"/>
        </w:rPr>
        <w:t>“Ñande iglésia-kuéra atención oñemombáyva’erã. Jaĩ hína pe mba’e oikóta tuichavéva ko yvy ape ári ojehupytýva rembe’ýpe, ha Satanás ndoikovéi va’erã ipu’akapápe Ñandejára retãygua ári, omoñesũ hag̃uáicha chupekuéra oke hag̃ua. Pe papado ojehechaukáta ipu’akapápe. Opavave ko’ág̃a oñemombáyva’erã ha ohesa’ỹijo hag̃ua Ñandejára Ñe’ẽ, Ñandejára oikuaaukátagui umi hekojeroviaitévape mba’épa oikóta ára pahápe. Ñandejára Ñe’ẽ ouva’erã Itavayguakuérape ipu’akapápe....”</w:t>
      </w:r>
    </w:p>
    <w:p>
      <w:pPr>
        <w:pStyle w:val="ArticleScripture"/>
        <w:jc w:val="left"/>
      </w:pPr>
      <w:r>
        <w:rPr>
          <w:rFonts w:ascii="Times New Roman" w:hAnsi="Times New Roman" w:eastAsia="Times New Roman" w:cs="Times New Roman"/>
        </w:rPr>
        <w:t>“Kóva pe ojehechauka vaʼekue chéve: ñande jake hína, ha ndaikuaái ñande jehechajey ára. Péro jajemomirĩramo Tupã renondépe, ha jajerure Chupe ñane korasõite guive, Haʼe ojejuhúta ñandéve.” Manuscript Releases, volúmen 21, 436–438.</w:t>
      </w:r>
    </w:p>
    <w:p>
      <w:pPr>
        <w:pStyle w:val="ArticleBody"/>
        <w:jc w:val="left"/>
      </w:pPr>
      <w:r>
        <w:rPr>
          <w:rFonts w:ascii="Times New Roman" w:hAnsi="Times New Roman" w:eastAsia="Times New Roman" w:cs="Times New Roman"/>
        </w:rPr>
        <w:t>Pe marandu ojehechaukáva pe añetegua ko’ág̃agua marandu Mesías rehegua Cristo rembiasakuepe, ha pe añetegua ko’ág̃agua marandu 1840 guive 1844 peve, ohechauka tenonderã umi ára pahápe, pe marandu Millergua ojejey jave. Umi umi tembiasakuepe ojehechaukáva ndaikatúiva “ohecha ha ohendu” “ndoikuaái hi’ára jehechakuaa rehegua”. Isaías omoĩ jave pe ñe’ẽñepyrũ peteĩha umi maranduhára kuéra pe marandu japuva ama pahagua rehegua, ohecháva, ha katu ndohechái, ha’e ombohéra pe ára ko período oñepyrũha, pe período Sister White he’iháicha, “peteĩ marandu Tupã omoĩva, oñembotuichátava peteĩ sapukái hatãme”. “Tupã omoĩva” ohechauka peteĩ ára ha’eñoitéva pe marandu og̃uahẽ haguã, ha Isaías, capítulo seis versíkulo mbohapy-pe, omombe’u porã upe ára.</w:t>
      </w:r>
    </w:p>
    <w:p>
      <w:pPr>
        <w:pStyle w:val="ArticleScripture"/>
        <w:jc w:val="left"/>
      </w:pPr>
      <w:r>
        <w:rPr>
          <w:rFonts w:ascii="Times New Roman" w:hAnsi="Times New Roman" w:eastAsia="Times New Roman" w:cs="Times New Roman"/>
        </w:rPr>
        <w:t>Ha peteĩ osapukái ambuépe ha he'i: Marangatu, marangatu, marangatu hína pe Ñandejára de los ejércitos; opa yvy henyhẽ hína iglóriagui. Isaías 6:3.</w:t>
      </w:r>
    </w:p>
    <w:p>
      <w:pPr>
        <w:pStyle w:val="ArticleBody"/>
        <w:jc w:val="left"/>
      </w:pPr>
      <w:r>
        <w:rPr>
          <w:rFonts w:ascii="Times New Roman" w:hAnsi="Times New Roman" w:eastAsia="Times New Roman" w:cs="Times New Roman"/>
        </w:rPr>
        <w:t>Hermana White he’i porã peteĩme umi ánhel ojapýramo peteĩ ojuehepe: “Santo, Santo, Santo” pe pasáhepe Isaías ohechaukahápe umi oguerekóva tesa, ohecháva, ha upéicharõ jepe ndohechái, upéva oñemoañete 11 jasyporundy ary 2001-pe.</w:t>
      </w:r>
    </w:p>
    <w:p>
      <w:pPr>
        <w:pStyle w:val="ArticleScripture"/>
        <w:jc w:val="left"/>
      </w:pPr>
      <w:r>
        <w:rPr>
          <w:rFonts w:ascii="Times New Roman" w:hAnsi="Times New Roman" w:eastAsia="Times New Roman" w:cs="Times New Roman"/>
        </w:rPr>
        <w:t>“Ohechaháicha [umi ánhel] ohecháramo pe tenonderã, araka’eve hag̃ua ko yvy tuichakue henyhẽta hag̃ua Iglória rehe, pe purahéi jejopyrã guasu ñemomba’eguasu rehegua oñehendu jey peteĩgui ambuépe peteĩ ñe’ẽporã mbyapu joajúpe: ‘Marangatu, marangatu, marangatu, hína Ñandejára de los Ejércitos.’ Ha’ekuéra oñemyatyroite omomba’eguasu hag̃ua Tupãme; ha Hembiaporãme, Iporãite hag̃uáicha hesayhupápe, ndahupytýi mba’eve ambue oipotavéva. Oguerekóvo Ta’anga, ojapóvo Iservísio ha omomba’eguasúvo chupe, hikuái oguahẽmbaitéma ijehupytyrã yvatetegua.” Review and Herald, 22 de diciembre de 1896.</w:t>
      </w:r>
    </w:p>
    <w:p>
      <w:pPr>
        <w:pStyle w:val="ArticleBody"/>
        <w:jc w:val="left"/>
      </w:pPr>
      <w:r>
        <w:rPr>
          <w:rFonts w:ascii="Times New Roman" w:hAnsi="Times New Roman" w:eastAsia="Times New Roman" w:cs="Times New Roman"/>
        </w:rPr>
        <w:t>2001 jasypate 11-pe, oñepyrũ pe ñeseña umi cien cuarenta y cuatro mil rehegua, ha pe ama pahague oñepyrũ osarambi hag̃ua ikyrỹi, ha Habacuc ñe’ẽmondo oñepyrũ, pe techapyrã umi diez virgen rehegua oñemomarandu jey aja. Upérõ Ezequiel profesía ohupyty hekopete iñembyatyguasu hag̃ua. Pe Ñe’ẽ Profético ndaiporivemo’ãi oñembotapykue hag̃ua, ha pe generación ohechava’ekue 2001 jasypate 11 ha’e ko yvy ape arigua pahague generación; pe visión Adventismo pahápegua omombe’u rupi pe gracia ñemboty Cristo jeju mokõihápe. Peteĩ mokõiha testígo ko añetegua rehegua ojejuhu Lucas arandukápe, capítulo veintiuno-pe.</w:t>
      </w:r>
    </w:p>
    <w:p>
      <w:pPr>
        <w:pStyle w:val="ArticleScripture"/>
        <w:jc w:val="left"/>
      </w:pPr>
      <w:r>
        <w:rPr>
          <w:rFonts w:ascii="Times New Roman" w:hAnsi="Times New Roman" w:eastAsia="Times New Roman" w:cs="Times New Roman"/>
        </w:rPr>
        <w:t>Añetehápe ha'e peẽme, Ko ñemoñare ndohasamo’ãi, opa mba’e ojehupyty peve. Yvága ha yvy ohasáta; che ñe’ẽkuéra katu ndohasamo’ãi. Lucas 21:32, 33.</w:t>
      </w:r>
    </w:p>
    <w:p>
      <w:pPr>
        <w:pStyle w:val="ArticleBody"/>
        <w:jc w:val="left"/>
      </w:pPr>
      <w:r>
        <w:rPr>
          <w:rFonts w:ascii="Times New Roman" w:hAnsi="Times New Roman" w:eastAsia="Times New Roman" w:cs="Times New Roman"/>
        </w:rPr>
        <w:t>Lucas kapítulo veintiuno-pe, Jesús ohechauka mba’éva hína ko yvy rembiasakue pahápe oikótava generación. Ha’e ramóma ome’ẽma peteĩ jehechaukaha tuicháva peteĩ tembiasakue oñemboguata mbeguekatúvagui, Jerusalén ñehundi ary 70-pe guive, opa peve historia Millerita rehe. Upéi osẽ pe mombe’úgui, ndohechaukaivéima hag̃ua directamente historia profética, ha ome’ẽ peteĩ parábola omombe’úva añoite ha omyasãivéva pe historia profética ha’e ohechaukava’ekue. Péicha ome’ẽ mokõi testígo interno peteĩchagua narratíva rehe, ha omohu’ãvo ohechauka hag̃ua pe “generación” ohechávape ko’ã mba’e oikove va’erãha peve Ha’e ou jey, upéicha rupi, pe contexto rupive, ohechauka hag̃ua pe generación ojehechaukáva umi cien cuarenta y cuatro mil rehe.</w:t>
      </w:r>
    </w:p>
    <w:p>
      <w:pPr>
        <w:pStyle w:val="ArticleBody"/>
        <w:jc w:val="left"/>
      </w:pPr>
      <w:r>
        <w:rPr>
          <w:rFonts w:ascii="Times New Roman" w:hAnsi="Times New Roman" w:eastAsia="Times New Roman" w:cs="Times New Roman"/>
        </w:rPr>
        <w:t>Pe tembiasakue ojehesella hag̃ua umi cien cuarenta y cuatro mil rehegua ha’e pe ñemoñare paha, ha’ekuéra ndohechái mano, jepe oikove pe ára yvága ha yvy ohasa hag̃ua.</w:t>
      </w:r>
    </w:p>
    <w:p>
      <w:pPr>
        <w:pStyle w:val="ArticleScripture"/>
        <w:jc w:val="left"/>
      </w:pPr>
      <w:r>
        <w:rPr>
          <w:rFonts w:ascii="Times New Roman" w:hAnsi="Times New Roman" w:eastAsia="Times New Roman" w:cs="Times New Roman"/>
        </w:rPr>
        <w:t>Ha pe Ñandejára ára ou vaʼerã peteĩ mondahaicha pyharekue; upérõ yvága ohasáta peteĩ ryapu guasúpe, ha umi mbaʼe iporãva yvagapegua oñehundíta tatakuápe haku etereívape, ko yvy avei ha opa tembiapo ipype oĩva ojehapýta. Upéicharõ, opa koʼã mbaʼe oñembyaíta ramo, mbaʼeichagua tekove piko peẽ peikovaʼerã opa teko marangatu ha Tupãrayhupápe, pehaʼarõvo ha pyaʼe peipotaitévo og̃uahẽ hag̃ua Tupã ára, upérõ yvága tata rupive oñembyaíta, ha umi mbaʼe iporãva yvagapegua oñehundíta haku etereívape. 2 Pedro 3:10–12.</w:t>
      </w:r>
    </w:p>
    <w:p>
      <w:pPr>
        <w:pStyle w:val="ArticleBody"/>
        <w:jc w:val="left"/>
      </w:pPr>
      <w:r>
        <w:rPr>
          <w:rFonts w:ascii="Times New Roman" w:hAnsi="Times New Roman" w:eastAsia="Times New Roman" w:cs="Times New Roman"/>
        </w:rPr>
        <w:t>Cristo jejuvy mokõiha oúvo ojehechauka vaʼekue Cristo ñemoambue mimbipápe.</w:t>
      </w:r>
    </w:p>
    <w:p>
      <w:pPr>
        <w:pStyle w:val="ArticleScripture"/>
        <w:jc w:val="left"/>
      </w:pPr>
      <w:r>
        <w:rPr>
          <w:rFonts w:ascii="Times New Roman" w:hAnsi="Times New Roman" w:eastAsia="Times New Roman" w:cs="Times New Roman"/>
        </w:rPr>
        <w:t>“Moisés, pe yvyty ojojeroviapa ári, haʼe vaʼekue peteĩ testígo Cristo ipuʼaka hag̃ua angaipa ha ñemano ári. Haʼe orrepresenta umi osẽtavape pe tyvýgui umi hekojojáva jeikove jevyhápe. Elías, ojeguerahárõ guare yvágape ohechaʼỹre ñemano, orrepresenta umi oikótavape ko yvy ape ári Cristo ou jevy vove mokõiháicha, ha umi oñemoambuetátava ‘sapyʼaitépe, peteĩ tesapeʼỹmi jepysópe, pe trompéta pahápe’; upérõ ‘ko ñemano poguýpe oĩva omoñemondevaʼerã opaʼỹre hag̃ua’, ha ‘ko ikorruptíva omoñemondevaʼerã incorruptibilidad rehe.’ 1 Corintios 15:51–53. Jesús oñemonde vaʼekue yvága resape rehe, ojehechátaháicha ou vove ‘mokõihápe angaipaʼỹre salvación rehehápe.’ Haʼe outa niko ‘Itúva mimbipápe umi ánhel marangatu ndive.’ Hebreos 9:28; Marcos 8:38. Koʼágã oñekumpli pe Salvador oprometévaʼekue idisipulokuérape. Pe yvyty ári oñerrepresenta michĩ hag̃uáicha pe mborayhu rréino oúvape guare,—Cristo pe Mburuvicha Guasu, Moisés peteĩ representante umi marangatu oñemoingove jevývagui, ha Elías umi ojeguerahapyrévagui.” The Desire of Ages, 421.</w:t>
      </w:r>
    </w:p>
    <w:p>
      <w:pPr>
        <w:pStyle w:val="ArticleBody"/>
        <w:jc w:val="left"/>
      </w:pPr>
      <w:r>
        <w:rPr>
          <w:rFonts w:ascii="Times New Roman" w:hAnsi="Times New Roman" w:eastAsia="Times New Roman" w:cs="Times New Roman"/>
        </w:rPr>
        <w:t>Elías, no omano’ỹiva’ekue, ohechauka umi cien cuarenta y cuatro mil omano’ỹiva; ha Moisés ohechauka umi omanóva. Umi ára pahápe, ko’ã mokõi aty ojehechauka Apocalipsis kapítulo siete-pe, umi cien cuarenta y cuatro mil ha pe aty guasu ramo. Ojepe’ávo pe quinto sello Apocalipsis kapítulo seis-pe, umi ojukava’ekue papadogui Umi Edad de las Tinieblas aja oñeme’ẽ ao morotĩ.</w:t>
      </w:r>
    </w:p>
    <w:p>
      <w:pPr>
        <w:pStyle w:val="ArticleScripture"/>
        <w:jc w:val="left"/>
      </w:pPr>
      <w:r>
        <w:rPr>
          <w:rFonts w:ascii="Times New Roman" w:hAnsi="Times New Roman" w:eastAsia="Times New Roman" w:cs="Times New Roman"/>
        </w:rPr>
        <w:t>“‘Ha oipe’ávo pe quinto sello, ahecha pe altar guýpe umi ánga umi ojepyrãva’ekue Tupã Ñe’ẽ rehehápe, ha pe testimonio ha’ekuéra oguerekóva rehehápe; ha osapukái hikuái peteĩ ñe’ẽ hatãme, he’ívo: Mboy araka’e peve, Ore Jára, Marangatu ha Añetegua, nde nerehusgái ha nerevengái ore ruguy umi yvy ári oikóva ári? Ha oñeme’ẽ peteĩteĩvape ao morotĩ [Oje’e hese kuéra ipotĩha ha imarangatuha]; ha oñeñe’ẽ chupekuéra opytu’u hag̃ua gueteri peteĩ sapy’ami, peve oñembyaty hag̃ua avei iñirũnguéra tembiguái ha ijoyke’y kuéra, ojejukátava ha’ekuéraicha, oñekumpli peve’ [Revelación 6:9–11]. Ko’ápe ojechauka va’ekue Juánpe ta’ãnga ojehúva ndaha’éiva añetegua upe jave, síno umi mba’e oikótava peteĩ ára renonderãme.” Manuscript Releases, volume 20, 197.</w:t>
      </w:r>
    </w:p>
    <w:p>
      <w:pPr>
        <w:pStyle w:val="ArticleBody"/>
        <w:jc w:val="left"/>
      </w:pPr>
      <w:r>
        <w:rPr>
          <w:rFonts w:ascii="Times New Roman" w:hAnsi="Times New Roman" w:eastAsia="Times New Roman" w:cs="Times New Roman"/>
        </w:rPr>
        <w:t>Umi mártir ojerure araka’e peve Tupã omyengoviáta hag̃ua ijejuka. Peteĩ mártir oguereko vaʼekue Jesús jerovia ojejuka mboyve, pórke upe jerovia jehechaukaete voi omokyreʼỹ papadope ojuka hag̃ua chupe. Ao morotĩ heʼise Cristo tekojoja, hákatu umi ánga ojejuka vaʼekuépe oñemeʼẽvaʼekue ao morotĩ, oñemeʼẽ chupekuéra imartírio rire. Umi ao haʼe peteĩ taʼanga imartíriogui, ndahaʼéi añónte Cristo tekojagui. Peteĩ mártir oguereko Cristo tekojoja ao ojejuka mboyve. Pe aty guasu Apocalipsis siete-pe oñemeʼẽ chupekuéra ao morotĩ, upévare ohechauka umi omanóva pe ñorairõ huguy rehegua oútava domingo léi aja. Upéicha rupi, umi cien cuarenta y cuatro mil oñerrepresenta Elías rupive, ha umi jerovia hag̃ua opytáva omanóva Ñandejárape oñerrepresenta Moisés rupive pe yvyty transfiguraciónpe.</w:t>
      </w:r>
    </w:p>
    <w:p>
      <w:pPr>
        <w:pStyle w:val="ArticleBody"/>
        <w:jc w:val="left"/>
      </w:pPr>
      <w:r>
        <w:rPr>
          <w:rFonts w:ascii="Times New Roman" w:hAnsi="Times New Roman" w:eastAsia="Times New Roman" w:cs="Times New Roman"/>
        </w:rPr>
        <w:t>Umi cien irundy ha irundy mil ha’e pe ñemoñare nomanóiva, ha ha’e kuéra hína pe ñemoñare rehe Cristo oñe’ẽva, oikovéva yvágakuéra ha yvy ohasáramo guare Lucas, capítulo veintiuno-pe.</w:t>
      </w:r>
    </w:p>
    <w:p>
      <w:pPr>
        <w:pStyle w:val="ArticleBody"/>
        <w:jc w:val="left"/>
      </w:pPr>
      <w:r>
        <w:rPr>
          <w:rFonts w:ascii="Times New Roman" w:hAnsi="Times New Roman" w:eastAsia="Times New Roman" w:cs="Times New Roman"/>
        </w:rPr>
        <w:t>Ko estudio ñamboguatátata pe artíkulo oúvape.</w:t>
      </w:r>
    </w:p>
    <w:p>
      <w:pPr>
        <w:pStyle w:val="ArticleScripture"/>
        <w:jc w:val="left"/>
      </w:pPr>
      <w:r>
        <w:rPr>
          <w:rFonts w:ascii="Times New Roman" w:hAnsi="Times New Roman" w:eastAsia="Times New Roman" w:cs="Times New Roman"/>
        </w:rPr>
        <w:t>“Abel jejuka ñepyrũva’ekue pe ñembojoavy Tupã he’i va’ekue oĩtaha mbói ha kuña ñemoñare apytépe—Satanás ha hemimbo’ekuéra, ha Cristo ha Hesehára kuéra apytépe. Yvypóra angaipáre rupi, Satanás oguereko va’ekue poguýpe yvypóra ñemoñare, ha Cristo katu ombohapéta chupekuéra ojepe’a hag̃ua chugui ijúgo. Araka’eve, pe Cordero de Dios rehe jeroviáre, peteĩ ánga oheja vove angaipa rembiguái reko, Satanás pochy hendy. Abel rekove marangatúpe ojehechauka va’ekue Satanás remiandu japu rehegua, he’íva ndikatuiha yvypóra oguereko Tupã léi. Caín, pe aña espíritu omongu’éva chupe, ohechávo ndaikatuiha oguereko Abel poguýpe, ipochy eterei ha ojuka chupe. Ha mamove oĩhápe umi oñembo’ýva omombe’u hag̃ua Tupã léi tekojoja, upe mismo espíritu ojehechaukáta hesekuéra. Upéva hína pe espíritu opa ára rupi omopu’ã va’ekue yvyra ñembohasa asyha ha omyendy tata renda Cristo remimbo’ekuéra rehe. Ha umi jejopy vai oñembyatýva Jesús rapykuéri ohóva ári, Satanás ha iñehérsito kuéra omongakuaa, ndaikatúigui chupekuéra omboaje hag̃ua chupekuéra poguýpe. Upéva hína peteĩ enemigo oñemboguejýva pochyrã. Opa mártir Jesús rehegua omano va’ekue peteĩ ipu’akáva ramo. He’i proféta: “Ha’ekuéra ipu’aka hese [‘pe mbói yma guaréva, hérava Diablo ha Satanás’] pe Cordero ruguy rupive, ha iñe’ẽ renduháre; ha nohayhúi ijehe rekove pe omano peve.” Apocalipsis 12:11, 9.” Patriarcas y Profetas,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Mokõipa Irundy hag̃ua Mbohapy hag̃ua Papo irundy hag̃ua peteĩ hag̃ua Tovake```</dc:title>
  <dc:subject>Pe Ñemoñare Paha: Ojekuaaukávo Ezequiel Maranduhára Ñe’ẽngatu Oñemboguataha ha Pe 144.000 Oñesella hag̃ua</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