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Ciento Veintidós hag̃ua</w:t>
      </w:r>
    </w:p>
    <w:p>
      <w:pPr>
        <w:pStyle w:val="ArticleSubtitle"/>
        <w:jc w:val="left"/>
      </w:pPr>
      <w:r>
        <w:rPr>
          <w:rFonts w:ascii="Arial" w:hAnsi="Arial" w:eastAsia="Arial" w:cs="Arial"/>
        </w:rPr>
        <w:t>Pe Jeporavéva Añetegua rehegua: Peteĩ Viaje Daniel 11 rupive ha Ñandejára tavayguakuéra ñemboryrýi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Año 1989-pe, ára pahápe oñemboja’o jave Daniel kapítulo once, versíkulo cuarenta guive cuarenta y cinco peve rehegua tesape, añetegua rayhuhárape iñenemigokuéra omoĩ peteĩ resistencia ohejáva’ekue Tupãme ohechauka hag̃ua añetegua ombohovái ha oñangareko hag̃ua umi premisa ypykuéra upe pasáhe Daniel kuatiañe’ẽme oĩvagui, upéi upéva oiko va’ekue tema ha enfoque Satanás ñorairõme. Upe ñe’ẽjoavy añetegua ha jejavy apytépe upe tembiasakue ryepýpe ojepuru va’ekue Espíritu Santo rupive ojehechauka hag̃ua ciertas regla profética ombohetavéta va’ekue pe conocimiento oñemboja’óva’ekue ha upéi oikóta va’ekue yvy rembiasakue ñemoñare paha rehegua prueba-rã. Roñemoĩ hína ñahesa’ỹijo hag̃ua “profecía jeporu mbohapyve,” ha jahechauka umi jeporu peteĩ regla principal ramo ojehechauka va’ekue pe proceso de resistencia-gui Satanás omoĩ va’ekue umi ára ohasava’ekuépe. Upe proceso controversial ojehero “pe sacudimiento”, he’i Sister White.</w:t>
      </w:r>
    </w:p>
    <w:p>
      <w:pPr>
        <w:pStyle w:val="ArticleScripture"/>
        <w:jc w:val="left"/>
      </w:pPr>
      <w:r>
        <w:rPr>
          <w:rFonts w:ascii="Times New Roman" w:hAnsi="Times New Roman" w:eastAsia="Times New Roman" w:cs="Times New Roman"/>
        </w:rPr>
        <w:t>“Ojehechauka chéve Tupã providénsia Ipuévlo apytépe, ha ojehechauka chéve mba’eichaitepa opa prueba pe proceso omopotĩ ha omongarai hag̃uáicha umi kristiáno oñemombe’úva rehe ohechauka oĩha umi tapykue rembyre. Pe óro iporãitéva ndaje sempre ndojehechái. Káda krísis relijiósape oĩ ho’áva tentasión guýpe. Tupã ñembokacha omboveve hetaite umi tapicha kuatiarogue piru hag̃uáicha. Pe prosperida omboheta peteĩ atyguasúpe umi profesór rehegua. Pe jehasa asy katu omopotĩ hag̃ua chupekuéra pe iglésiagui. Opaichagua aty ramo, ijespíritu ndopyta mbaretéi Tupã ndive. Osẽ ñandehegui ndaha’éi rupi ñandegua; pórke oñepyrũ vove jehasa asy térã persecusión pe ñe’ẽ rehe, heta oñembopochy.” Testimonios, volumen 4, 89.</w:t>
      </w:r>
    </w:p>
    <w:p>
      <w:pPr>
        <w:pStyle w:val="ArticleBody"/>
        <w:jc w:val="left"/>
      </w:pPr>
      <w:r>
        <w:rPr>
          <w:rFonts w:ascii="Times New Roman" w:hAnsi="Times New Roman" w:eastAsia="Times New Roman" w:cs="Times New Roman"/>
        </w:rPr>
        <w:t>Pe “ñemomýi” ojejapo jave pe añetegua ojeipe’a hag̃ua imokañyha pe León de la tribu de Judá rupive ha upéi oñembohapy hag̃ua.</w:t>
      </w:r>
    </w:p>
    <w:p>
      <w:pPr>
        <w:pStyle w:val="ArticleScripture"/>
        <w:jc w:val="left"/>
      </w:pPr>
      <w:r>
        <w:rPr>
          <w:rFonts w:ascii="Times New Roman" w:hAnsi="Times New Roman" w:eastAsia="Times New Roman" w:cs="Times New Roman"/>
        </w:rPr>
        <w:t>“Aporandu mba’épa he’ise pe oñemongu’eva’ekue ahecháva, ha ojehechauka chéve oikótaha pe testimonio derecho omoñepyrũva pe consejo pe Testigo Añeteguápe guive umi Laodiceaguárape. Kóva oguerekóta hembiapo pe ohupytýva korasõ rehe, ha ogueraháta chupe omomba’eguasu hag̃ua pe poyvi ha osẽ hag̃ua omombe’u pe añetegua derecho. Oĩta umi ndaikatumo’ãiva ogueropu’aka ko testimonio derecho. Ha’ekuéra opu’ãta hese, ha kóva voi omoñepyrũta pe ñemongu’e Tupã pueblo apytépe.” Early Writings, 271.</w:t>
      </w:r>
    </w:p>
    <w:p>
      <w:pPr>
        <w:pStyle w:val="ArticleBody"/>
        <w:jc w:val="left"/>
      </w:pPr>
      <w:r>
        <w:rPr>
          <w:rFonts w:ascii="Times New Roman" w:hAnsi="Times New Roman" w:eastAsia="Times New Roman" w:cs="Times New Roman"/>
        </w:rPr>
        <w:t>Pe “añetegua” ñemoñepyrũ akóinte omoñepyrũ peteĩ ñemokangy, ha pe añetegua ojepe’áva’ekue 1989-pe ojapo upe mba’e voi. Peteĩva umi porãite oúva pe ñemoĩ vai oguerúva’ekue añeteguáre ha’e va’ekue peteῖ aty tembiapoukapy ñemoheñói, omoĩ hag̃ua pyenda pe arandu ñembohetave oikóva arykuéra oúva 1989 rire. Umi tembiapoukapy ñemoheñói oho oñondive pe aty tembiapoukapy ñemoheñói reheve pe Millerita-kuéra ára pukukue. Opaite umi mbohapy jey jeiporu Ñe’ẽ Marangatúpe oĩva marandu’ẽ rehegua omba’apo omoheñói hag̃ua hesakãve umi ára pahápegua mba’evénte.</w:t>
      </w:r>
    </w:p>
    <w:p>
      <w:pPr>
        <w:pStyle w:val="ArticleBody"/>
        <w:jc w:val="left"/>
      </w:pPr>
      <w:r>
        <w:rPr>
          <w:rFonts w:ascii="Times New Roman" w:hAnsi="Times New Roman" w:eastAsia="Times New Roman" w:cs="Times New Roman"/>
        </w:rPr>
        <w:t>Roma ha Babilonia jeiporu mbohapyve oñemopyenda hag̃ua kuña ha pe mymba ha’e oguahẽva hese ha oguerekóva ipoguýpe mburuvicha hag̃ua hi’ári, pe tembiasakue pukukue jave pe arapokõindy ley apañuãi rehegua, upéva avei ha’e Ñandejára huísio ejecutivo pe Babilonia kuña reko vai rehegua ári rembiasakue.</w:t>
      </w:r>
    </w:p>
    <w:p>
      <w:pPr>
        <w:pStyle w:val="ArticleBody"/>
        <w:jc w:val="left"/>
      </w:pPr>
      <w:r>
        <w:rPr>
          <w:rFonts w:ascii="Times New Roman" w:hAnsi="Times New Roman" w:eastAsia="Times New Roman" w:cs="Times New Roman"/>
        </w:rPr>
        <w:t>Pe triple aplicación “pe mensahéro ombosakãva tape pe Mensahéro del Páktope g̃uarã”, ha avei “Elías” rehegua, ohechauka mba’éichapa pe tembiapo ha pe marandu umi mokõi ára pukukuepe, ohechauka pe tiempo de gracia ñemohu’ã ára pahápe. Pe peteĩha período oñepyrũ pe peteĩha ñe’ẽ Apocalipsis capítulo dieciocho-pe, upéva ohechauka pe juicio investigador oñepyrũha umi oikovévare g̃uarã Adventismo Laodicense rehe, ha pe paha período oñepyrũ pe mokõiha ñe’ẽ Apocalipsis capítulo dieciocho-pe, upéva ohechauka pe juicio ejecutivo pe Babilonia kuña rekovéva rehe.</w:t>
      </w:r>
    </w:p>
    <w:p>
      <w:pPr>
        <w:pStyle w:val="ArticleBody"/>
        <w:jc w:val="left"/>
      </w:pPr>
      <w:r>
        <w:rPr>
          <w:rFonts w:ascii="Times New Roman" w:hAnsi="Times New Roman" w:eastAsia="Times New Roman" w:cs="Times New Roman"/>
        </w:rPr>
        <w:t>Roma ha Babilonia jejeporu mbohapy ñemoĩ porã ohechauka Tupã tavayguakuéra ára pahapegua rembiasakue okáguio, ha Elías ha pe maranduhára ombosako’íva tape jejeporu mbohapy ohechauka Tupã tavayguakuéra ára pahapegua rembiasakue hyepýgui. Pe mbohapy Aikóne jejeporu mbohapy ohechauka pe marandu ohasáva mokõive ára paha rupive, ha umíva oñondivepa ohechauka pe huísio ñemboty pahague, oñepyrũva Tupã róga rehe, ha upéi umi oĩva Tupã róga okápe rehe. Umi mbohapy Aikóne ohechauka Islamha pe marandu ama paha rehegua, ha avei pe tembiporu huísiopegua Tupã oipurúva umi omboguerekóva kuarahy ñemomba’e opa yvypórape ári rehe. Pe huísio ñemboty ohechauka “Tupã vengánsa ára”, ipuéva mokõive hendápe: Itupao apóstata rehe ha umi hekoañáva Itupao okápe oĩva rehe.</w:t>
      </w:r>
    </w:p>
    <w:p>
      <w:pPr>
        <w:pStyle w:val="ArticleBody"/>
        <w:jc w:val="left"/>
      </w:pPr>
      <w:r>
        <w:rPr>
          <w:rFonts w:ascii="Times New Roman" w:hAnsi="Times New Roman" w:eastAsia="Times New Roman" w:cs="Times New Roman"/>
        </w:rPr>
        <w:t>Jesús oñepyrũrõ guare peteĩhaite hembiapo pe tupaópe Nazaret-pe, Ha’e oipuru Isaías capítulo sesenta y uno omyesakã hag̃ua hembiapo ministerial, imarandu ha hembiapo, upéva oikehápe pe ñemombe’u pe ára Ñandejára venganza rehegua. Hembiapo ministerial, imarandu ha hembiapo ohechauka yma guive pe cien cuarenta y cuatro mil rembiapo ministerial, imarandu ha hembiapo, ha’ekuéra proféticamente oseguígui pe Cordero oho hag̃uáme.</w:t>
      </w:r>
    </w:p>
    <w:p>
      <w:pPr>
        <w:pStyle w:val="ArticleScripture"/>
        <w:jc w:val="left"/>
      </w:pPr>
      <w:r>
        <w:rPr>
          <w:rFonts w:ascii="Times New Roman" w:hAnsi="Times New Roman" w:eastAsia="Times New Roman" w:cs="Times New Roman"/>
        </w:rPr>
        <w:t>Pe Ñandejára Jára Espíritu oĩ che ári; Ñandejára che unhi hag̃ua amombeʼu hag̃ua marandu porã umi imboriahúpe; chembou akuera hag̃ua umi korasõ oñembyaíva, aikuaauká hag̃ua sãso umi tembiguáipe, ha pe kaʼirã jepe ojepeʼa hag̃ua umi ñapytĩmbype; aikuaauká hag̃ua Ñandejára arýpe iporãva, ha ñande Ruete ára tepymeʼẽ rehegua; amokyreʼỹ hag̃ua opa umi ojaheʼóva; amoĩ hag̃ua umi Siónpe ojaheʼóvape, ameʼẽ hag̃ua chupekuéra jeguaka tanimbúpe rangue, vyʼa ñandy jojaha hag̃ua jehasa asy rendaguépe, ha mborayhu joja ñemomorã ñembyasy puku rendaguépe; ikatu hag̃uáicha oñehenói chupekuéra tekojoja yvyramáta, Ñandejára ñotỹ, haʼe hag̃ua oñemombaʼeguasu. Ha haʼekuéra omopuʼãta umi tenda yma guare oñehundivaʼekue, omopuʼã jeyta umi ñehundi yma guaréva, ha omyatyrõta umi táva oñembyaíva, umi ñehundi heta ñemoñare aja. Ha umi pytagua opytáta omongaru pene ovechakuéra, ha umi tetã ambue raʼykuéra haʼéta pene aradorkuéra ha pene parral ñangarekohára. Peẽ katu pejehérata Ñandejára Paʼikuéra; avakuéra pene renóita ñande Ruete Rembijokuáiha. Peʼuéta umi tetã ambue mbaʼereta, ha ipórape peñembotuicháta. Isaías 61:1–6.</w:t>
      </w:r>
    </w:p>
    <w:p>
      <w:pPr>
        <w:pStyle w:val="ArticleBody"/>
        <w:jc w:val="left"/>
      </w:pPr>
      <w:r>
        <w:rPr>
          <w:rFonts w:ascii="Times New Roman" w:hAnsi="Times New Roman" w:eastAsia="Times New Roman" w:cs="Times New Roman"/>
        </w:rPr>
        <w:t>Jesús oñemongarai jave oñehypykuévo moĩporã, ha upe techaukaha orrepresenta 11 jasyporundy ary 2001-pe, pe Espíritu Santo ñehypykuévo oñepyrũ hague oguejy umi ohechakuaávape ári, umi oikuaa va’ekue ára pahápe pe ama pyahu ñehẽngue ñemboyku had been typified pe historia Millerita-kuéra rehe, haʼekuéra hína umi tenda yma guarã oñehundi vaʼekue, umi cien cuarenta y cuatro mil omopuʼã jeýta, ojere jeývo Jeremías tape yma guarépe.</w:t>
      </w:r>
    </w:p>
    <w:p>
      <w:pPr>
        <w:pStyle w:val="ArticleBody"/>
        <w:jc w:val="left"/>
      </w:pPr>
      <w:r>
        <w:rPr>
          <w:rFonts w:ascii="Times New Roman" w:hAnsi="Times New Roman" w:eastAsia="Times New Roman" w:cs="Times New Roman"/>
        </w:rPr>
        <w:t>Pe marandu Cristo rekojojáre rehegua, osẽ vaʼekue pe ñemoĩrõ guasu 1888-gua guive, oiko jey kuri añeteguáva ko ára pegua; ha pe marandu osẽ vaʼekue pe ñemoĩrõ guasu 1888-gua guive haʼevaʼekue umi marandu porã oguerekóva pokatu ombojoaju jey hag̃ua umi korasõ ojekytĩva’ekuépe, ha katu ndaikatúi oipeʼa umi ikorasõ hatãvape, umi orekóva tesa ohecha hag̃ua, ha ndohechakuaáiva, ha orekóva apysa ohendu hag̃ua, ha noikũmbyrýiva. Pe marandu Cristo rekojojáre rehegua, osẽ vaʼekue pe ñemoĩrõ guasu 1888-gua guive, haʼe avei vaʼekue pe marandu Laodiceápe g̃uarã upérõ oguahẽ jey vaʼekue oipeʼa hag̃ua pe kaʼirã peteĩme’ẽ umi oĩvaʼekue pekádo rembiguáirõ, pe peteĩ oguerekóva pokatu oipeʼa hag̃ua okẽ kuéra avave ndaikatúiva oipeʼa, ha omboty hag̃ua okẽ kuéra avave ndaikatúiva omboty.</w:t>
      </w:r>
    </w:p>
    <w:p>
      <w:pPr>
        <w:pStyle w:val="ArticleBody"/>
        <w:jc w:val="left"/>
      </w:pPr>
      <w:r>
        <w:rPr>
          <w:rFonts w:ascii="Times New Roman" w:hAnsi="Times New Roman" w:eastAsia="Times New Roman" w:cs="Times New Roman"/>
        </w:rPr>
        <w:t>11 jasyporundy 2001-pe, umi oguerútavaʼekue umi marandu porã, avei oguerojerure vaʼerã kuri Ñandejára ary ojehupyty hag̃uáicha ha Tupã ñembopochy ára. Ñandejára ñemoneĩ arýkatu avei oñepyrũ upe jave, ha Haʼe oĩmbaite dispuesto omoneĩ hag̃ua peteĩ Laodiceagua oñembyasýramo, pe ára Tupã ñembopochy rehegua og̃uahẽ meve, pe arakaʼeveʼỹ hag̃uáicha og̃uahẽtava arapokõindy léi Estados Unidos-pe. Upérõ ojehechaukáta iñembopochy peteĩ tupão ndoikuaaséivape pe ára ojehechaukaha hag̃ua chupe, ha upe jave avei oñepyrũ Babilonia kuña rekovai ári pe juicio oñemboguata ohóvo.</w:t>
      </w:r>
    </w:p>
    <w:p>
      <w:pPr>
        <w:pStyle w:val="ArticleBody"/>
        <w:jc w:val="left"/>
      </w:pPr>
      <w:r>
        <w:rPr>
          <w:rFonts w:ascii="Times New Roman" w:hAnsi="Times New Roman" w:eastAsia="Times New Roman" w:cs="Times New Roman"/>
        </w:rPr>
        <w:t>Ha’e ára iporã hag̃uáme, Ha’e opromete ombovy’áta opa umi ojahe’óvape, ha umi ojahe’óva Jerusalénpe ojehechauka Ezequiel kapítulo nueve-pe. Ipy’aguapy ogueru Consolador, pe mensaje ama paha rehegua rupive, upérõ oñehẽva hese kuéra ári. Hákatu upéva oikóta añónte oikuaáramo hikuái pe ama. Peteĩ jey oguerekóma rire Consolador, ha omohu’ã rire pe tembiapo omopu’ã hag̃ua umi tenda yma guaréma ojehejareíva, pe tape “línea ári línea” rupive, upéva ojehechauka Isaías pasáhepe peteĩ tembiapóramo omoĩ hag̃ua pe línea profesía rehegua, ohechaukáva historia marangatu ñembyaipa, ambue línea profesía rehegua ári, ohechaukáva peteĩ ñembyaipa. Upéicha jave, ha’ekuéra omopu’ã umi ñembyaipa heta generación rehegua. Upérõ “extraño-kuéra” ombohováita umi ojahe’óvape, oñemopu’ãva peteĩ poyviramo, umi extraño-kuéra ohecha hag̃ua.</w:t>
      </w:r>
    </w:p>
    <w:p>
      <w:pPr>
        <w:pStyle w:val="ArticleBody"/>
        <w:jc w:val="left"/>
      </w:pPr>
      <w:r>
        <w:rPr>
          <w:rFonts w:ascii="Times New Roman" w:hAnsi="Times New Roman" w:eastAsia="Times New Roman" w:cs="Times New Roman"/>
        </w:rPr>
        <w:t>Cristo ñemombe’u ijejapo ha hembiporã rehegua, oñemoĩháicha Isaías kapítulo sesenta y uno-pe, ha’e hína umi cien cuarenta y cuatro mil rembiapo ha ministerio. Upe tembiapo oñemombe’upyre umi marangatúva reforma movimiento-kuérape, ha ary 1989-pe og̃uahẽ ára paha, opaite umi “ára paha” mboyvegua ohechauka vaʼekue reheve. Yvyraicha peteĩ versíkulo, Daniel kapítulo ocho, versíkulo catorce, oñemombeʼu vaʼekue fundamento ha pilar central ramo pe movimiento Millerita-pe g̃uarã, upéicha avei pe versíkulo ha’éva fundamento ha pilar central pe movimiento Future for America-pe g̃uarã ha’e Daniel kapítulo once, versíkulo cuarenta. Umi Millerita-kuérape g̃uarã, pe pilar central resa’ẽ ojehechauka vaʼekue pe visión ysyry Ulai rehegua resa’ẽ ramo, ha pe movimiento Future for America-pe g̃uarã pe pilar central resa’ẽ ojehechauka vaʼekue pe visión ysyry Hiddekel rehegua resa’ẽ ramo.</w:t>
      </w:r>
    </w:p>
    <w:p>
      <w:pPr>
        <w:pStyle w:val="ArticleScripture"/>
        <w:jc w:val="left"/>
      </w:pPr>
      <w:r>
        <w:rPr>
          <w:rFonts w:ascii="Times New Roman" w:hAnsi="Times New Roman" w:eastAsia="Times New Roman" w:cs="Times New Roman"/>
        </w:rPr>
        <w:t>“Pe tesakã Daniel ojeruréva’ekue Tupãgui oñeme’ẽ vaʼekue peteĩchaite koʼã ára pahápe g̃uarã. Umi visión haʼe ohecháva’ekue ysyry guasu Ulai ha Hiddekel rembeʼýpe, umi ysyry guasu Sinar pegua, koʼág̃a oĩ oñekumplipávo, ha opaite umi mbaʼe oñemomarandúva’ekue pyaʼeite oikóta.” Testimonies to Ministers, 112.</w:t>
      </w:r>
    </w:p>
    <w:p>
      <w:pPr>
        <w:pStyle w:val="ArticleBody"/>
        <w:jc w:val="left"/>
      </w:pPr>
      <w:r>
        <w:rPr>
          <w:rFonts w:ascii="Times New Roman" w:hAnsi="Times New Roman" w:eastAsia="Times New Roman" w:cs="Times New Roman"/>
        </w:rPr>
        <w:t>Mokõive mokõi visión rehegua, oñerrepresentáva mokõi ysyrýpe, ojoaju ojuehe, ha ojehu ára pahápe. Ijoaju ojoehegua “joaju” orrepresenta pe ñembojoaju yvypóra ha Tupãgua rehegua, ha upéva hína pe marandu Sy White jeyjey omombe’úva Cristo marandu ramo pe contexto-pe, upépe yvyporakatu oñembojoajúvo Tupãndive ndopyharei angaipápe. Mokõi ysyrýta orrepresenta upe joajuete.</w:t>
      </w:r>
    </w:p>
    <w:p>
      <w:pPr>
        <w:pStyle w:val="ArticleScripture"/>
        <w:jc w:val="left"/>
      </w:pPr>
      <w:r>
        <w:rPr>
          <w:rFonts w:ascii="Times New Roman" w:hAnsi="Times New Roman" w:eastAsia="Times New Roman" w:cs="Times New Roman"/>
        </w:rPr>
        <w:t>“Ndaipóri mba’eve sa’ive ñeñandukakuaa hag̃ua Tupã remikotevẽ jojaite. Ha’e ndohéi imandami hag̃ua umi mba’e oikotevẽva. Ndojeruréiva mba’eve ndaha’éiva tekotevẽ hag̃uáicha yvypórape omoĩ hag̃ua peteĩ ñe’ẽme Hendive. Tekotevẽ jahechauka umi angaipávape Hembipota teko rehegua ha jagueraha chupekuéra Cristo rendápe, ha’e añoite ipy’aguasu rupive ikatu hag̃uáicha oñehupyty ko tekoporãme.”</w:t>
      </w:r>
    </w:p>
    <w:p>
      <w:pPr>
        <w:pStyle w:val="ArticleScripture"/>
        <w:jc w:val="left"/>
      </w:pPr>
      <w:r>
        <w:rPr>
          <w:rFonts w:ascii="Times New Roman" w:hAnsi="Times New Roman" w:eastAsia="Times New Roman" w:cs="Times New Roman"/>
        </w:rPr>
        <w:t>“Pe Salvador oikutu ijehe ári yvypóra rekove kangyha ha oikove tekove angaipa’ỹ reheve, ikatu hag̃uáicha yvyporakuéra ani okyhyje oñeimo’ãgui yvypóra reko kangy rupi ndaikatumo’ãiha ipu’aka. Cristo ou va’ekue ñandeapo hag̃ua ‘ñande rerekóvo pe teko marangatuetéva’; ha Hembikove ohechauka porã yvypóra reko, oñembojoajúvo Tupã reko ndive, noñemoĩri angaipa rehe.”</w:t>
      </w:r>
    </w:p>
    <w:p>
      <w:pPr>
        <w:pStyle w:val="ArticleScripture"/>
        <w:jc w:val="left"/>
      </w:pPr>
      <w:r>
        <w:rPr>
          <w:rFonts w:ascii="Times New Roman" w:hAnsi="Times New Roman" w:eastAsia="Times New Roman" w:cs="Times New Roman"/>
        </w:rPr>
        <w:t>“Pe Salvador ipu'aka hag̃ua ohechauka hag̃ua yvypórape mba'éichapa ikatu avei ipu'aka. Opa umi Satanás ñemoñanga, Cristo ombohovái Tupã Ñe'ẽ rupive. Ojeroviágui Tupã ñe'ẽme'ẽre, Ha'e ohupyty pokatu ojapo hag̃ua Tupã mandamiénto, ha pe ñemoñangáva ndaikatúi ohupyty mba'eveichagua ventaja hese. Opa peteĩteĩ ñemoñangápe he'i va'ekue: ‘Ojehai hína’. Péicha Tupã ome'ẽ ñandéve Iñe'ẽ ikatu hag̃uáicha ñañemoĩ vai rovake. Tuicha eterei ha hepyeterei umi ñe'ẽme'ẽ ñande mba'éva, ikatu hag̃uáicha ko'ãva rupive ñande ‘jaiko partícipe pe naturaleza divina rehegua, jahejáma rire pe tekovaikuére oguerúva ñembota rupive oĩva ko yvy ape ári’. 2 Pedro 1:4.”</w:t>
      </w:r>
    </w:p>
    <w:p>
      <w:pPr>
        <w:pStyle w:val="ArticleScripture"/>
        <w:jc w:val="left"/>
      </w:pPr>
      <w:r>
        <w:rPr>
          <w:rFonts w:ascii="Times New Roman" w:hAnsi="Times New Roman" w:eastAsia="Times New Roman" w:cs="Times New Roman"/>
        </w:rPr>
        <w:t>“Ere pe nde yvypóra oñeha’ã hag̃ua ani oma’ẽ umi circunstancia-kuérape, ni ijehegui ikangývare, ni pe tentación mbaretére, síno tama’ẽ Tupã Ñe’ẽ pu’akáre. Opavave imbarete niko ñande mba’e. ‘Nde Ñe’ẽ,’ he’i pe salmista, ‘añongatu che py’apýpe, ani hag̃ua ajapo angaipa nde rehe.’ ‘Nde rembe’y ñe’ẽ rupive ajehekýi umi tape omondohávagui.’ Salmo 119:11; 17:4.” The Ministry of Healing, 181.</w:t>
      </w:r>
    </w:p>
    <w:p>
      <w:pPr>
        <w:pStyle w:val="ArticleBody"/>
        <w:jc w:val="left"/>
      </w:pPr>
      <w:r>
        <w:rPr>
          <w:rFonts w:ascii="Times New Roman" w:hAnsi="Times New Roman" w:eastAsia="Times New Roman" w:cs="Times New Roman"/>
        </w:rPr>
        <w:t>Pe pehẽkuaa oñembohetave vaʼekue 1798-pe ha 1989-pe, ohechauka Tupã Ñeʼẽ maranduhára oñembotyʼỹ jey hague. Iñeʼẽ omeʼẽ puʼaka ñande pytyvõ hag̃ua ñande hag̃ua ipuʼaka hag̃ua haʼe ipuʼaka haguéicha, ha “Hekove oikuaauka yvypóra, Tupã reko ndive oñembojoaju rire, ndojapoiha angaipa.” Ulaí Ysyry visión haʼe pe marah visión ijechauka rehegua, ha upéva ojehechauka pe marandu aranduka mokõi su ha mbohapy sua ára rehegua rupi. Hiddekel Ysyry visión haʼe pe chazon visión maranduhára rembiasakue rehegua, ha upéva ojehechauka pe mokõi su po sua ha mokõi pa ary marandu aranduka rupi. Pe marah visión ohechauka Tupã reko, ha pe chazon visión ohechauka yvypóra reko.</w:t>
      </w:r>
    </w:p>
    <w:p>
      <w:pPr>
        <w:pStyle w:val="ArticleBody"/>
        <w:jc w:val="left"/>
      </w:pPr>
      <w:r>
        <w:rPr>
          <w:rFonts w:ascii="Times New Roman" w:hAnsi="Times New Roman" w:eastAsia="Times New Roman" w:cs="Times New Roman"/>
        </w:rPr>
        <w:t>Mokõive yma guare ymaña Shinar yma guaretepegua, ha’éva Ulai ha Hiddekel, térã ko’ág̃a ojekuaaháicha Tigris ha Éufrates, ipahápe ojoaju y rape peteĩme hérava Shatt al-Arab ysyry rape, Irak ñemby gotyo; ha upéi Shatt al-Arab osẽ Persian Gulf-pe. Jesús oiporu pe mba’e ojehecháva ha tekovépe oĩva hag̃ua ohechauka hag̃ua pe mba’e espiritual; ha umi visión mokõive ysyrýgui ojoajúva, ko’ág̃a oĩmava oñembotývo, ohechauka peteĩ joaju oĩva apytépe yvypóra ha Tupãgua, oikóva oguahẽvo hikuái ipahápe oho hag̃ua yepe gotyo. Ko añetegua oñemopyenda mokõi profesía oñepyrũhápe, umi oñerrepresentáva mokõi visión Daniel capítulo ocho, versículo trece ha catorce-pe. Peteĩ visión ha’e pe porandu, ambue katu pe mbohovái; ha lógica rupive ndaikatúi oñemboja’o.</w:t>
      </w:r>
    </w:p>
    <w:p>
      <w:pPr>
        <w:pStyle w:val="ArticleBody"/>
        <w:jc w:val="left"/>
      </w:pPr>
      <w:r>
        <w:rPr>
          <w:rFonts w:ascii="Times New Roman" w:hAnsi="Times New Roman" w:eastAsia="Times New Roman" w:cs="Times New Roman"/>
        </w:rPr>
        <w:t>Yvypóra visión yvypóra rehegua, ohechauka hag̃ua pe ñembopiru pe santuario ha pe ehérsito rehe, oñepyrũ vaʼekue ary 677 a.C.-pe, ha pe visión divinidad rehegua, ohechauka hag̃ua Cristo jehechauka, oñepyrũ vaʼekue ary 457 a.C.-pe. Pe joaju divinidad ha yvypóra apytépe ojehechauka mokõi sientos mokõipa ary rupive, ombojoajúva mokõi ñepyrũha umi mokõi visión rehegua. Mokõi sientos mokõipa haʼe peteĩ símbolo “pe joaju yvypóra ha divinidad rehegua”, ha avei ojehechauka pe joaju rupive pe arandu ñembohetave ára paha jave 1798-pe, pe arandu ñembohetave reheve ára paha jave 1989-pe.</w:t>
      </w:r>
    </w:p>
    <w:p>
      <w:pPr>
        <w:pStyle w:val="ArticleBody"/>
        <w:jc w:val="left"/>
      </w:pPr>
      <w:r>
        <w:rPr>
          <w:rFonts w:ascii="Times New Roman" w:hAnsi="Times New Roman" w:eastAsia="Times New Roman" w:cs="Times New Roman"/>
        </w:rPr>
        <w:t>Pe marandu oñemoañetévape osẽva pe arandu hetave hag̃ua gui ary 1798-pe, oñepyrũ raẽ ojehechauka Miller rupive ary 1831-pe (ha upéi Vermont Telegraph kuatiahaipyre rupive ary 1833-pe). Ary 1831 ha’e mokõi sua ha veinte ary rire oñemoherakuã haguére pe Biblia King James ary 1611-pe. Pe Biblia King James orrepresenta peteĩ kuatia mokõivegua, pe Antiguo ha pe Nuevo Testamento rehegua. Ñepyrũ ha paha umi mokõi sua ha veinte ary rehegua “ojoaju” peteĩ ñemoherakuã Tupãguáva peteĩ ñemoherakuã yvypóra reheve. Pe marandu oĩva pe ñemoherakuã yvypórapegua ryepy ou vaʼekue pe tesape Tupãgui osẽ vaʼekue gui, oñembojaʼoʼỹ vaʼekue ára paha peve ary 1798-pe, ha upéi oñemoañete peteĩ tembiapo ojejapóva peteĩ tembipuru yvypóra rupive, haʼe oñepyrũ vaʼekue omoherakuãvo upe marandu ary 1831-pe. Haʼe vaʼekue peteĩ ñemoherakuã Tupãguáva, peteĩ marandu Tupã omboty hag̃ua, ha upéi yvypóra ombojaʼoʼỹva, ha upe rire oñehechauka peteĩ tembipuru yvypóra rupive. Pe ñeʼẽ hebreo oñembohasáva “publish” ramo Ñandejára Ñeʼẽme heʼise: oñehenói hatã hag̃ua, osapukái hag̃ua, ojehupyty hag̃ua herakuã, ojeguereko hag̃ua peteĩ invitado, oñeinvita hag̃ua, oñemombeʼu hag̃ua, oñemeʼẽ hag̃ua téra, oñepredika hag̃ua, oñeproklama hag̃ua, oñemoñeʼẽ hag̃ua, oñemoherakuã hag̃ua. Miller oñepyrũ omoherakuã hag̃ua imarandu ary 1831-pe, ha upéi ary 1833-pe añetehápe oñemoherakuã Vermont Telegraph-pe.</w:t>
      </w:r>
    </w:p>
    <w:p>
      <w:pPr>
        <w:pStyle w:val="ArticleBody"/>
        <w:jc w:val="left"/>
      </w:pPr>
      <w:r>
        <w:rPr>
          <w:rFonts w:ascii="Times New Roman" w:hAnsi="Times New Roman" w:eastAsia="Times New Roman" w:cs="Times New Roman"/>
        </w:rPr>
        <w:t>Pe marandu oñemohenda porãva osẽva pe arandu jehupytyvégui ary 1989-pe oñemoherakuã raẽkue ary 1996-pe (revísta *The Time of the End*-pe), mokõi sua ha mokõipa ary rire oñemoherakuã haguére umi mokõi kuatia marangatu ojekuaáva héraramo *Declaration of Independence* ary 1776-pe (ha upéi *Constitution of the United States*) ary 1789-pe. Pe ñepyrũ ha paha umi mokõi sua ha mokõipa ary rehegua ombojoaju Tupã rekove yvypóra rekovéndi, ha upéva ojapo umi mokõi kuatia Tupãgui guarã oñemoherakuã rupive, oñepyrũvo ary 1776-pe. Daniel kuatiañe’ẽ oñemboty’ỹ jey ramo pe ára pahápe ary 1989-pe, pe marandu oñemohenda porãva, ojeguerúva’ekue peteĩ tembiporu yvypóra rembiapo rupive, oñemoherakuã ary 1996-pe. Pe joapy ha’e va’ekue: peteĩ ñemoherakuã Tupãgua, upéi peteĩ jeipe’a, ha upéi peteĩ ñemoherakuã yvypóragua.</w:t>
      </w:r>
    </w:p>
    <w:p>
      <w:pPr>
        <w:pStyle w:val="ArticleBody"/>
        <w:jc w:val="left"/>
      </w:pPr>
      <w:r>
        <w:rPr>
          <w:rFonts w:ascii="Times New Roman" w:hAnsi="Times New Roman" w:eastAsia="Times New Roman" w:cs="Times New Roman"/>
        </w:rPr>
        <w:t>Mokõive ára pahápe, añetegua mbohapy jekuéra ojehechauka porã. Mokõivéva oñepyrũ peteĩ kuatiañemoherakuã Tupãgui oúva rehe peteĩha tembiaporãramo, ha peteĩ kuatiañemoherakuã yvypóra ojapóva, omyesakãva peteĩ marandu Tupãgui ouva’ekue, ha’e pe pahaite tembiaporã. Pe mbytegua tembiaporãme Judá ñemoñare León oipe’a umi sello pe marandu Tupãgui ouva’ekue rehe upe tembiasakuepe g̃uarã, ha upéi oiporavo peteĩ tembiporu yvypóra ombyaty hag̃ua pe tesape ojeipe’áva’ekue pe kuatia Tupãgui ouva’ekuégui. Upe jeipe’a oikóramo, oñehechauka peteĩ pu’aka’ẽ umi ñaña apytépe, ndoikuaáiva pe arandupyeta. Upévare, peteĩ kuatiañemoherakuã Tupãgui ouva’ekue ojehechauka hebreo achegety peteĩha tai rupive; pe arandupyeta ojehechauka paapyha tai rupive, upépe pe pu’aka’ẽ oñehechauka; ha pe kuatiañemoherakuã yvypóra ojapóva pe marandu Tupãgui ouva’ekue especial rehegua upe tembiasakuepe g̃uarã ha’e pe pahaite tai hebreo achegetýpe, ha oñondivepa umi mbohapy tai he’ise “añetegua”.</w:t>
      </w:r>
    </w:p>
    <w:p>
      <w:pPr>
        <w:pStyle w:val="ArticleBody"/>
        <w:jc w:val="left"/>
      </w:pPr>
      <w:r>
        <w:rPr>
          <w:rFonts w:ascii="Times New Roman" w:hAnsi="Times New Roman" w:eastAsia="Times New Roman" w:cs="Times New Roman"/>
        </w:rPr>
        <w:t>Ulaí ha Hiddekel ysyrykuéra rehegua jehecha pyahukuéra, ko’ág̃a oñepyrũva oñekumpli, ohechauka ára pahápe pe kuaapy ñembohetave mokõive ysyrygui oñembojoajuha oñemomba’eguasu hag̃ua ko añetegua: Tupã reko ojehe’áva yvypóra rekóre ndaipochyiri angaipápe. Daniel ohupyty pe jehecha ohechaukáva Cristo ojehechaukaha mokõi su cien ary profesía pahápe ary 1844-pe, Ulaí ysyry rembe’ýpe.</w:t>
      </w:r>
    </w:p>
    <w:p>
      <w:pPr>
        <w:pStyle w:val="ArticleScripture"/>
        <w:jc w:val="left"/>
      </w:pPr>
      <w:r>
        <w:rPr>
          <w:rFonts w:ascii="Times New Roman" w:hAnsi="Times New Roman" w:eastAsia="Times New Roman" w:cs="Times New Roman"/>
        </w:rPr>
        <w:t>Ha ahecha peteĩ visión-pe; ha ojehu, ahechávo, aime hague Susan-pe, palásiope, oĩva Elam provincia-pe; ha ahecha peteĩ visión-pe, ha aime Ysyry Ulái ykére. Daniel 8:2.</w:t>
      </w:r>
    </w:p>
    <w:p>
      <w:pPr>
        <w:pStyle w:val="ArticleBody"/>
        <w:jc w:val="left"/>
      </w:pPr>
      <w:r>
        <w:rPr>
          <w:rFonts w:ascii="Times New Roman" w:hAnsi="Times New Roman" w:eastAsia="Times New Roman" w:cs="Times New Roman"/>
        </w:rPr>
        <w:t>Daniel orresivi pe visión ohechaukáva pe visión umi mokõi su quinientos ha mokõi pa ary rembiasakue profética rehegua, oĩ aja ysyry Hiddekel rembe’ýpe.</w:t>
      </w:r>
    </w:p>
    <w:p>
      <w:pPr>
        <w:pStyle w:val="ArticleScripture"/>
        <w:jc w:val="left"/>
      </w:pPr>
      <w:r>
        <w:rPr>
          <w:rFonts w:ascii="Times New Roman" w:hAnsi="Times New Roman" w:eastAsia="Times New Roman" w:cs="Times New Roman"/>
        </w:rPr>
        <w:t>Ha árape peteĩha jasýpe, mokõipa irundyha árape, aime aja pe ysyrýpe guasu rembe’ýpe, héra Hiddekel. Daniel 10:4.</w:t>
      </w:r>
    </w:p>
    <w:p>
      <w:pPr>
        <w:pStyle w:val="ArticleBody"/>
        <w:jc w:val="left"/>
      </w:pPr>
      <w:r>
        <w:rPr>
          <w:rFonts w:ascii="Times New Roman" w:hAnsi="Times New Roman" w:eastAsia="Times New Roman" w:cs="Times New Roman"/>
        </w:rPr>
        <w:t>Upéi rire, Gabriel omombe’u porã pe chazon visión rembiaporã Hiddekel Ysyry rehegua, pe versículo catorce-pe.</w:t>
      </w:r>
    </w:p>
    <w:p>
      <w:pPr>
        <w:pStyle w:val="ArticleScripture"/>
        <w:jc w:val="left"/>
      </w:pPr>
      <w:r>
        <w:rPr>
          <w:rFonts w:ascii="Times New Roman" w:hAnsi="Times New Roman" w:eastAsia="Times New Roman" w:cs="Times New Roman"/>
        </w:rPr>
        <w:t>Ko'ág̃a aju amboikuaa hag̃ua ndéve mba'épa oikóta ne retãyguakuérape umi ára pahápe: pe visión niko gueteri heta ára rehegua. Daniel 10:14.</w:t>
      </w:r>
    </w:p>
    <w:p>
      <w:pPr>
        <w:pStyle w:val="ArticleBody"/>
        <w:jc w:val="left"/>
      </w:pPr>
      <w:r>
        <w:rPr>
          <w:rFonts w:ascii="Times New Roman" w:hAnsi="Times New Roman" w:eastAsia="Times New Roman" w:cs="Times New Roman"/>
        </w:rPr>
        <w:t>Pe visión oñeme'ẽva Ysyry Ulái rehe ohechauka Cristo “ojehechaukaha”, (divinidad) ha'e pya'e ou ramo guare Itémplope 22 jasypa 1844-pe. Upéva orrepresenta “divinidad” oikeha umi Millerita róga guasúpe (humanidad) upe árape, Ñemoĩporã Ára rehehápe, he'iséva ára “oñembojoaju hag̃ua peteĩme”, orrepresentáva divinidad ha humanidad joaju. Pe visión oñeme'ẽva Ysyry Hidékel rehe ohechauka mba'épa oúta Tupã tavayguakuérape ári (humanidad) ára pahápe.</w:t>
      </w:r>
    </w:p>
    <w:p>
      <w:pPr>
        <w:pStyle w:val="ArticleBody"/>
        <w:jc w:val="left"/>
      </w:pPr>
      <w:r>
        <w:rPr>
          <w:rFonts w:ascii="Times New Roman" w:hAnsi="Times New Roman" w:eastAsia="Times New Roman" w:cs="Times New Roman"/>
        </w:rPr>
        <w:t>Ñepyrũ pe visión rehegua “ojehechaukáva” ha’e vaʼekue ary 457 a.C. Mokõi sientos ha mokõi pa ary rire pe período profético omombeʼúva pe ñembopyrũrã ñembyái pe santuario ha pe ehérsito rehe, oñepyrũvaʼekue ary 677 a.C.-pe. Pe opa hag̃ua umi mokõi sientos ha mokõi pa ary oñembojoaju vaʼekue iñepyrũme mokõive visión rehe, ojehechauka vaʼekue pe Papapyha Porãite rupive, ha upéva avei hína pe Ñeʼẽkuaa Porãite Habacuc 2:20-pe.</w:t>
      </w:r>
    </w:p>
    <w:p>
      <w:pPr>
        <w:pStyle w:val="ArticleScripture"/>
        <w:jc w:val="left"/>
      </w:pPr>
      <w:r>
        <w:rPr>
          <w:rFonts w:ascii="Times New Roman" w:hAnsi="Times New Roman" w:eastAsia="Times New Roman" w:cs="Times New Roman"/>
        </w:rPr>
        <w:t>Ha Ñandejára oĩ itupãópe marangatupe; tokyta opavave yvy henyhẽva hendape henondépe. Habacuc 2:20.</w:t>
      </w:r>
    </w:p>
    <w:p>
      <w:pPr>
        <w:pStyle w:val="ArticleBody"/>
        <w:jc w:val="left"/>
      </w:pPr>
      <w:r>
        <w:rPr>
          <w:rFonts w:ascii="Times New Roman" w:hAnsi="Times New Roman" w:eastAsia="Times New Roman" w:cs="Times New Roman"/>
        </w:rPr>
        <w:t>Yvypóra ha divinidad rehegua joaju, oñehechauka vaʼekue ñepyrũrãme mokõi profesía ñepyrũha rupive, ojekuaa hag̃ua ipahakuéra joajúpe capítulo ha versículo omombeʼúva pe divinidad jejapo pyaʼeha pe témplope haʼe omopuʼã vaʼekuépe umi irundy pa poteĩ ary aja, oñepyrũva pe ára paha arýpe 1798-pe, ha opa irundy pa poteĩ ary rire, 22 jasypa 1844-pe.</w:t>
      </w:r>
    </w:p>
    <w:p>
      <w:pPr>
        <w:pStyle w:val="ArticleScripture"/>
        <w:jc w:val="left"/>
      </w:pPr>
      <w:r>
        <w:rPr>
          <w:rFonts w:ascii="Times New Roman" w:hAnsi="Times New Roman" w:eastAsia="Times New Roman" w:cs="Times New Roman"/>
        </w:rPr>
        <w:t>¿Peikuaa piko peẽ ha’eha Tupã róga marangatu, ha Tupã Espíritu oikoha pende pype? Oiméramo avave omongyʼa Tupã róga marangatu, Tupã ohundíta chupe; Tupã róga marangatu niko imarangatu, ha upéva hína peẽ. 1 Corintios 3:16, 17.</w:t>
      </w:r>
    </w:p>
    <w:p>
      <w:pPr>
        <w:pStyle w:val="ArticleBody"/>
        <w:jc w:val="left"/>
      </w:pPr>
      <w:r>
        <w:rPr>
          <w:rFonts w:ascii="Times New Roman" w:hAnsi="Times New Roman" w:eastAsia="Times New Roman" w:cs="Times New Roman"/>
        </w:rPr>
        <w:t>22 jasypakõi 1844-pe, pe visión “jehechauka” rehe oĩháicha, Habacuc ohechakuaa Ñandejára oĩha Itupaópe marangatúpe. Ha’e omopu’ã jeýkuri pe Tupaóga oñehundiva’ekue ha oñembohasáva’ekue py guýpe mokõi mil quinientos veinte ary aja, cuarenta y seis ary pukukue.</w:t>
      </w:r>
    </w:p>
    <w:p>
      <w:pPr>
        <w:pStyle w:val="ArticleScripture"/>
        <w:jc w:val="left"/>
      </w:pPr>
      <w:r>
        <w:rPr>
          <w:rFonts w:ascii="Times New Roman" w:hAnsi="Times New Roman" w:eastAsia="Times New Roman" w:cs="Times New Roman"/>
        </w:rPr>
        <w:t>Ha ere chupe, ere hag̃ua: Péicha he’i Ñandejára ipu’akapáva, he’ívo: “Péina pe kuimba’e héra YVYRAKÃ; ha okakuaáta iñambueha guive, ha omopuʼãta Ñandejára róga guasu. Ha’e voi omopuʼãta Ñandejára róga guasu; ha ogueraháta pe mbytetee, ha oguapýta ha ogoverna hag̃ua iguapyha guasu ári; ha pa’i ramo oĩta iguapyha guasu ári; ha py’aguapy ñemoñe’ẽ oĩta mokõivéva apytépe.” Ha umi akãjegua oikóta Helem-pe g̃uarã, ha Tobías-pe g̃uarã, ha Jedaías-pe g̃uarã, ha Hen-pe, Sofonías ra’y, mandu’arã ramo Ñandejára róga guasúpe. Ha umi mombyry oĩva ou ha omba’apóta Ñandejára róga guasúpe, ha peẽ peikuaáta Ñandejára ipu’akapáva chembou hague pene rendápe. Ha kóva oikóta, peneñe’ẽrendúramo kyre’ỹme pendejára Ñandejára ñe’ẽ rehe. Zacarías 6:12–15.</w:t>
      </w:r>
    </w:p>
    <w:p>
      <w:pPr>
        <w:pStyle w:val="ArticleBody"/>
        <w:jc w:val="left"/>
      </w:pPr>
      <w:r>
        <w:rPr>
          <w:rFonts w:ascii="Times New Roman" w:hAnsi="Times New Roman" w:eastAsia="Times New Roman" w:cs="Times New Roman"/>
        </w:rPr>
        <w:t>Juan 2:20-pe, Cristo omopotĩ rire pe tupaópe, ha upéva, Hermana White he’iháicha, oñekumpli vaʼekue Malaquías mbohapyha kapítulope, ha péicha avei 22 jasypa 1844-pe, pe Ñe’ẽrerahaha Pacto rehegua oumbyaipaite voi Itupaópe.</w:t>
      </w:r>
    </w:p>
    <w:p>
      <w:pPr>
        <w:pStyle w:val="ArticleScripture"/>
        <w:jc w:val="left"/>
      </w:pPr>
      <w:r>
        <w:rPr>
          <w:rFonts w:ascii="Times New Roman" w:hAnsi="Times New Roman" w:eastAsia="Times New Roman" w:cs="Times New Roman"/>
        </w:rPr>
        <w:t>Jesús ombohovái ha he'i chupekuéra: Peity ko tupão, ha mbohapy ára hag̃uápe che amopu'ã jeýta. Upémarõ umi hudío he'i: Irundy pa seis aryma oñemopu'ã hag̃ua ko tupão, ha nde piko remopu'ã jeýta mbohapy ára hag̃uápe? Ha'e katu oñe'ẽkuri hete rehegua tupão rehe. Juan 2:19–20.</w:t>
      </w:r>
    </w:p>
    <w:p>
      <w:pPr>
        <w:pStyle w:val="ArticleBody"/>
        <w:jc w:val="left"/>
      </w:pPr>
      <w:r>
        <w:rPr>
          <w:rFonts w:ascii="Times New Roman" w:hAnsi="Times New Roman" w:eastAsia="Times New Roman" w:cs="Times New Roman"/>
        </w:rPr>
        <w:t>Malaquías capítulo tres oñekumpli hag̃ua, Cristo oúkuri sapyʼa Itémplope omopotĩrõ guare pe témplo imbaʼeporavo ñepyrũme Juan capítulo mokõipe, upéva ohechauka hag̃ua 22 de octubre de 1844. Pe ñemopotĩ Cristo ojapóva pe témplope Juan capítulo mokõipe, ha 22 de octubre de 1844, haʼékuri peteĩ ñekumpli Malaquías capítulo tres rehegua. Juan capítulo MOKÕI ha versículo VEINTE-pe, ñandejáraʼe hína pe témplo yvypóra oñemopuʼã hague cuarenta y seis áñope, ha pe témplo Tupãgua oñemopuʼã jey hague mbohapy árape. Pe témplo yvypóra ndoguerekói Habacuc remiandu “témplo marangatu” ramo ndoumbáiramo Tupãreko pype sapyʼa, oiko haguéicha 22 de octubre de 1844-pe, Tupãreko oñembojoajúramo yvypórare ndopytái angaipápe. Mokõi ysyry guasu Sinar rehegua visión-kuéra ohechauka pe añetegua yvypóra oñembojoajúva Tupãrekóre ndangaipaiha.</w:t>
      </w:r>
    </w:p>
    <w:p>
      <w:pPr>
        <w:pStyle w:val="ArticleBody"/>
        <w:jc w:val="left"/>
      </w:pPr>
      <w:r>
        <w:rPr>
          <w:rFonts w:ascii="Times New Roman" w:hAnsi="Times New Roman" w:eastAsia="Times New Roman" w:cs="Times New Roman"/>
        </w:rPr>
        <w:t>Ñande rosegíta ñahesa’ỹijo hag̃ua Daniel kapítulo once pegua versíkulo cuarenta pe artículo oúvape.</w:t>
      </w:r>
    </w:p>
    <w:p>
      <w:pPr>
        <w:pStyle w:val="ArticleScripture"/>
        <w:jc w:val="left"/>
      </w:pPr>
      <w:r>
        <w:rPr>
          <w:rFonts w:ascii="Times New Roman" w:hAnsi="Times New Roman" w:eastAsia="Times New Roman" w:cs="Times New Roman"/>
        </w:rPr>
        <w:t>Peẽ avei, ita oikovévaicha, pejejapo peteĩ óga espiritual, peteĩ pa’i aty marangatúpe g̃uarã, peikuaveʼẽ hag̃ua mymbajukaʼỹ espiritual, Tupã oipotáva Jesucristo rupive. 1 Pedro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Ciento Veintidós hag̃ua</dc:title>
  <dc:subject>Pe Jeporavéva Añetegua rehegua: Peteĩ Viaje Daniel 11 rupive ha Ñandejára tavayguakuéra ñemboryrýi rehegua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