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 — Sa Po peteĩ rrénta mokõi ha mbohapy hag̃ua hag̃ua’ẽ hag̃ua</w:t>
      </w:r>
    </w:p>
    <w:p>
      <w:pPr>
        <w:pStyle w:val="ArticleSubtitle"/>
        <w:jc w:val="left"/>
      </w:pPr>
      <w:r>
        <w:rPr>
          <w:rFonts w:ascii="Arial" w:hAnsi="Arial" w:eastAsia="Arial" w:cs="Arial"/>
        </w:rPr>
        <w:t>Ojepe’a hag̃ua Daniel 11:40 he’iséva profético hag̃ua hag̃uáicha hag̃ua’ẽ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Daniel 11:40 ha’e peteĩ umi téxto ipypukuvéva Tupã Ñe’ẽme, upéicha avei Daniel 8:14. Pe versíkulo 40 ojehechauka Hiddekel Ysyry rupive, ha pe Ulai Ysyry ohechauka Daniel 8:14.</w:t>
      </w:r>
    </w:p>
    <w:p>
      <w:pPr>
        <w:pStyle w:val="ArticleBody"/>
        <w:jc w:val="left"/>
      </w:pPr>
      <w:r>
        <w:rPr>
          <w:rFonts w:ascii="Times New Roman" w:hAnsi="Times New Roman" w:eastAsia="Times New Roman" w:cs="Times New Roman"/>
        </w:rPr>
        <w:t>Pe versíkulo cuarenta oñepyrũ ko’ã ñe’ẽ rehe: “ha pe ára paha aja”, upéicha rupi ohechauka porãiterei pe versíkulo ñepyrũha ha’eha 1798. Pe versíkulope oĩva cincuenta y peteĩ ñe’ẽ oñemboja’o’ỹva’ekue 1989-pe, upe jave oñemoneĩrõ guare ohechaukaha Unión Soviética ho’apa hague upe tiempope. Umi cincuenta y peteĩ ñe’ẽ oĩva pe versíkulope ohechauka mokõivéva: pe ára paha 1798-pe, ha upéi ambue pe ára paha 1989-pe. Alfa ha Omega omoĩ iñfirma pe versíkulo ári opavavépe g̃uarã ohecha ha ohendusevape. Pe ára paha umi movimiento peteĩha ha mbohapyha ánhel rehegua oñerepresenta upe versíkulo añóntepe.</w:t>
      </w:r>
    </w:p>
    <w:p>
      <w:pPr>
        <w:pStyle w:val="ArticleBody"/>
        <w:jc w:val="left"/>
      </w:pPr>
      <w:r>
        <w:rPr>
          <w:rFonts w:ascii="Times New Roman" w:hAnsi="Times New Roman" w:eastAsia="Times New Roman" w:cs="Times New Roman"/>
        </w:rPr>
        <w:t>Pe versíkulo oúva ohechauka araka’épa pe papado, oñerepresentáva yvygotyo ruvicha ramo, ipu’aka Estados Unidos ári, oñerepresentáva yvy porãite ramo, pe léi domingo oúta hag̃uáicha pya’e Estados Unidos-pe. Upévare, jepe versíkulo cuarenta ñe’ẽnguéra ohechauka pe ára paha ary 1798-pe, oñepyrũha ramo, ha pe ára paha ary 1989-pe, opa hag̃uáicha ramo, añetegua ningo pe tembiasakue profético oñerepresentáva versíkulo cuarenta-pe noñemohu’ãi peve versíkulo cuarenta y uno-pe, araka’épe yvygotyo ruvicha ipu’aka pe yvy porãite ári. Kóva he’ise pe tembiasakue Unión Soviética ho’árõ guive ary 1989-pe, pe léi domingo pya’e oútava peve versíkulo cuarenta y uno-pe, oñerepresentaha tembiasakue Estados Unidos rehegua Presidente Ronald Reagan guive pe léi domingo pya’e oútava peve. Pe tembiasakue oikehápe 11 de septiembre de 2001 ha upe guive oñemotenonde pe aravo pe yvyryrýi guasu Apocalipsis kapítulo once-pe.</w:t>
      </w:r>
    </w:p>
    <w:p>
      <w:pPr>
        <w:pStyle w:val="ArticleBody"/>
        <w:jc w:val="left"/>
      </w:pPr>
      <w:r>
        <w:rPr>
          <w:rFonts w:ascii="Times New Roman" w:hAnsi="Times New Roman" w:eastAsia="Times New Roman" w:cs="Times New Roman"/>
        </w:rPr>
        <w:t>Pe versíkulo oñeñemboty’ỹrõ guare ypykuépe, oñemoĩ peteĩ ñe’ẽjoavy pe añeteguáre he’íva: “Pippenger remi’érõ, pe versíkulo ohechauka hag̃ua tembiasakue 1798 guive pe léi domingo peve, ha’e peteĩ jerovia’ỹ hag̃uáva; Biblia-pe umi versíkulo araka’eve ndorrepresentái tembiasakue pukukue péicha.” Ore ndorimo’ãiva’ekue pe mba’e rehe, oĩpa térã nahániri peteĩ límite pe aravo pukukue ikatúva oñemoĩ peteĩ versíkulo ryepýpe, péro pya’e roñemomandu’a Apocalipsis kapítulo 13, versíkulo 11 rehe, ohechaukáva upe tembiasakueete, ha ojapo upéva, peteĩ versíkulo-pe. Pe yvy mymba rembiasakue oñepyrũ 1798-pe, ha pe yvy mymba oñe’ẽ peteĩ dragónicha, oñekumpli pe léi domingo oúva pya’évape.</w:t>
      </w:r>
    </w:p>
    <w:p>
      <w:pPr>
        <w:pStyle w:val="ArticleScripture"/>
        <w:jc w:val="left"/>
      </w:pPr>
      <w:r>
        <w:rPr>
          <w:rFonts w:ascii="Times New Roman" w:hAnsi="Times New Roman" w:eastAsia="Times New Roman" w:cs="Times New Roman"/>
        </w:rPr>
        <w:t>“Ha peteĩ ára pe Papado, ojeipe’ávape iguýgui ipokatu, oñembojepoitýramo oheja hag̃ua pe ñemongu’e’asy, Juan ohecha peteĩ pokatu pyahu osẽva hag̃ua ombohasajevy hag̃ua pe dragón ñe’ẽ, ha omotenonde hag̃ua upe tembiapo ha’e hag̃uáicha ivaíva ha tupãre oñe’ẽ vai hag̃uáicha. Ko pokatu, pe pahaite oikétava ñorairõme pe iglesia ha Tupã léi ndive, ojehechauka vaʼekue peteĩ mymba vai ovecha ra’y-icha hatĩva rupive.” Signs of the Times, 1 de noviembre de 1899.</w:t>
      </w:r>
    </w:p>
    <w:p>
      <w:pPr>
        <w:pStyle w:val="ArticleBody"/>
        <w:jc w:val="left"/>
      </w:pPr>
      <w:r>
        <w:rPr>
          <w:rFonts w:ascii="Times New Roman" w:hAnsi="Times New Roman" w:eastAsia="Times New Roman" w:cs="Times New Roman"/>
        </w:rPr>
        <w:t>Peteĩ tapicha oikotevẽramo hekopete hag̃ua pe mba’e, versíkulo irundypa ocoveri 1798 rembiasakue pe versíkulo irundypa peteĩhápe peve; ha pe versíkulo irundypa peteĩhápe oñemombe’u porã pe léi domingo rehegua. Upévare, ndaha’éi pe versíkulo peteĩnteicha Apocalipsis kapítulo trece-pe, pe versíkulo irundypa añetegua mbykyve michĩmi, pe léi domingo oĩgui pe versíkulo oúva upe rire; pórke Apocalipsis kapítulo trece-pe, 1798 guive pe léi domingo peve oĩ peteĩ versíkulope. Hermana White ome’ẽ ñandéve ñemomarandu pe “misma línea de profecía” oĩva Daniel líbrope ojeporu jeyha Apocalipsis líbrope, ha Apocalipsis kapítulo trece, versíkulo once, ikatu hag̃uáicha hasy’ỹ hag̃uáicha ohasaite pe versíkulo irundypa ári, reiporavóramo remoĩ hag̃ua pe principio línea ári línea.</w:t>
      </w:r>
    </w:p>
    <w:p>
      <w:pPr>
        <w:pStyle w:val="ArticleBody"/>
        <w:jc w:val="left"/>
      </w:pPr>
      <w:r>
        <w:rPr>
          <w:rFonts w:ascii="Times New Roman" w:hAnsi="Times New Roman" w:eastAsia="Times New Roman" w:cs="Times New Roman"/>
        </w:rPr>
        <w:t>Eiporu ramo peiporu pe “línea ári línea” rembopyenda, rejuhu versículo cuarenta-pe Apocalipsis trece pe mymba yvypegua rehegua ta’ãnga (Estados Unidos), upépe versículo cuarenta-pe ojehechaukáva “kárro, barco ha kavaju arigua kuéra” ramo, oñemoambueha peteĩ ovecha ra’y joguaháicha mymbágui mokõi hatĩva, ary 1798-pe, peteĩ dragón ñe’ẽva rupi oiko hag̃uáicha mymbápe pe léi domingo pya’e ou hag̃uápe; ha avei pe ovecha ra’y joguaháicha mymba oguerekoha mokõi hatĩ.</w:t>
      </w:r>
    </w:p>
    <w:p>
      <w:pPr>
        <w:pStyle w:val="ArticleBody"/>
        <w:jc w:val="left"/>
      </w:pPr>
      <w:r>
        <w:rPr>
          <w:rFonts w:ascii="Times New Roman" w:hAnsi="Times New Roman" w:eastAsia="Times New Roman" w:cs="Times New Roman"/>
        </w:rPr>
        <w:t>Pe jehupytyha, avei ohechauka pe mokõi pa ary simbólico oñeñembyesaráiha kuña rekovai Tíro pegua rehe, pórke umi setenta ary simbólico ha’e peteĩ mburuvicha áraicha, ha peteĩ mburuvicha ha’e peteĩ tetãnguéra. Pe jehupytyha cuarenta rehegua, ha Apocalipsis capítulo trece rembiapokue rehe oñemopyendáva, pe reino marandu’ypy marangatúpe oje’eva oisãmbyhýva umi setenta ary simbólico Isaías capítulo veintitrés-pe, ha’e pe mymba yvykua pegua, oguerekóva mokõi hatĩ mbarete. Pe mymba yvykua pegua oñepyrũ mokõi hatĩ mbarete reheve, ohechaukáva Republicanismo ha Protestantismo; hákatu pe jehupytyha cuarenta rembiasakue oñemoaguĩvo ijehupyty hag̃ua pe jehupytyha cuarenta y uno-pe, upérõ imokõi mbarete profético oñemombe’u “barco-kuéra” ramo (mbarete económico), ha “kárro ha kavaju arigua-kuéra” ramo (pu’aka militar).</w:t>
      </w:r>
    </w:p>
    <w:p>
      <w:pPr>
        <w:pStyle w:val="ArticleBody"/>
        <w:jc w:val="left"/>
      </w:pPr>
      <w:r>
        <w:rPr>
          <w:rFonts w:ascii="Times New Roman" w:hAnsi="Times New Roman" w:eastAsia="Times New Roman" w:cs="Times New Roman"/>
        </w:rPr>
        <w:t>Isaías, kapítulo veintitréspe ojehechaukaháicha umi setenta áño simbóliko aja, Tiro kuña reko vai, versíkulo cuaréntape ha’éva pe mburuvicha yvate gotyo guigua, oñembyesarái hese. Ha upéi umi setenta áño simbóliko pahápe, ha’e jey oikóta tekovai rupi yvy ruvicha ndive, ojejapo haguéicha pe tembiasápe omotenondéva Unión Soviética ho’ápe, opa historiadór oñemoneĩháme Presidente Reagan omopyenda hague peteĩ ñemoirũ kañymby Anticristo ndive, Biblia marandu hag̃uáicha, oguerúvo hag̃ua yvýre Unión Soviética-pe. Pe ára oguahẽ mboyve 1989-pe, Reagan oñepyrũma kuri peteĩ joaju kañymby ha ndovaléiva kuimba’e angaipa ndive; upéicha rupi Nabucodonosor músiko-kuéra oñepyrũ ombo’e pe purahéi, pe kuña reko vai oñembyesaráiva oñepyrũma va’ekue opurahéi hag̃ua. Juan Pablo II rembiapo ministerial arapýregua, ndaijojaháiva, upe tembiasápe voi, ha’e va’ekue pe ñepyrũ “purahéi ha jeroky” omoheñóiva “opa yvy” “oñeñandu hag̃ua mymba ñarõ rapykuéri”.</w:t>
      </w:r>
    </w:p>
    <w:p>
      <w:pPr>
        <w:pStyle w:val="ArticleBody"/>
        <w:jc w:val="left"/>
      </w:pPr>
      <w:r>
        <w:rPr>
          <w:rFonts w:ascii="Times New Roman" w:hAnsi="Times New Roman" w:eastAsia="Times New Roman" w:cs="Times New Roman"/>
        </w:rPr>
        <w:t>Pe versíkulo mokõipa oporrepresenta avei Adventísmo Laodiceagua rembiasakue, oñepyrũ va'ekue ary 1798-pe Sardis ramo; upéi umi oĩva Sardis-pe omoneĩ pe tesape ojeipe'a va'ekue, ha upéi pe movimiento Filadelfiagua osẽ Sardis-gui. Pe movimiento Filadelfiagua ombotove rire pe tesape ary 1856-gua, upéi oñemoambue hikuái peteĩ movimiento-gui pe iglesia Laodiceagua-pe ary 1863-pe. Upévare, upe iglesia ojeheja va'erã oñemosẽ hag̃ua Ñandejára jurúgui pe versíkulo mokõipa peteĩme, ha upéva hína pe léi domingo oúta hag̃uáicha pya'e. Pe versíkulo mokõipa oporrepresenta ndaha'éi Estados Unidos rembiasakue añónte, síno avei Adventísmo Laodiceagua rembiasakue.</w:t>
      </w:r>
    </w:p>
    <w:p>
      <w:pPr>
        <w:pStyle w:val="ArticleBody"/>
        <w:jc w:val="left"/>
      </w:pPr>
      <w:r>
        <w:rPr>
          <w:rFonts w:ascii="Times New Roman" w:hAnsi="Times New Roman" w:eastAsia="Times New Roman" w:cs="Times New Roman"/>
        </w:rPr>
        <w:t>Pe Adventismo Laodiceagua oñeme’ẽ pe tesape divína Ñandejára Ñe’ẽgui ipyta hag̃ua hese ha imbareterã, ha pe gobierno Tetã peteĩ reko Amérikagua rehegua oñeme’ẽ pe tesape divína Constitución de los Estados Unidos-gui ipyta hag̃uáicha hese ha imbareterã. Mokõivéva oñepyrũ vaʼekue proféticamente hatĩramo ary 1798-pe, ha pe setenta ary simbólico pahápe, pe hatĩ republicano apóstata ha pe hatĩ protestante apóstata oñondive hag̃ua peteĩnte hatĩramo ha oñeʼẽta peteĩ dragónicha.</w:t>
      </w:r>
    </w:p>
    <w:p>
      <w:pPr>
        <w:pStyle w:val="ArticleBody"/>
        <w:jc w:val="left"/>
      </w:pPr>
      <w:r>
        <w:rPr>
          <w:rFonts w:ascii="Times New Roman" w:hAnsi="Times New Roman" w:eastAsia="Times New Roman" w:cs="Times New Roman"/>
        </w:rPr>
        <w:t>Pe versíkulo mokõipa umi mokõi hatĩ hína pe gobierno ha pe iglesia ojeporavóva, ha’ekuéra ohechaukáva mokõi línea de profecía oho hag̃uáicha oñondive, pórke ojehechauka chupekuéra mokõi hatĩ ramo peteĩ mymba ári. Mamove pe mymba ohohápe, umi mokõi hatĩ avei oho, ha upéicha ojapo hikuái peteĩ historia profética-pe. Pe hatĩ Protestantismo rehegua oguereko peteĩ naturaleza profética mokõigua ojehechaukáva Laodicea ha Filadelfia rupive. Pe hatĩ Republicanismo rehegua avei oguereko peteĩ naturaleza profética mokõigua ojehechaukáva umi partido político Republicano ha Demócrata rupive. Mokõi naturaleza oguerekóva peteĩteĩva umi hatĩ apytégui pe mokõiha, osẽ ipahápe ha osẽ yvatevévo, he’iháicha Daniel capítulo ocho-pe.</w:t>
      </w:r>
    </w:p>
    <w:p>
      <w:pPr>
        <w:pStyle w:val="ArticleScripture"/>
        <w:jc w:val="left"/>
      </w:pPr>
      <w:r>
        <w:rPr>
          <w:rFonts w:ascii="Times New Roman" w:hAnsi="Times New Roman" w:eastAsia="Times New Roman" w:cs="Times New Roman"/>
        </w:rPr>
        <w:t>Upéi ahupi che resa, ha ahecha; ha péina, ysyry renondépe oĩ peteĩ ovecha mácho orekóva mokõi hatĩ; ha umi mokõi hatĩ ijyvate; péro peteĩ ijyvateve ambuegui, ha pe ijyvatéva osẽ ipahápe. Daniel 8:3.</w:t>
      </w:r>
    </w:p>
    <w:p>
      <w:pPr>
        <w:pStyle w:val="ArticleBody"/>
        <w:jc w:val="left"/>
      </w:pPr>
      <w:r>
        <w:rPr>
          <w:rFonts w:ascii="Times New Roman" w:hAnsi="Times New Roman" w:eastAsia="Times New Roman" w:cs="Times New Roman"/>
        </w:rPr>
        <w:t>Mokõi mba’e rechaukaha oĩva káda hatĩpe ojehechauka Cristo líneape saduceokuéra ha fariseokuéra rupive, ha upéva, hatĩ republicanope, ojoja liberalismo rehe (pro-esclavitud, democracia, woke-ismo ha globalismo), ha conservadurismo rehe (anti-esclavitud, peteĩ república constitucional, tradicionalistakuéra, MAGA). Mokõi mba’e rechaukaha oĩva hatĩ protestántepe ojoja Filadelfia ha Laodicea rehe. Ndaipóri peteĩ paralelismo perfecto umi mokõi hatĩ ñemboja’ópe peteĩ símbolo mokõiháicha, pórke ni liberalismo progresivo ni MAGA-ismo conservador osẽi pe lado porãme pe léi domingo rehegua kásope, pórke fariseokuéra ha saduceokuéra oñembojoaju kurúsure; ha katu pe léi domingo oúta hag̃uápe, upeva’ekue kurusu omoheñóiva’ekue tipo ramo, Laodicea oñemombo tuguýgui Ñandejára jurúgui, ha pe hatĩ filadelfiano upérõ oñemboyvate peteĩ poyvi ramo. Upéicharõ jepe, umi mokõi hatĩ mokõive rekotee ojehechauka pe controversia teológica oĩva fariseokuéra ha saduceokuéra apytépe rupive, ha pe maranduha umi gentil-kuérape guarã (Pablo), Cristo rembiasakuepe, yma vaʼekue peteĩ fariseo fariseokuéragui.</w:t>
      </w:r>
    </w:p>
    <w:p>
      <w:pPr>
        <w:pStyle w:val="ArticleBody"/>
        <w:jc w:val="left"/>
      </w:pPr>
      <w:r>
        <w:rPr>
          <w:rFonts w:ascii="Times New Roman" w:hAnsi="Times New Roman" w:eastAsia="Times New Roman" w:cs="Times New Roman"/>
        </w:rPr>
        <w:t>Pe amañáva oky rape, ha’évo línea ári línea, ogueru tuicha tesape ñe’ẽjoapy irundypa jave oñemoĩ jave ipype. Apocalipsis kapítulo mokõi guive paapyapy porundy peve, opavave oñemohenda peteĩcha ñe’ẽjoapy irundypa ndive. Isaías kapítulo mokõipa mbohapy rehegua testimonio kuña rekovai Tiro pegua rehe oñembojoaju upe ñe’ẽjoapy ndive. Añetehápe, oĩ heta ambue jehasaipyre oñemoĩva’erãva ñe’ẽjoapy irundypa ári, ha katu ikatu hag̃uáicha, pe aplicación línea ári línea iñimportantevéva ñe’ẽjoapy irundypa rehegua ha’e pe ñe’ẽjoapy irundypa voi.</w:t>
      </w:r>
    </w:p>
    <w:p>
      <w:pPr>
        <w:pStyle w:val="ArticleBody"/>
        <w:jc w:val="left"/>
      </w:pPr>
      <w:r>
        <w:rPr>
          <w:rFonts w:ascii="Times New Roman" w:hAnsi="Times New Roman" w:eastAsia="Times New Roman" w:cs="Times New Roman"/>
        </w:rPr>
        <w:t>Pe kuarahyñe’ẽ irundy pahápe oñemoĩ mokõi ára paha: ára paha ary 1798-pe ha ára paha ary 1989-pe. Kóva ombohape peteĩ temimbo’e maranduhára rehegua omoĩ hag̃ua ára paha 1798-pe ári ára paha 1989-pe. Upéva ojejapóramo, pe tembiasakue kuarahyñe’ẽ irundy pahágui oguenohẽ mokõi línea, ha peteĩteĩ oñepyrũ 1798-pe, ha osegi pe arapokõindy pya’éta ouva’erãva kuarahyñe’ẽ cuarenta y uno-pe peve. Pe línea oñepyrũva 1798-pe ohechauka Tupã tavayguakuéra ára pahapeguápe g̃uarã pe marandu hyepypegua; ha pe línea oñepyrũva 1989-pe ohechauka Tupã tavayguakuéra ára pahapeguápe g̃uarã pe marandu okápeguáva upe tembiasakue peteĩchaitépe. Upévare, pe kuarahyñe’ẽ irundy pahápe oguereko ipype pe símbolo ojehechaukáva pe profético joaju peteĩchagua rupive, hyepypegua ha okápeguáva, umi siete iglesia ha umi siete sello Apocalipsis kuatiápe. Ha ko mba’e ojehechaukáva proféticamente oñerrepresenta peteĩ kuarahyñe’ẽ añoitepe, oguerekóva cincuenta y un ñe’ẽ!</w:t>
      </w:r>
    </w:p>
    <w:p>
      <w:pPr>
        <w:pStyle w:val="ArticleBody"/>
        <w:jc w:val="left"/>
      </w:pPr>
      <w:r>
        <w:rPr>
          <w:rFonts w:ascii="Times New Roman" w:hAnsi="Times New Roman" w:eastAsia="Times New Roman" w:cs="Times New Roman"/>
        </w:rPr>
        <w:t>Umi Millerigua ohechakuaa pe marandu hyepýpe ha okápe oĩva umi siete iglesia ha siete sello rehegua, ha avei ohechakuaa umi siete trompeta avei orrepresentaha mbohapyha línea añetegua, ha upéva ha’e peteĩ elemento pe tembiasakue ojehechaukáva umi siete iglesia ha siete sello-pe. Umi trompeta ha’e, he’iháicha Miller, “umi juicio particular” oguerúva’ekue Roma ári. Umi Millerigua oikuaa porãkuri umi juicio Tupã rehegua ojehechaukáva umi siete trompeta rupive ojoajúha pe tembiasakue umi siete iglesia reheguáre ha pe tembiasakue paralelo umi siete sello reheguáre.</w:t>
      </w:r>
    </w:p>
    <w:p>
      <w:pPr>
        <w:pStyle w:val="ArticleBody"/>
        <w:jc w:val="left"/>
      </w:pPr>
      <w:r>
        <w:rPr>
          <w:rFonts w:ascii="Times New Roman" w:hAnsi="Times New Roman" w:eastAsia="Times New Roman" w:cs="Times New Roman"/>
        </w:rPr>
        <w:t>Pe téxto cuarenta-pe oĩva oike septiembre 11, 2001 rembiasápe, ha pe versíkulo cuarentápe upévare avei oñemohenda porã umi siete trompéta marandu profétika rape. Pe peteĩha ánhel og̃uahẽkuri 1798-pe, omoherakuã hag̃ua pe juicio ñepyrũ 1844-pe. Upe juicio oñemboja’o mokõime: peteĩ juicio investigativo ha ambue juicio ejecutivo. Pe versíkulo cuarenta rembiasakue ha’e pe juicio investigativo rembiasakue, ha pe versíkulo cuarenta y uno guive tenonde gotyo, peve Miguel opu’ã ha umi siete últimas plagas oñehẽmbajoja, ha’e pe juicio ejecutivo rembiasakue.</w:t>
      </w:r>
    </w:p>
    <w:p>
      <w:pPr>
        <w:pStyle w:val="ArticleBody"/>
        <w:jc w:val="left"/>
      </w:pPr>
      <w:r>
        <w:rPr>
          <w:rFonts w:ascii="Times New Roman" w:hAnsi="Times New Roman" w:eastAsia="Times New Roman" w:cs="Times New Roman"/>
        </w:rPr>
        <w:t>Pe huísio ejecutivo oñepyrũ Estados Unidos oñe’ẽ jave peteĩ dragónicha.</w:t>
      </w:r>
    </w:p>
    <w:p>
      <w:pPr>
        <w:pStyle w:val="ArticleScripture"/>
        <w:jc w:val="left"/>
      </w:pPr>
      <w:r>
        <w:rPr>
          <w:rFonts w:ascii="Times New Roman" w:hAnsi="Times New Roman" w:eastAsia="Times New Roman" w:cs="Times New Roman"/>
        </w:rPr>
        <w:t>““Pe umi ojoguáva ovechápe ha pe ñe’ẽ dragón guigua oĩva pe símbolope ohechauka peteĩ joavy porãiterei pe nación upéicha ojehechaukávape, he’íva ha ojapóva apytépe. Pe nación ‘ñe’ẽ’ ha’e umi hembiapokue hembikuaarekokuaa ha tekombojovakegua mburuvichakuéra rehegua. Umi tembiapo rupive ombotovéta umi principio liberal ha py’aguapýva omosarambiva’ekue ipolítika pyenda ramo. Pe profesía he’íva oñe’ẽtaha ‘dragónicha’ ha oiporútaha ‘opa pe poder pe mbói mymba peteĩhágui’ oikuaaukaporã peteĩ ñemoakãrapu’ã pe espíritu ndoguerojeroviáiva ambuépe ha jejopy vai rehegua, ojehechaukava’ekue umi nación dragón ha pe mymba jaguarete-ojoguáva orepresentávape. Ha pe je’e pe mymba mokõi hatĩva ‘omboykéva yvy ha umi ipype oikóvape omomba’eguasu hag̃ua pe mymba peteĩha’ he’ise porã pe autoridad ko nación rehegua ojeporutaha oñemboaje hag̃ua peteĩ ñangareko térã ñemomba’e ojeguerekótava acto de homenaje ramo papadope.” The Great Controversy, 443.</w:t>
      </w:r>
    </w:p>
    <w:p>
      <w:pPr>
        <w:pStyle w:val="ArticleBody"/>
        <w:jc w:val="left"/>
      </w:pPr>
      <w:r>
        <w:rPr>
          <w:rFonts w:ascii="Times New Roman" w:hAnsi="Times New Roman" w:eastAsia="Times New Roman" w:cs="Times New Roman"/>
        </w:rPr>
        <w:t>Umi Tetã peteĩ rekojoja “ñe’ẽ” vove, ha omoañete vove pe arapokõindýpe oúta pe léi domingo rehegua, pe “mokõiha ñe’ẽ” Apocalipsis kapítulo 18-pe guare “ñe’ẽ”, ohenóivo kuimba’e ha kuñanguérape osẽ hag̃ua Babilóniagui.</w:t>
      </w:r>
    </w:p>
    <w:p>
      <w:pPr>
        <w:pStyle w:val="ArticleScripture"/>
        <w:jc w:val="left"/>
      </w:pPr>
      <w:r>
        <w:rPr>
          <w:rFonts w:ascii="Times New Roman" w:hAnsi="Times New Roman" w:eastAsia="Times New Roman" w:cs="Times New Roman"/>
        </w:rPr>
        <w:t>Ha ahendu ambue ñe'ẽ yvágagui, he'íva: Pesẽ chugui, che retaygua, ani hag̃ua peikévo hendive iñangaipápe, ha ani hag̃ua pehupyty umi mba'asy oúva hi'ári. Pórke iñangaipakuéra og̃uahẽ yvága peve, ha Tupã imandu'a hembiapo vaikuére. Pembojevy chupe peteĩchaite ojapo haguéicha penderehe, ha pemokõive chupe mokõiháicha hembiapokuéra he'iháicha; pe kópa ha'e omyenyhẽ haguepe, pemyenyhẽ chupe mokõive. Apocalipsis 18:4–6.</w:t>
      </w:r>
    </w:p>
    <w:p>
      <w:pPr>
        <w:pStyle w:val="ArticleBody"/>
        <w:jc w:val="left"/>
      </w:pPr>
      <w:r>
        <w:rPr>
          <w:rFonts w:ascii="Times New Roman" w:hAnsi="Times New Roman" w:eastAsia="Times New Roman" w:cs="Times New Roman"/>
        </w:rPr>
        <w:t>Pe versíkulo cuarenta y uno-pe, oñe’ẽ jave Estados Unidos, umi oĩ gueteri pe mbohapyve ambiente Babilonia moderna rehegua ryepýpe oñehenói osẽ hag̃ua oñe’ẽ vove pe “mokõiha ñe’ẽ” Apocalipsis kapítulo dieciocho-pe. Umi upérõ oñehenóiva osẽ hag̃ua ojehechauka versíkulo cuarenta y uno-pe “Edom, Moab ha umi tenondegua Ammón ra’ykuéra” ramo. Pe versíkulope, umi ojehechaukáva pe mbohapyve símbolo Babilonia moderna rehegua rupive, okañy pe mburuvicha yvate gotyogua póguigui (pe papado). Pe ñe’ẽ hebreo “escape”, he’ise okañy hag̃ua syryry reheve, ha hi’ãnga ryepýpe ohechauka pe ñesẽ ñemiguaha ojejapoha peteĩ mba’égui, upe ñesẽ mboyve, oguereko va’ekue ñembyapýpe umi okañývape.</w:t>
      </w:r>
    </w:p>
    <w:p>
      <w:pPr>
        <w:pStyle w:val="ArticleScripture"/>
        <w:jc w:val="left"/>
      </w:pPr>
      <w:r>
        <w:rPr>
          <w:rFonts w:ascii="Times New Roman" w:hAnsi="Times New Roman" w:eastAsia="Times New Roman" w:cs="Times New Roman"/>
        </w:rPr>
        <w:t>Ha’e oike avei pe yvy mimbipávarãme, ha heta tetã oñembyaíta; ha ko’ãva katu okañýta ipógui: Edom, Moab ha umi tenondegua Amón ra’ykuéra apytégua. Ha’e omyasãíta ipo avei umi tetã ári; ha Egipto yvy ndojehekýimo’ãi. Daniel 11:41, 42.</w:t>
      </w:r>
    </w:p>
    <w:p>
      <w:pPr>
        <w:pStyle w:val="ArticleBody"/>
        <w:jc w:val="left"/>
      </w:pPr>
      <w:r>
        <w:rPr>
          <w:rFonts w:ascii="Times New Roman" w:hAnsi="Times New Roman" w:eastAsia="Times New Roman" w:cs="Times New Roman"/>
        </w:rPr>
        <w:t>Pe versíkulo mokõipa, papado (nórte ruvicha guasu), ogana hag̃ua mbohapyha obstákulo jeográfiko oguerekóva ogueraha jave Egipto, ha upéva ha’e peteĩ símbolo Tetã Joajupegua, ojehechauka hag̃uáicha Herodes arambotype, ha’e oñeme’ẽgui Salomé jeroky mbotavýpe (Estados Unidos), Herodías rajy, ha’éva papado. Kóva ohechauka araka’épa Tetã Joaju (umi “pa ruvicha” Apocalipsis diecisiete-pe), omoneĩ ome’ẽ hag̃ua hymba rréino pe mymbápe peteĩ aravo aja. Pe peteĩ aravo ha’e pe aravo Apocalipsis once-peguápe oñeñe’ẽva “yvyryrýi tuicháva” rehe, ha pe “aravo” Babilonia kuña rekovéva oñehusgaha. Pe versíkulo mokõipa, Egipto (Tetã Joaju) “ndopytamo’ãi osẽ hag̃uáicha.”</w:t>
      </w:r>
    </w:p>
    <w:p>
      <w:pPr>
        <w:pStyle w:val="ArticleBody"/>
        <w:jc w:val="left"/>
      </w:pPr>
      <w:r>
        <w:rPr>
          <w:rFonts w:ascii="Times New Roman" w:hAnsi="Times New Roman" w:eastAsia="Times New Roman" w:cs="Times New Roman"/>
        </w:rPr>
        <w:t>Pe ñe'ẽ hebreo oñembohasáva “jehepyme’ẽ” ramo ñe'ẽpe irundyha mokõipa mokõiha iñambue pe ñe'ẽ hebreogui ojeporúva ñe'ẽpe irundyha mokõipa peteĩha. Pe ñe'ẽpe irundyha mokõipa mokõiha, pe ñe'ẽ “jehepyme’ẽ” he'ise “ndojuhúiha pysyrõ”, ha pe ñe'ẽpe irundyha mokõipa peteĩha ohechauka araka'épa umi oĩva pe léi domingo pya'e oútava mboyve ojepopete kuri papadondive, upéi osẽ jepe ku llerekaha rupi. Pe aravo oúva mboyve pe apañuãi léi domingo rehegua, umi oĩva Babilonia ko'ág̃agua joajupeguápe omoneĩ kuri pe manatu vai satanás guigua domingo ha'eha Tupã ára oñemomba'eguasurã. Pe mymba marca oñemoañetévo, tapicha ikatu omoneĩ hag̃ua upéva oimeraẽ mba'ére, térã añetehápe oguerovia hag̃ua upéicha hague. Ojeguerovia hag̃ua upéva ha'e hína oñemoneĩ hag̃ua pe marca tenondépe, ha oñemoneĩ hag̃uánte upéva ha'e oñemoneĩ hag̃ua pe marca nde pópe.</w:t>
      </w:r>
    </w:p>
    <w:p>
      <w:pPr>
        <w:pStyle w:val="ArticleBody"/>
        <w:jc w:val="left"/>
      </w:pPr>
      <w:r>
        <w:rPr>
          <w:rFonts w:ascii="Times New Roman" w:hAnsi="Times New Roman" w:eastAsia="Times New Roman" w:cs="Times New Roman"/>
        </w:rPr>
        <w:t>Umi okañýva pápado po poguýgui pe léi domingo jave, omboyke pe idea satánica he’íva Tupã ára oñemomba’eguasuhápeha kuarahy ára, upe javeite Estados Unidos ha Naciones Unidas ojoaju pópe Roma kuña reko vai ndive, pe mbarete papal ndive, pe mburuvicha yvate gotyogua ndive.</w:t>
      </w:r>
    </w:p>
    <w:p>
      <w:pPr>
        <w:pStyle w:val="ArticleScripture"/>
        <w:jc w:val="left"/>
      </w:pPr>
      <w:r>
        <w:rPr>
          <w:rFonts w:ascii="Times New Roman" w:hAnsi="Times New Roman" w:eastAsia="Times New Roman" w:cs="Times New Roman"/>
        </w:rPr>
        <w:t>“Estados Unidos-pe protestántekuéra tenondegua oñemomýita ojepyso hag̃ua ipo kuéra pe yvykua guasu ári ojagarra hag̃ua Espiritualísmo po; ohasa jeýta pe itimbó ári ojopói hag̃ua pe pokatu romano ndive; ha ko mbohapy joaju poguýpe, ko tetã osegíta Roma rapykuéri opyrũmbáva apytuʼũ jerovia derécho ári.” The Great Controversy, 588.</w:t>
      </w:r>
    </w:p>
    <w:p>
      <w:pPr>
        <w:pStyle w:val="ArticleBody"/>
        <w:jc w:val="left"/>
      </w:pPr>
      <w:r>
        <w:rPr>
          <w:rFonts w:ascii="Times New Roman" w:hAnsi="Times New Roman" w:eastAsia="Times New Roman" w:cs="Times New Roman"/>
        </w:rPr>
        <w:t>Tuicha hag̃ua ára oñemohenda hag̃ua Daniel 11 pehẽngue paha seis versíkulo rekove, jahasávo ñaneñaminduʼúpe versíkulo cuarenta rehe. Norte ruvicha, haʼéva Roma Moderna, ogana mbohapy obstákulo jeográfiko ikatu hag̃uáicha oñemopyenda yvy guári tróno ári. Roma pagana ogana vaʼekue mbohapy obstákulo jeográfiko, ha upéicha avei Roma papal; upévare Roma Moderna ogana sur ruvichápe (Unión Soviética yma guarépe) versíkulo cuaréntape, ha upéi ogana pe yvy porãitévape (Estados Unidos) versíkulo cuarenta y unope, ha upéi Egiptope (Naciones Unidas) versíkulo cuarenta y dos ha cuarenta y tres-pe.</w:t>
      </w:r>
    </w:p>
    <w:p>
      <w:pPr>
        <w:pStyle w:val="ArticleBody"/>
        <w:jc w:val="left"/>
      </w:pPr>
      <w:r>
        <w:rPr>
          <w:rFonts w:ascii="Times New Roman" w:hAnsi="Times New Roman" w:eastAsia="Times New Roman" w:cs="Times New Roman"/>
        </w:rPr>
        <w:t>Ha katu, pe cita mboyvegua Sister White rehegua he’iháicha, Estados Unidos omoĩ ipo joajúpe pe papado ndive ha Naciones Unidas ndive peteĩcha jave. Pe mbohapy joajuha dragón, pe mymba ha pe maranduhára japu rehegua ojehupyty pe léi domingo og̃uahẽmbotávape; jepémo Daniel kapítulo once, versíkulo cuarenta y uno guive cuarenta y tres peve omombe’u pe ñemomba’e guasu peteĩcha jave oikóva, hapykuerépe oñemyesakãvo. Pe secuencia ojehechaukáva ohechauka umi tembiapo oiko hag̃uáicha, ha katu opavave umíva ojehupyty pe léi domingo og̃uahẽmbotávape.</w:t>
      </w:r>
    </w:p>
    <w:p>
      <w:pPr>
        <w:pStyle w:val="ArticleBody"/>
        <w:jc w:val="left"/>
      </w:pPr>
      <w:r>
        <w:rPr>
          <w:rFonts w:ascii="Times New Roman" w:hAnsi="Times New Roman" w:eastAsia="Times New Roman" w:cs="Times New Roman"/>
        </w:rPr>
        <w:t>Upépe pe “mokõiha ñe’ẽ” Apocalipsis 18-pe “ñe’ẽ”, peteĩ hendápe Estados Unidos “ñe’ẽhápe”. Tupã oñe’ẽ Satanás oñe’ẽhápe ha araka’épe. Pe versíkulo 44-pe, marandu kuarahyresẽ guive ha yvate guive omongyhyje pe mburuvicha yvategua gotyo peguápe, ha upérõ oñepyrũ pe pahápegua tuguyryry papal. Pe versíkulo 44, ojoguaháicha pe versíkulo 42 ha 43 rehe, oñepyrũ pe versíkulo 41-pe, pe ánhel imbaretevéva Apocalipsis 18-pe oñepyrũ jave Iñehenói Itavyaty ambuegua osẽ hag̃ua Babilonia-gui.</w:t>
      </w:r>
    </w:p>
    <w:p>
      <w:pPr>
        <w:pStyle w:val="ArticleBody"/>
        <w:jc w:val="left"/>
      </w:pPr>
      <w:r>
        <w:rPr>
          <w:rFonts w:ascii="Times New Roman" w:hAnsi="Times New Roman" w:eastAsia="Times New Roman" w:cs="Times New Roman"/>
        </w:rPr>
        <w:t>Pe marandu Haʼe ohechaukáva hína pe marandu ohechauka hag̃ua Islam, pe mbohapyha ñembyai guasu rehegua, Haʼe rembiaporu tekojoja hag̃ua, ha pe Babilonia kuña rekovéva ñembyasy hag̃ua. Islam oñembojechauka “kuarahyresẽ gotyogua marandu” ramo, ha pe papado (pe mburuvicha yvate gotyogua japu) ha’e “yvate gotyogua marandu”. Daniel capítulo once, versículo cuarenta, ohechauka pe huísio investigativo, ha versículo cuarenta y peteĩ guive cuarenta y cinco peve ohechauka pe huísio ejecutivo.</w:t>
      </w:r>
    </w:p>
    <w:p>
      <w:pPr>
        <w:pStyle w:val="ArticleBody"/>
        <w:jc w:val="left"/>
      </w:pPr>
      <w:r>
        <w:rPr>
          <w:rFonts w:ascii="Times New Roman" w:hAnsi="Times New Roman" w:eastAsia="Times New Roman" w:cs="Times New Roman"/>
        </w:rPr>
        <w:t>Jahecháta ñande jesareko Daniel 11:40 rehe pe artíkulo oúvape.</w:t>
      </w:r>
    </w:p>
    <w:p>
      <w:pPr>
        <w:pStyle w:val="ArticleScripture"/>
        <w:jc w:val="left"/>
      </w:pPr>
      <w:r>
        <w:rPr>
          <w:rFonts w:ascii="Times New Roman" w:hAnsi="Times New Roman" w:eastAsia="Times New Roman" w:cs="Times New Roman"/>
        </w:rPr>
        <w:t>Peteĩ jey, aime jave Táva Nueva York-pe, pyharekue añehenói ahecha hag̃ua óga tuichakuéra opu’ãva piso ári piso yvágape gotyo. Ko’ã óga oñemoañete va’ekue tata ndoikuaái hag̃ua, ha oñemopu’ã ijára ha omopu’ãva’ekuérape omomba’eguasu hag̃uáicha. Yvateve ha gueteri yvateve opu’ã ko’ã óga, ha ipypekuéra ojeporu pe material hepyvéva. Umi ko’ã óga ijáva ndoporanduiva’ekue ijupekuéra: “Mba’éicha piko ikatu hag̃uáicha iporãvéva ñamomba’eguasu Tupãme?” Ñandejára ndaipóri va’ekue ipensamientokuérape.</w:t>
      </w:r>
    </w:p>
    <w:p>
      <w:pPr>
        <w:pStyle w:val="ArticleScripture"/>
        <w:jc w:val="left"/>
      </w:pPr>
      <w:r>
        <w:rPr>
          <w:rFonts w:ascii="Times New Roman" w:hAnsi="Times New Roman" w:eastAsia="Times New Roman" w:cs="Times New Roman"/>
        </w:rPr>
        <w:t>“Aimo’ã: ‘¡Ajépa umi oinvertíva péicha hembiporu ikatuva’erã ohecha hikuái iñemongu’e Ñandejára ohechaháicha! Oñembyaty hikuái óga guasu porãitereíva, péro mba’éicha itavy pe Arapytu’ũ Mburuvicha renondépe iñemoĩru ha ijejapopy. Ndojepy’amongetái hikuái opa ikatu hag̃uáicha py’a ha akã rehe mba’éichapa omomba’eguasúta Ñandejárape. Operde hikuái hechágui ko mba’e, yvypóra rembiaporã peteĩha.’”</w:t>
      </w:r>
    </w:p>
    <w:p>
      <w:pPr>
        <w:pStyle w:val="ArticleScripture"/>
        <w:jc w:val="left"/>
      </w:pPr>
      <w:r>
        <w:rPr>
          <w:rFonts w:ascii="Times New Roman" w:hAnsi="Times New Roman" w:eastAsia="Times New Roman" w:cs="Times New Roman"/>
        </w:rPr>
        <w:t>“Ojepuʼã aja koʼã óga yvate porãite, ijára kuéra ovyʼa jejapo ñembotuicha pohýigui, haʼévo oguerekoha pirapire oipuru hag̃ua ombohorývo ijehe ha omoingove hag̃ua envídia iñirũnguéra pype. Heta pe pirapire haʼekuéra upéicha omoĩvaʼekue ou kuri jejopy vai rupive, imboriahúvape ñembojopy pohýi rupive. Hetaʼỹre opavave oheja rei pe añetegua: yvágape oñeñongatuha peteĩ kuatiañeʼẽ opa tembiapo ñemuguatapy rehegua rehe; opa trato hekojojaʼỹva, opa jejapo mbotavy rehegua, upépe ojehai. Oguahẽta pe ára, hokyhyjeʼỹme ha imbotavýpe, yvypóra kuéra oguahẽtaha peteĩ punto pe Ñandejára ndohejamoʼãi hag̃ua chupekuéra ohasa, ha upépe oikuaáta hikuái oĩha peteĩ límite Jehová arakaʼeve hag̃uápe.”</w:t>
      </w:r>
    </w:p>
    <w:p>
      <w:pPr>
        <w:pStyle w:val="ArticleScripture"/>
        <w:jc w:val="left"/>
      </w:pPr>
      <w:r>
        <w:rPr>
          <w:rFonts w:ascii="Times New Roman" w:hAnsi="Times New Roman" w:eastAsia="Times New Roman" w:cs="Times New Roman"/>
        </w:rPr>
        <w:t>“Pe escena ohasa vaʼekue che renondépe haʼe vaʼekue peteĩ tata ñemondýi. Kuimbaʼekuéra omaña umi yvategua ha oñeimoʼãva tata ndojapomoʼãiha hese kuérare, ha heʼi: ‘Oĩ porãmbaite, mbaʼeve ndojapomoʼãi hese kuéra.’ Péro umi óga okaipa mbaitéva ku brea guáicha ojapóva ramo guare. Umi máquina ogueraháva y rembogue hag̃ua tata ndaikatúi ojapo mbaʼeve hag̃ua ojoko pe ñehundi. Umi bombero ndaikatúi ombaʼapo umi máquina rehe.”</w:t>
      </w:r>
    </w:p>
    <w:p>
      <w:pPr>
        <w:pStyle w:val="ArticleScripture"/>
        <w:jc w:val="left"/>
      </w:pPr>
      <w:r>
        <w:rPr>
          <w:rFonts w:ascii="Times New Roman" w:hAnsi="Times New Roman" w:eastAsia="Times New Roman" w:cs="Times New Roman"/>
        </w:rPr>
        <w:t>“Añe’ẽme’ẽ oje’e chéve, Ñandejára ára og̃uahẽvo, ndaipóriramo mba’eveichagua ñemoambue umi yvypóra py’a oñembotuicha ha ohekáva yvate hag̃uame, kuimba’ekuéra ohechakuaáta pe po ikatúva salvación-rã mbarete hague, avei mbareteha ohundi hag̃ua. Mba’eveichagua pokatu yvy arigua ndaikatúi ojoko Tupã po. Ndaipóri mba’eveichagua material ikatúva ojeporu óga ñemopu’ãme oñeñongatu hag̃uáicha umíva ñehundigui, og̃uahẽvo Tupã omoĩva’ekue ára omondo hag̃ua jehepyme’ẽ yvypórape, iñe’ẽ léi rehegua ñemboyke haguére ha pe ijeheguigua yvate rekáre.”</w:t>
      </w:r>
    </w:p>
    <w:p>
      <w:pPr>
        <w:pStyle w:val="ArticleScripture"/>
        <w:jc w:val="left"/>
      </w:pPr>
      <w:r>
        <w:rPr>
          <w:rFonts w:ascii="Times New Roman" w:hAnsi="Times New Roman" w:eastAsia="Times New Roman" w:cs="Times New Roman"/>
        </w:rPr>
        <w:t>“Ndaha’éi heta, jepe umi mbo’ehára ha tetã remimotenondehára apytépe, umi oikũmby porãva umi mba’e oĩva ko’ág̃a guare tekoveaty rekópe rapykuéri. Umi oguerekóva poguýpe ñane retã sãmbyhy ndaikatúi osolve pe apañuãi tekovaíre, mboriahúre, mboriahu rekovépe jeiko asýre ha tembiapo vai hetave hag̃uáre. Ha’ekuéra oñeha’ã rei omoĩ hag̃ua ñemuharã ha tembiapo ñemboguata peteĩ yvyra’ỹve hag̃ua. Yvypóra kuéra oñatendéve rire Tupã Ñe’ẽ mbo’epýre, ojuhúta peteĩ ñesãi umi apañuãi ombopy’aroryva chupekuéra.”</w:t>
      </w:r>
    </w:p>
    <w:p>
      <w:pPr>
        <w:pStyle w:val="ArticleScripture"/>
        <w:jc w:val="left"/>
      </w:pPr>
      <w:r>
        <w:rPr>
          <w:rFonts w:ascii="Times New Roman" w:hAnsi="Times New Roman" w:eastAsia="Times New Roman" w:cs="Times New Roman"/>
        </w:rPr>
        <w:t>“Ñe’ẽnguerã marangatu omombe’u mba’éichapa oĩ ko yvy arapy Cristo jeju mokõiha mboyveite. Umi kuimba’ére, mondaha ha jejopy vai rupive ombyatyva heta mba’erepy, ojehai: ‘Pembyaty mba’erepy ára pahápe guarã. Péina ápe, pe tembiapo repykue umi tembiguái pene kokue omono’õ va’ekue, peẽ peñongatúva mbotavy rupive, osapukái; ha umi omono’õva sapukái oike va’ekue Ñandejára Sabaot apysápe. Peiko vy’arãme ko yvy ape ári, ha pende rekove opu’ã mbaretépe; pembokyrã pende py’a, ku ojeguerohoryháicha mymbajuka árape. Pembopy’a rasy ha pejuka hekojojávape; ha ha’e ndojokói peẽme.’ Santiago 5:3–6.”</w:t>
      </w:r>
    </w:p>
    <w:p>
      <w:pPr>
        <w:pStyle w:val="ArticleScripture"/>
        <w:jc w:val="left"/>
      </w:pPr>
      <w:r>
        <w:rPr>
          <w:rFonts w:ascii="Times New Roman" w:hAnsi="Times New Roman" w:eastAsia="Times New Roman" w:cs="Times New Roman"/>
        </w:rPr>
        <w:t>“Péro máva omoñe’ẽ umi ñe’ẽmondýi ome’ẽva umi techaukaha ára paha ojehu pya’e vaekue? Mba’e impresiónpa ojapo umi yvypóra yvy ariguáre? Mba’e ñemoambuépa ojehecha iñemoĩ rehe? Ndaipóri hetave umi ojehecha va’ekue umi oikóva’ekue Noé ára yvypóra apytépe. Ojejokopaite umi mba’e yvy arigua rembiapópe ha vy’ápe, umi oikóva’ekue pe y ama mboyve “ndoikuaái kuri pe ama guasu ou peve, ha ogueraha opaite chupekuéra.” Mateo 24:39. Ha’ekuéra oguereko kuri ñe’ẽmondýi yvágagui ou vaekue, hákatu ndoipotái kuri ohendu. Ha ko árape avei, ko yvy tuichakue, oheja reiite pe ñe’ẽmondýi Tupã ñe’ẽ, pya’e oñani ohóvo ñehundi opa’ỹvape.”</w:t>
      </w:r>
    </w:p>
    <w:p>
      <w:pPr>
        <w:pStyle w:val="ArticleScripture"/>
        <w:jc w:val="left"/>
      </w:pPr>
      <w:r>
        <w:rPr>
          <w:rFonts w:ascii="Times New Roman" w:hAnsi="Times New Roman" w:eastAsia="Times New Roman" w:cs="Times New Roman"/>
        </w:rPr>
        <w:t>“Ko múndo oĩ ñemongu’e py’ahatã ñorairõ espíritu reheve. Daniel kapítulo 11-pe oĩva profesía og̃uahẽma hi’aguĩmbaitépe iñembyajupyrã. Pya’eite oikóta umi mba’e ojehasa asy rehegua oñe’ẽva profesiakuérape.”</w:t>
      </w:r>
    </w:p>
    <w:p>
      <w:pPr>
        <w:pStyle w:val="ArticleScripture"/>
        <w:jc w:val="left"/>
      </w:pPr>
      <w:r>
        <w:rPr>
          <w:rFonts w:ascii="Times New Roman" w:hAnsi="Times New Roman" w:eastAsia="Times New Roman" w:cs="Times New Roman"/>
        </w:rPr>
        <w:t>Testimonios para la Iglesia, tomo NUEVE, página ONCE.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 — Sa Po peteĩ rrénta mokõi ha mbohapy hag̃ua hag̃ua’ẽ hag̃ua</dc:title>
  <dc:subject>Ojepe’a hag̃ua Daniel 11:40 he’iséva profético hag̃ua hag̃uáicha hag̃ua’ẽ hag̃uáicha</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