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Kuatiañeʼẽ Daniel rehegua – Sa peteĩ ciento veinticuatro hag̃ua</w:t>
      </w:r>
    </w:p>
    <w:p>
      <w:pPr>
        <w:pStyle w:val="ArticleSubtitle"/>
        <w:jc w:val="left"/>
      </w:pPr>
      <w:r>
        <w:rPr>
          <w:rFonts w:ascii="Arial" w:hAnsi="Arial" w:eastAsia="Arial" w:cs="Arial"/>
        </w:rPr>
        <w:t>Ojehechauka Daniel 11:40 — Peteĩ Jehechakuaa Profética Umi Mba’e Ohasava’ekue Ojoguáva rehe ha Umi Tembiapo Oútava rehe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Roime heta ikatu hag̃uáicha ñamyesakã Daniel kapítulo once-pe oĩva iñemohendapyre, roñembohovái aja versíkulo cuarenta. Versíkulo cuarenta ha’e pe ojoajúva versíkulo catorce ndive Daniel kapítulo ocho-pe, pe sentido profético-pe, pe tesape, Cristo, Judá ñemoñare León ramo, oipe’áva’ekue sello’yre 1798-pe, oñemopyenda hague Daniel kapítulo ocho versíkulo catorce ári; upéicha avei, pe tesape Ha’e oipe’áva’ekue sello’yre 1989-pe oñemopyenda versíkulo cuarenta ári.</w:t>
      </w:r>
    </w:p>
    <w:p>
      <w:pPr>
        <w:pStyle w:val="ArticleBody"/>
        <w:jc w:val="left"/>
      </w:pPr>
      <w:r>
        <w:rPr>
          <w:rFonts w:ascii="Times New Roman" w:hAnsi="Times New Roman" w:eastAsia="Times New Roman" w:cs="Times New Roman"/>
        </w:rPr>
        <w:t>Jahechaháicha rohechauka haguéicha, ha ndoroñe’ẽmbýi añetehápe peteĩ artículo ymaguarépe, jepurúramo pe ama paha rape “línea ári línea”, pe versíkulo irundypa omoĩ mokõi línea iñambuéva, oguerekógui ipype pe ára paha mokõivéva g̃uarã: pe ángel peteĩha rembiapo rehegua ha pe ángel mbohapyha rembiapo rehegua.</w:t>
      </w:r>
    </w:p>
    <w:p>
      <w:pPr>
        <w:pStyle w:val="ArticleBody"/>
        <w:jc w:val="left"/>
      </w:pPr>
      <w:r>
        <w:rPr>
          <w:rFonts w:ascii="Times New Roman" w:hAnsi="Times New Roman" w:eastAsia="Times New Roman" w:cs="Times New Roman"/>
        </w:rPr>
        <w:t>Ñamboatývo rire peteĩcha pe ára pahápe oñeñe'ẽva mokõipa versíkulope ary 1798-pe, ha avei pe ára pahápe oñeñe'ẽva upépe ary 1989-pe, jajuhu Daniel kapítulo 8, versíkulo 14, oñembojoajuha Daniel kapítulo 11, versíkulo 40 ndive; mokõivéva ogueraha rupi pe arandu oñeipe'áva proféticamente mbohapy ánhel Apocalipsis 14-pegua rembiasakuepe. Avei ojoaju hikuái pe versíkulo 14 ha'e rupi pe visión “mareh” rehegua Cristo “ojechauka pya'e” hag̃ua témplope, ha pe versíkulo 40 ha'e pe visión “chazon” rehegua mokõi mil po sy ary profétika rembiasakue. Peteĩva ha'e peteĩ punto aravopegua; ambue katu ha'e peteĩ periodo aravopegua.</w:t>
      </w:r>
    </w:p>
    <w:p>
      <w:pPr>
        <w:pStyle w:val="ArticleBody"/>
        <w:jc w:val="left"/>
      </w:pPr>
      <w:r>
        <w:rPr>
          <w:rFonts w:ascii="Times New Roman" w:hAnsi="Times New Roman" w:eastAsia="Times New Roman" w:cs="Times New Roman"/>
        </w:rPr>
        <w:t>Peteĩ ohechauka pe templo ñembopyahu ha ñemopotĩ, ambue katu pe templo ñehundi ha ñepyrũmby. Peteĩ ohechauka mokõi sua tresientos ary, ha ambue katu mokõi sua po ciento mokõipa ary. Peteĩ ojehechauka ysyry Ulai rupive, ambue katu ysyry Hiddekel rupive. Peteĩ ohechauka yvypórape, ambue katu ohechauka Tupã reko. Oñentende porã ramo, pe versíkulo cuarenta joaju hag̃uáicha pe versíkulo catorce ndive ipypukueterei ha ñemondýi hag̃uáicha. 1798 ohechauka Tupã reko rembiapo, ha 1989 ohechauka yvypóra pu’aka rehegua ñepu’ã.</w:t>
      </w:r>
    </w:p>
    <w:p>
      <w:pPr>
        <w:pStyle w:val="ArticleBody"/>
        <w:jc w:val="left"/>
      </w:pPr>
      <w:r>
        <w:rPr>
          <w:rFonts w:ascii="Times New Roman" w:hAnsi="Times New Roman" w:eastAsia="Times New Roman" w:cs="Times New Roman"/>
        </w:rPr>
        <w:t>Rohesavaekue mboyvegua artíkulope pe ñemombe’u mbohapy mba’e ojokóva ñehundi rehegua, pe rréi yvate gotyogua ojapóva, ojehechauka joapyhápe; ha katu pe aplicación añetegua umi mba’e ojehechaukávare tekotevẽ oñembojoaju porã ha ñangareko reheve, pórke umi versíkulo 42 guive oikehápe pe versíkulo 44 peve añetehápe oñemohenda joajúpe pe versíkulo 41 ndive, ha upéva hína pe léi domingo oñemoaguĩva Estados Unidos-pe. Upépe oikóvo pe joaju mbohapyvegua, ha upépe avei oñepyrũ pe marandu sapukái guasu rehegua “kuarahyresẽ” ha “yvate” guio.</w:t>
      </w:r>
    </w:p>
    <w:p>
      <w:pPr>
        <w:pStyle w:val="ArticleBody"/>
        <w:jc w:val="left"/>
      </w:pPr>
      <w:r>
        <w:rPr>
          <w:rFonts w:ascii="Times New Roman" w:hAnsi="Times New Roman" w:eastAsia="Times New Roman" w:cs="Times New Roman"/>
        </w:rPr>
        <w:t>Daniel once-pehênguépe, umi temimbo’e adventista ohechakuaa arýgui ary peve Daniel oipuruha peteĩ técnica específica umi ta’angahai ohechauka hag̃ua Roma rehegua. Uriah Smith ohechakuaa upéva pe aranduka *Daniel and Revelation*-pe. Daniel tenonderã omombe’u mba’éichapa Roma oguereko hag̃ua dominio mundo ári, ha umi versículo oúva rire ojevy jey pe tembiasakue ñepyrũme ohechauka hag̃ua ñorairõ ha jeity política rupive, ha ohechauka mba’éichapa Roma oñembojoaju Tupã retãygua ndive upe tembiasakue peteĩchaitépe. Upéi ipahápe, ohechauka mba’éichapa Roma oguahẽ ipahápe. Pe principio Daniel oipurúva héra “jey ha tuicha ñemyesakã.”</w:t>
      </w:r>
    </w:p>
    <w:p>
      <w:pPr>
        <w:pStyle w:val="ArticleBody"/>
        <w:jc w:val="left"/>
      </w:pPr>
      <w:r>
        <w:rPr>
          <w:rFonts w:ascii="Times New Roman" w:hAnsi="Times New Roman" w:eastAsia="Times New Roman" w:cs="Times New Roman"/>
        </w:rPr>
        <w:t>Ko técnica mbohapy jeporu ojehechauka umi versíkulo 40 guive 45 peve. Umi versíkulo 40 guive 43 peve ohechauka pe proceso mbohapy jeguata rehegua Roma Moderna ojagarráva yvy ape ári; upéi, versíkulo 44-pe, Daniel oho jey versíkulo 41-pe, araka’e umi “marandu” upérõ oñemombe’úva pe poyvi rupive umi ciento cuarenta y cuatro mil rehegua, ha upérõgui pe papado osẽ ñemyrõ guasu reheve ohundi ha ombopa hag̃ua heta tapichápe. Upéi, versíkulo 45-pe, ha capítulo 12, versíkulo 1-pe, pe papado oguahẽ ipahápe avave oipytyvõ’ỹre chupe, umi para mbytépe ha pe yvyty marangatu jeguerohoryvéva mbytépe, yvypóra prueba ryepýpe oñemboty aja.</w:t>
      </w:r>
    </w:p>
    <w:p>
      <w:pPr>
        <w:pStyle w:val="ArticleBody"/>
        <w:jc w:val="left"/>
      </w:pPr>
      <w:r>
        <w:rPr>
          <w:rFonts w:ascii="Times New Roman" w:hAnsi="Times New Roman" w:eastAsia="Times New Roman" w:cs="Times New Roman"/>
        </w:rPr>
        <w:t>Pe versíkulo treinta-pe, Daniel once-gui, jatopa peteĩ tembiasakue ñepyrũ Sister White ombohováiva ñe’ẽrã peteĩteĩme pe versíkulo treinta y seis peve, ha upéi he’i: “umi mba’e ojehechaukáva ko’ã versíkulo-pe ojogua hag̃uáicha oikóta.” Pe versíkulo treinta ha treinta y uno ohechauka pe transición histórica Roma pagana-gui Roma papal-pe, Biblia profecía-pe pe irundyha ha poha reino ramo, peteĩteĩ. Pe versíkulo treinta y uno omombe’u pe tembiasakue ohechaukáva mba’éichapa Roma papal oñemoĩ yvy guive tróno ári ary 538-pe.</w:t>
      </w:r>
    </w:p>
    <w:p>
      <w:pPr>
        <w:pStyle w:val="ArticleBody"/>
        <w:jc w:val="left"/>
      </w:pPr>
      <w:r>
        <w:rPr>
          <w:rFonts w:ascii="Times New Roman" w:hAnsi="Times New Roman" w:eastAsia="Times New Roman" w:cs="Times New Roman"/>
        </w:rPr>
        <w:t>Pe versíkulo mbohapypa peteĩhápe, pe mba’e peteĩha ojehechakuaáva ha’e araka’épa Clovis, umi Franco ruvicha guasu (Fránsia ko’ág̃agua), opu’ã papado rehehápe ary 496-pe. Upéi Clovis ojere paganísmogui, ojehechaukáva hesakã hag̃uáicha, pe paganísmo ñemiháme oĩvape, ha’éva catolicismo (hembireko Clotilda religión). Upéi ombojerovia hag̃ua itróno papado ñemopu’ãme yvy ape ári troñope. Clovis ojehechauka va’ekue “jyva” rupive, pe versíkulope, ome’ẽgui ijyva mbarete militar rehegua ha ijyva mbarete viru rehegua pe tembiapópe upe rire ojapyhývape.</w:t>
      </w:r>
    </w:p>
    <w:p>
      <w:pPr>
        <w:pStyle w:val="ArticleBody"/>
        <w:jc w:val="left"/>
      </w:pPr>
      <w:r>
        <w:rPr>
          <w:rFonts w:ascii="Times New Roman" w:hAnsi="Times New Roman" w:eastAsia="Times New Roman" w:cs="Times New Roman"/>
        </w:rPr>
        <w:t>Clovis rembiapo ñepyrũrã ohechauka opa umi mburuvicha guasu yma Európa pagana-gua rembiapo, ojehecha hag̃ua tembiasakue oho hag̃uáicha, haʼekuéra oñemoĩ vaʼekue omeʼẽ hag̃ua opaichagua pytyvõ Roma kuña reko vaipe. Clovis, ha upe rire Francia, oñemoĩporã vaʼekue pe tupao katóliko rupi ko téra reheve: pe taʼýra ypykue pe tupao katólikogua, ha avei pe tajýra ypykuevéva pe tupao katólikogua. Haʼe vaʼekue techaukaha pe peteĩha heta mburuvicha guasúgui omokañy vaʼekue ijehe Tiro kuña reko vai ndive.</w:t>
      </w:r>
    </w:p>
    <w:p>
      <w:pPr>
        <w:pStyle w:val="ArticleBody"/>
        <w:jc w:val="left"/>
      </w:pPr>
      <w:r>
        <w:rPr>
          <w:rFonts w:ascii="Times New Roman" w:hAnsi="Times New Roman" w:eastAsia="Times New Roman" w:cs="Times New Roman"/>
        </w:rPr>
        <w:t>Ko sentido profético, Clovis ojehechauka vaʼekue Acab rupive, pe oiko vaʼekuéicha avei kuña reko vai rehe Jezabel ndive (símbolo iglesia católica rehegua Apocalipsispe), ha pe haʼe vaʼekue avei mburuvicha guasu tenondegua diez tribu rehegua, peteĩchaite Clovis oiko haguéicha símbolo tenondegua diez hatĩ rehegua (ehecha Daniel kapítulo siete) Roma pagana rehegua. Umi mburuvicha guasu Europa-pegua amo ipahápe omoĩta Babilonia reko vai kuñáme yvy guive guapyha guasu ári. Ko sentido-pe Acab ha Clovis mokõivéva ohechauka Estados Unidos-pe, pe oiko vaʼerã kuña reko vai rehe papado ndive ára pahápe.</w:t>
      </w:r>
    </w:p>
    <w:p>
      <w:pPr>
        <w:pStyle w:val="ArticleBody"/>
        <w:jc w:val="left"/>
      </w:pPr>
      <w:r>
        <w:rPr>
          <w:rFonts w:ascii="Times New Roman" w:hAnsi="Times New Roman" w:eastAsia="Times New Roman" w:cs="Times New Roman"/>
        </w:rPr>
        <w:t>Ronald Reagan omoñepyrũ tekorei guasu, ha pe mburuvicha ipaháva voi oĩta pe ombojepokuaáva umi ambue porundy mburuvicha guasu Tetã Joajupegua ojapo hag̃ua avei upe tembiapo peteĩcha. Reagan ha’e va’ekue mburuvicha guasu pe ára paha jave ary 1989-pe, ha upévare tekotevẽ profétikamente tohechauka pe mburuvicha ipaháva tembiasakue ryepýpe, upépe umi ambue porundy mburuvicha guasu ojapo pe tembiapo peteĩcha; Jesús niko tapiaite ohechauka peteĩ mba’e paha peteĩ mba’e ñepyrũ rupive. Reagan ha’e va’ekue peteĩ karai ipirapire hetáva, herakuãguasúva umi marandu rape rupi, ojekuaaitereíva ijeheguiete he’íháicha ijojaha’ỹva rehe, oñepyrũrõ guare Partido Demócrata-pe, ha upéi oñemoambue Partido Republicano-pe.</w:t>
      </w:r>
    </w:p>
    <w:p>
      <w:pPr>
        <w:pStyle w:val="ArticleBody"/>
        <w:jc w:val="left"/>
      </w:pPr>
      <w:r>
        <w:rPr>
          <w:rFonts w:ascii="Times New Roman" w:hAnsi="Times New Roman" w:eastAsia="Times New Roman" w:cs="Times New Roman"/>
        </w:rPr>
        <w:t>Pe versíkulo mbohapypa peteĩhápe, umi po, oporrepresentáva pe papadokuérape, omongyʼapaʼúta pe santuario mbarete rehegua. Profétikamente, pe santuario mbarete rehegua, mokõivéva Roma pagana ha Roma papal peg̃uarã, haʼe vaʼekue Táva de Roma. Kóva oñemopyenda pe añetegua rehe, mokõivéva Roma ogoverna hague peteĩ aravoʼi oñemohenda porãva Táva de Roma guive, ha ogoverna jave hikuái Táva de Roma guive, iñañetépe ndaikatúi oñehundikuaa hag̃ua.</w:t>
      </w:r>
    </w:p>
    <w:p>
      <w:pPr>
        <w:pStyle w:val="ArticleBody"/>
        <w:jc w:val="left"/>
      </w:pPr>
      <w:r>
        <w:rPr>
          <w:rFonts w:ascii="Times New Roman" w:hAnsi="Times New Roman" w:eastAsia="Times New Roman" w:cs="Times New Roman"/>
        </w:rPr>
        <w:t>Roma pagana oñepyrũ imburuvicharã mbohapy sua ha poteĩ ary pukukue Ñorairõ Actium-pe, ary 31 a.C.-pe. Daniel kuatiañe’ẽ, capítulo once, versículo veinticuatro, ohechauka haʼekuéra omosarambitaha hembiapokuéra imbareteha guive, haʼéva Táva Roma, peteĩ “ára” pukukue. Peteĩ “ára” profético haʼe mbohapy sua ha poteĩ ary, ha mbohapy sua ha poteĩ ary rire Ñorairõ Actium-gui, upépe Antonio ha Cleopatra oñemombaʼeguasuʼỹ hague, Constantino osẽ Táva Róma-gui ohóvo Táva Constantinopla-pe, ha opa Roma pagana ndojejokokuaái hague ára.</w:t>
      </w:r>
    </w:p>
    <w:p>
      <w:pPr>
        <w:pStyle w:val="ArticleBody"/>
        <w:jc w:val="left"/>
      </w:pPr>
      <w:r>
        <w:rPr>
          <w:rFonts w:ascii="Times New Roman" w:hAnsi="Times New Roman" w:eastAsia="Times New Roman" w:cs="Times New Roman"/>
        </w:rPr>
        <w:t>Umi mbohapyha oĩva jeografía rehegua Roma papal-pe ĝuarã (umi Gótico-kuéra), oñemosẽ rire Táva Roma-gui ary 538-pe, oñepyrũ Roma papal rembiapokue yvatevegua oisãmbyhyva’ekue mil mokõi saĩ ary ha poteĩ ary, ha upéva oho hag̃ua ary 1798 peve, upe jave pápape oñemboguejy Táva Roma-gui, péicha oñeme’ẽvo mbarete vai hag̃ua pe papal mymba marangatúva rehegua profétikamente oje’eva’ekue, ha pe ary oúvape, 1799-pe, upe pápa (kuña ojupi va’ekue pe mymba ári) omanókuri ñembyatyhápe.</w:t>
      </w:r>
    </w:p>
    <w:p>
      <w:pPr>
        <w:pStyle w:val="ArticleBody"/>
        <w:jc w:val="left"/>
      </w:pPr>
      <w:r>
        <w:rPr>
          <w:rFonts w:ascii="Times New Roman" w:hAnsi="Times New Roman" w:eastAsia="Times New Roman" w:cs="Times New Roman"/>
        </w:rPr>
        <w:t>Umi po (Clovis), umi oĩva papado rehehápe, omongyʼa vaʼerã kuri pe tekohaguasu mbaretépe guare; ha Constantino omoñepyrũ upe tembiapo ojekuaa rupi arandupy rehegua rupive pe táva peteĩ táva michĩvévaramo Constantinopla-gui. Ha upe guive, pe ñorairõ upe tembiasakue rehegua, ojejapóva Roma ñemoñareʼỹre rehegua rupive, akóinte oñembohapévaʼekue pe Táva Roma rehe ojeity hag̃ua. Ha ary 476 peve, ndaipóri véima vaʼekue peteĩ ñemoñare añeteguáva romano ogovernáva pe távape, pe ary 538 peve, upérõ pe táva oiko hag̃ua pe tekohaguasu mbaretépe guare papado romano-pe g̃uarã.</w:t>
      </w:r>
    </w:p>
    <w:p>
      <w:pPr>
        <w:pStyle w:val="ArticleBody"/>
        <w:jc w:val="left"/>
      </w:pPr>
      <w:r>
        <w:rPr>
          <w:rFonts w:ascii="Times New Roman" w:hAnsi="Times New Roman" w:eastAsia="Times New Roman" w:cs="Times New Roman"/>
        </w:rPr>
        <w:t>Acab, Clovis ha Francia oñemoha’ãnga Estados Unidos rehe, ha mbarete rendaguasu Estados Unidos rehegua ha’e pe Constitución de los Estados Unidos. Upe kuatia peteĩ kuatia Tupãgui ouva ha’e, ha ha’e peteĩ techaukaha tembiasakue profético rehegua. Ronald Reagan oñembo’y guive papado favor rehe tembiasakue ogueraháva pe ary 1989 peve, pe Constitución oĩ guive peteĩ jejopy hatã ha oñembohetave tapia ári guýpe, oiko haguéicha avei pe mbarete rendaguasu rehe Roma pagana ñehundi ha ho’a jave. Upe léi domingo pya’e oútava Estados Unidos-pe oñemboaje vove, pe Constitución oñembyai hag̃uaite. Reagan ára guive pe léi domingo peve, pe tembiasakue ary 330 guive 538 peve oñeha’ãjey. Ary 538-pe, pe papado oñemoĩ pe guapyha ári, upéicha rupi oñemoha’ãnga ijerida ñemanóva ñemboguejy pe léi domingo-pe.</w:t>
      </w:r>
    </w:p>
    <w:p>
      <w:pPr>
        <w:pStyle w:val="ArticleBody"/>
        <w:jc w:val="left"/>
      </w:pPr>
      <w:r>
        <w:rPr>
          <w:rFonts w:ascii="Times New Roman" w:hAnsi="Times New Roman" w:eastAsia="Times New Roman" w:cs="Times New Roman"/>
        </w:rPr>
        <w:t>Pe ti guive Ronald Reagan guive pe léi domingo peve ha’e peteĩ período profético Ñandejára Ñe’ẽ profética omombe’uporãva hesakã hag̃uáicha. Umi “jyva”, Clovis ohechaukáva, avei oipe’ava’erã “ára ha ára pegua”, pe mburuvicharenda Romano Yvypóra guare ymaite guive pagano va’ekuépe. Pe imperio religión niko iñepyrũmby guive voi pagana va’ekue, ha Clovis omoñepyrũ tembiapo omyengovia hag̃ua pe religión pagana ojehecháva hesakã hag̃uáicha pe catolicismo religión rehe, ha upéva niko paganismo oñeñuãmíva añoite.</w:t>
      </w:r>
    </w:p>
    <w:p>
      <w:pPr>
        <w:pStyle w:val="ArticleBody"/>
        <w:jc w:val="left"/>
      </w:pPr>
      <w:r>
        <w:rPr>
          <w:rFonts w:ascii="Times New Roman" w:hAnsi="Times New Roman" w:eastAsia="Times New Roman" w:cs="Times New Roman"/>
        </w:rPr>
        <w:t>Tetã peteĩ rekojoja peteĩteĩme, Estados Unidos oipe’aite Protestantismo jerovia rehegua oñemoañetévo pe papa autorida rehegua marca pe arapokõindy ára léi og̃uahẽ hag̃uápe, pórke pe ñe’ẽ “Protestante” he’iséva añoite ha’e Romáre ñeprotesta. Rejapóramo nde rupi Roma autorida marca, ndereprotestái Roma rehe. Amós kapítulo mbohapy, versíkulo mbohapy-pe, Amós oporandu peteĩ porandu oñembohováiva voi: “¿Ikatúpa mokõi oguata oñondive, ndoguerekóiramo peteĩ ñe’ẽme’ẽ peteĩcha?”</w:t>
      </w:r>
    </w:p>
    <w:p>
      <w:pPr>
        <w:pStyle w:val="ArticleScripture"/>
        <w:jc w:val="left"/>
      </w:pPr>
      <w:r>
        <w:rPr>
          <w:rFonts w:ascii="Times New Roman" w:hAnsi="Times New Roman" w:eastAsia="Times New Roman" w:cs="Times New Roman"/>
        </w:rPr>
        <w:t>“Koʼág̃a umi tembiapo oñemotenondéva koʼág̃a Estados Unidos-pe ikatu hag̃uáicha umi institución ha jepokuaa iglesiaguáva oguereko Estado pytyvõ, umi protestánte oho hína umi papista rapykuéri. Ha ndahaʼéi upéva añoite; haʼekuéra oipeʼa avei okẽ Papado-pe g̃uarã og̃uahẽ jey hag̃ua América protestánte-pe pe tuichakue jeheguigua haʼe operde vaʼekue Mundo Tuja-pe.” The Great Controversy, 573.</w:t>
      </w:r>
    </w:p>
    <w:p>
      <w:pPr>
        <w:pStyle w:val="ArticleBody"/>
        <w:jc w:val="left"/>
      </w:pPr>
      <w:r>
        <w:rPr>
          <w:rFonts w:ascii="Times New Roman" w:hAnsi="Times New Roman" w:eastAsia="Times New Roman" w:cs="Times New Roman"/>
        </w:rPr>
        <w:t>Áño 508-pe oñemboguejy ramo kuri paganismo jerovia tetãygua rréino rehegua ramo, upéva ohechauka kuri pe ñembopyta hag̃ua, Pablo ohechaukáva 2 Tesalonicenses kapítulo mokõi-pe, oñemongu’epamaha va’ekue pe kuimba’e angaipa rehegua ojehechauka mboyve, pe pya’e oútava léi domingo Estados Unidos-pe. Pe jerovia pagana ojekuaáva ñemoĩ yvýpe, ojere hag̃ua pe jerovia pagana kañymby katuolicísmope, ndohupytýi kuri peteĩchaitépe sapy’ánte, ha kóva ojehechakuaa tembiasakuepe oñepyrũhague Clovis oñemoambue ramo guare catolicísmope áño 496-pe, ha oñemohu’ãmbaitéma áño 508 peve.</w:t>
      </w:r>
    </w:p>
    <w:p>
      <w:pPr>
        <w:pStyle w:val="ArticleBody"/>
        <w:jc w:val="left"/>
      </w:pPr>
      <w:r>
        <w:rPr>
          <w:rFonts w:ascii="Times New Roman" w:hAnsi="Times New Roman" w:eastAsia="Times New Roman" w:cs="Times New Roman"/>
        </w:rPr>
        <w:t>Upéicha, umi ary Reagan guive, oñepyrũva’ekue 1989-pe, pe léi domingo oútava pya’e peve, pe Protestantismo añetegua oñejoko hag̃uaite Estados Unidos-pe. Upérõ pe Constitución, “mbarete renda marangatu” Estados Unidos-pe g̃uarã, oñembojoapy vaʼerã yvýre, ha oñembotýta pe irundyha tembiapo umi “jyva” rehegua versíkulo treinta y uno-pe, umi “jyva” upérõ omoĩvo papado yvy ape ári guapyha renda ári, oikohaguéicha ary 538-pe.</w:t>
      </w:r>
    </w:p>
    <w:p>
      <w:pPr>
        <w:pStyle w:val="ArticleBody"/>
        <w:jc w:val="left"/>
      </w:pPr>
      <w:r>
        <w:rPr>
          <w:rFonts w:ascii="Times New Roman" w:hAnsi="Times New Roman" w:eastAsia="Times New Roman" w:cs="Times New Roman"/>
        </w:rPr>
        <w:t>Oguapy rire papado oguapy pe guapyhára ári áño 538-pe, pe tembiasakue Daniel-pe oñemoambue ohechauka hag̃uágui mba’éichapa papado ojoko hag̃ua ko múndo, oñepyrũ hag̃ua oñe’ẽ pe mba’érepa papado omuña vai Tupã tavayguakuérape upe tembiasakue ryepýpe. Pe versíkulo catorce-pe, pe kapítulo diez Daniel-pe, Gabriel oikuaauka vaekue Daniel-pe pe visión ha’éva omyesakã hag̃ua “mba’épa ojehúva’erãta Tupã tavayguakuérape umi ára pahápe.”</w:t>
      </w:r>
    </w:p>
    <w:p>
      <w:pPr>
        <w:pStyle w:val="ArticleScripture"/>
        <w:jc w:val="left"/>
      </w:pPr>
      <w:r>
        <w:rPr>
          <w:rFonts w:ascii="Times New Roman" w:hAnsi="Times New Roman" w:eastAsia="Times New Roman" w:cs="Times New Roman"/>
        </w:rPr>
        <w:t>Ko'ág̃a aju ama'ẽhaguã ndéve reikuaa hag̃ua mba'épa oikóta nde retãygua rehe ára pahápe; pe visión niko gueteri heta ára hag̃uáma. Daniel 10:14.</w:t>
      </w:r>
    </w:p>
    <w:p>
      <w:pPr>
        <w:pStyle w:val="ArticleBody"/>
        <w:jc w:val="left"/>
      </w:pPr>
      <w:r>
        <w:rPr>
          <w:rFonts w:ascii="Times New Roman" w:hAnsi="Times New Roman" w:eastAsia="Times New Roman" w:cs="Times New Roman"/>
        </w:rPr>
        <w:t>Pe versíkulo mokõipa guive pe versíkulo mbohapy-pa suís peve ha’e umi versíkulo Sister White he’i hag̃uáicha oñembota jeýta hag̃ua, ha umi versíkulo omombe’u pe jejopy vai oguahẽva’ekue umi mil dosientos sesenta ary pe papado poguýpe oĩ aja, guive oñemoĩ haguéicha pe tróno ári ary 538-pe, peve orresivi pe herida mortal ary 1798-pe.</w:t>
      </w:r>
    </w:p>
    <w:p>
      <w:pPr>
        <w:pStyle w:val="ArticleScripture"/>
        <w:jc w:val="left"/>
      </w:pPr>
      <w:r>
        <w:rPr>
          <w:rFonts w:ascii="Times New Roman" w:hAnsi="Times New Roman" w:eastAsia="Times New Roman" w:cs="Times New Roman"/>
        </w:rPr>
        <w:t>Ha umi heko vaíva pe ñe’ẽme’ẽ rehe, ombojeguarúta ñe’ẽ he’ỹ rory rupive; ha pe tavayguakuéra oikuaáva Ijára, imbarete ha ojapóta mba’e guasu. Ha umi iñarandúva tavayguakuéra apytépe ombo’éta heta tapichápe; upéicharõ jepe, ho’áta kysepuku rupi, tata rupi, ñembiguái rupi ha ñemonda rupi, heta ára aja. Ha ho’ávo hikuái, oñepytyvõta chupekuéra peteĩ pytyvõ michĩmi reheve; ha heta oñembojoajúta hendivekuéra ñe’ẽ he’ỹ rory rupive. Ha umi iñarandúva apytégui oĩta ho’áva, ojehecha hag̃ua chupekuéra, oñemopotĩ hag̃ua ha oñembo morotĩ hag̃ua, pe paha ára peve; mba’érepa gueteri oĩ peteĩ ára oñemoĩmava’ekue. Ha pe mburuvicha guasu ojapóta oipotaháicha; ha omopu’ãta ijehe, ha oñembotuicháta opaite tupã ári, ha he’íta ñe’ẽ hechapyrãva Tupã Tupãnguéra rehe; ha oñakãrapu’ãta pe pochy oñemohu’ã meve; mba’érepa pe oje’eva’ekue oikótava, oikóta. Daniel 11:32–36.</w:t>
      </w:r>
    </w:p>
    <w:p>
      <w:pPr>
        <w:pStyle w:val="ArticleBody"/>
        <w:jc w:val="left"/>
      </w:pPr>
      <w:r>
        <w:rPr>
          <w:rFonts w:ascii="Times New Roman" w:hAnsi="Times New Roman" w:eastAsia="Times New Roman" w:cs="Times New Roman"/>
        </w:rPr>
        <w:t>Umi versíkulo omombe'u pe jehasa asy ojejapóva pe Época de Tinieblas-pe, ha upéi pe versíkulo treinta y seis hechauka pe papado osẽ porãtaha peve oñemoañetévo Tupã pochy peteĩha pe reino yvate gotyo Israél-gua rehe, ary 1798-pe. Daniel raẽvete ohechauka mba'éichapa pe papado oñemoĩ va'ekue yvy guasu tróno ári, upéi mba'éichapa pe papado oñembojoaju térã oñemoirũ Tupã tavayguakuéra ndive, ha upéi pe papado ho'a pahaiteha. Daniel once, versíkulo cuarenta guive cuarenta y tres peve, ohechauka mba'éichapa pe papado ojagarra yvy tuichakue poguýpe; upéi pe versíkulo cuarenta y cuatro ohechauka mba'éichapa ha'e omuña asy Tupã tavayguakuéra ára pahapegua; ha upéi pe versíkulo cuarenta y cinco ohechauka mba'éichapa oguahẽ hína pe hu'ã pahaitepe, avave'ỹre ipytyvõ hag̃ua.</w:t>
      </w:r>
    </w:p>
    <w:p>
      <w:pPr>
        <w:pStyle w:val="ArticleBody"/>
        <w:jc w:val="left"/>
      </w:pPr>
      <w:r>
        <w:rPr>
          <w:rFonts w:ascii="Times New Roman" w:hAnsi="Times New Roman" w:eastAsia="Times New Roman" w:cs="Times New Roman"/>
        </w:rPr>
        <w:t>Pe ñe’ẽ hebreo “añetegua”, omoheñói pe Ñe’ẽporãite Aranduha ombyatývo peteĩme pe peteĩha, pakõipaapyha ha pahague letra alfabeto hebreogua omoheñói hag̃ua pe ñe’ẽ “añetegua”. Pakõipaapyha ha’e peteĩ símbolo pu’akarei rehegua, ha pe peteĩha ohechauka pe pahaguépe.</w:t>
      </w:r>
    </w:p>
    <w:p>
      <w:pPr>
        <w:pStyle w:val="ArticleBody"/>
        <w:jc w:val="left"/>
      </w:pPr>
      <w:r>
        <w:rPr>
          <w:rFonts w:ascii="Times New Roman" w:hAnsi="Times New Roman" w:eastAsia="Times New Roman" w:cs="Times New Roman"/>
        </w:rPr>
        <w:t>Pe versíkulo treinta y uno omombe'u Roma pagána paha, ha'eha pe irundyha mburuvichakuaa profecía bíblica-pe; ha pe versíkulo treinta y seis ohechauka Roma papal paha, ha'eha pe poha mburuvichakuaa profecía bíblica-pe. Pe tenondegua ñemombe'u Roma ho'águi ha pe pahagua ñemombe'u Roma ho'águi mbytépe oĩ pe pu'aka hag̃ua ñemoĩ, ojehechaukáva papado ojuka rupi millones Tupã retãyguápe pe tembiasakue oĩva iñepyrũ ha ipahápa apytépe. Ko'ã versíkulo jeporu oguereko pe “añetegua” réra hag̃ua.</w:t>
      </w:r>
    </w:p>
    <w:p>
      <w:pPr>
        <w:pStyle w:val="ArticleBody"/>
        <w:jc w:val="left"/>
      </w:pPr>
      <w:r>
        <w:rPr>
          <w:rFonts w:ascii="Times New Roman" w:hAnsi="Times New Roman" w:eastAsia="Times New Roman" w:cs="Times New Roman"/>
        </w:rPr>
        <w:t>Pe versíkulo mokõipa guive irundy po, ojehechauka hag̃uáicha versíkulo mbohapypa guive mbohapypa poteĩ peve, oñepyrũ papado ho’a rehe, ha opa avei papado ho’a rehe. Pe mbyte rupi pe tembiasakue oñepyrũva 1798-pe, pe gracia ñemboty peve, oĩ Roma Moderna pu’aka’ẽ, jey hag̃ua ojuka Ñandejára tavayguakuérape. Ko’ã versíkulo jeporu avei oguereko “añetegua” réra hag̃ua techaukaha, ha oñembojoaju ojupe hag̃ua ome’ẽ mokõi testígo omoañetéva “añetegua”, ha mokõivéva línea omombe’u hína Roma rehe, ha’éva pe símbolo “omopyendátava pe visión”.</w:t>
      </w:r>
    </w:p>
    <w:p>
      <w:pPr>
        <w:pStyle w:val="ArticleScripture"/>
        <w:jc w:val="left"/>
      </w:pPr>
      <w:r>
        <w:rPr>
          <w:rFonts w:ascii="Times New Roman" w:hAnsi="Times New Roman" w:eastAsia="Times New Roman" w:cs="Times New Roman"/>
        </w:rPr>
        <w:t>Ha umi ára-pe hetaiterei opuʼãta pe mburuvicha guasu yvy gotyo peguáre; avei ne retãygua mondaha-kuéra oñemopuʼãta omopyenda hag̃ua pe visión; ha katu hoʼáta hikuái. Daniel 11:14.</w:t>
      </w:r>
    </w:p>
    <w:p>
      <w:pPr>
        <w:pStyle w:val="ArticleBody"/>
        <w:jc w:val="left"/>
      </w:pPr>
      <w:r>
        <w:rPr>
          <w:rFonts w:ascii="Times New Roman" w:hAnsi="Times New Roman" w:eastAsia="Times New Roman" w:cs="Times New Roman"/>
        </w:rPr>
        <w:t>Pe mba’e ojehechaukáva profesía rupive Daniel oipurúva capítulo once-pe, ndojeporúi añónte umi versículo treinta guive treinta y seis peve, ha upéi cuarenta guive cuarenta y cinco peve. Umi versículo catorce guive diecinueve peve ohechauka mba’éichapa Roma pagana ojapyhy pe yvy ape ári; upéi umi versículo veinte guive veinticuatro peve ohechauka mba’éichapa Roma pagana oñembohovái Ñandejára tavayguakuérape; ha versículo veinticuatro guive versículo treinta peve oñemohenda Roma pagana ho’apa hag̃uáicha.</w:t>
      </w:r>
    </w:p>
    <w:p>
      <w:pPr>
        <w:pStyle w:val="ArticleBody"/>
        <w:jc w:val="left"/>
      </w:pPr>
      <w:r>
        <w:rPr>
          <w:rFonts w:ascii="Times New Roman" w:hAnsi="Times New Roman" w:eastAsia="Times New Roman" w:cs="Times New Roman"/>
        </w:rPr>
        <w:t>Pe versíkulo catorce ha’e ñepyrũ Roma pagana rehegua ha pe versíkulo treinta ha’e paha Roma pagana rehegua. Pe tembiasápe ojehechaukáva mbytépe, Roma pagana ojehechauka Cristo kurusúre omoĩva ramo; upévare, pe pu’aka mbytépeguápe ohechauka ko’ã versíkuloha “añetegua”. Alfa ha Omega omoĩ imba’e tee jehechaukarã capítulo once pukukue javeve, Daniel arandukápe.</w:t>
      </w:r>
    </w:p>
    <w:p>
      <w:pPr>
        <w:pStyle w:val="ArticleBody"/>
        <w:jc w:val="left"/>
      </w:pPr>
      <w:r>
        <w:rPr>
          <w:rFonts w:ascii="Times New Roman" w:hAnsi="Times New Roman" w:eastAsia="Times New Roman" w:cs="Times New Roman"/>
        </w:rPr>
        <w:t>Pe téra irundyha oguereko pe tembiasakue oñepyrũva Ronald Reagan arykuérape, ha ohechauka pe joaju ojapóva Estados Unidos Presidente ha pe kuimba’e angaipa rehegua apytépe. Ohechauka peteĩ ára pukukue hekoitépe jehechakuaáva, opa hag̃uáicha pe papado oñemoĩ yvy guasu guapyharápe, oĩhaguéicha ary 538-pe. Ndaha’éi peteĩ mba’e oikóva rei Clovis, pe mburuvicha guasu franco-kuéra rehegua, ha’éva ko árape Francia, ha’eha Estados Unidos símbolo. Clovis ohechaukaraka Reagan-pe. Reagan ha’eva’ekue peteĩ símbolo protestantísmo rehegua, ha Clovis katu peteĩ símbolo paganísmo rehegua.</w:t>
      </w:r>
    </w:p>
    <w:p>
      <w:pPr>
        <w:pStyle w:val="ArticleBody"/>
        <w:jc w:val="left"/>
      </w:pPr>
      <w:r>
        <w:rPr>
          <w:rFonts w:ascii="Times New Roman" w:hAnsi="Times New Roman" w:eastAsia="Times New Roman" w:cs="Times New Roman"/>
        </w:rPr>
        <w:t>Ñorairõ guasúpe Clovis, Francokuéra Ruvicha, ojere hag̃ua catolicísmoramo, ha’e pe Ñorairõ Tolbiacpegua (oikuaaháicha avei pe Ñorairõ Zülpichpegua térã pe Ñorairõ Colognepegua). Ko ñorairõ oiko ary 496-pe. Upe jave Clovis ha’e va’ekue peteĩ pagáno; ha katu ñorairõ aja, ojehecha ramo guare ijehérsito ikatúha oñemboty hag̃ua ñehundi rupive, oñembo’e pytyvõ rehe cristiano Tupãme, hembireko católica Tupãme, ha ojapo peteĩ ñe’ẽme’ẽ: osẽ ramo ipu’akapáva, ojere haguã cristianísmoramo. Clovis ningo ipu’aka upe ñorairõme, ha upévagui, ha’e ha peteĩ aty tuicha iñorairõhára francokuéragui ojere catolicísmoramo, upéicha oheja peteĩ mba’e oikóva tuichaitéva Francokuéra oñembojere ramo cristianísmoramo.</w:t>
      </w:r>
    </w:p>
    <w:p>
      <w:pPr>
        <w:pStyle w:val="ArticleBody"/>
        <w:jc w:val="left"/>
      </w:pPr>
      <w:r>
        <w:rPr>
          <w:rFonts w:ascii="Times New Roman" w:hAnsi="Times New Roman" w:eastAsia="Times New Roman" w:cs="Times New Roman"/>
        </w:rPr>
        <w:t>Ronald Reagan, peteĩ protestánte ramo ojehechakuaáva, oikuaaukákuri pe mba’érepa omboheko hag̃ua peteĩ ñemoirũ kañymby pápandi Róma guive, ha’eha oguerekógui pe jerovia mbarete pe Unión Soviética ha’eha pe anticristo marandu hag̃ua Escritúra marangatúpe. Reagan ñorairõme pe antigua Unión Soviética rehe, ndohechakuaáigui pe javy oguerekóva mávapa pe anticristo, oñemoirũ pe anticristo ndive.</w:t>
      </w:r>
    </w:p>
    <w:p>
      <w:pPr>
        <w:pStyle w:val="ArticleScripture"/>
        <w:jc w:val="left"/>
      </w:pPr>
      <w:r>
        <w:rPr>
          <w:rFonts w:ascii="Times New Roman" w:hAnsi="Times New Roman" w:eastAsia="Times New Roman" w:cs="Times New Roman"/>
        </w:rPr>
        <w:t>“Umi oñembotavyva iñentendimientópe ñe’ẽ rehegua, ohechakuaa’ỹva anticristo he’iséva, katuete oñemoĩta anticristo ykére.” Kress Collection, 105.</w:t>
      </w:r>
    </w:p>
    <w:p>
      <w:pPr>
        <w:pStyle w:val="ArticleBody"/>
        <w:jc w:val="left"/>
      </w:pPr>
      <w:r>
        <w:rPr>
          <w:rFonts w:ascii="Times New Roman" w:hAnsi="Times New Roman" w:eastAsia="Times New Roman" w:cs="Times New Roman"/>
        </w:rPr>
        <w:t>Tetã peteĩ rekojoja profétikape oñemboja'o mokõivéva rehe, ojehechaukaháicha umi mokõi hatĩ mymbakuéra yvýgui osẽvape. Francia avei ha’e peteĩ símbolo profético mokõivéva rehegua, ojehechaukaháicha Sodoma ha Egipto-pe Apocalipsis capítulo once-pe. Francia ha’e pe ta’ýra ypykue papado rehegua, ha Reagan, orepresentáva Tetã peteĩ rekojoja, ha’eva’ekue pe peteĩha umi diez mburuvicha guasu Apocalipsis capítulo diecisiete-pe ára pahápe ombojehe’áva hekove kuña ñaña Tiro-gua ndive, upe oñembyesaráiva’ekue 1798 guive. Ha’e oñembyesarái va’ekue pe ára paha jave 1798-pe, ha oñepyrũ oñemandu’a jey hese pe ára paha jave 1989-pe.</w:t>
      </w:r>
    </w:p>
    <w:p>
      <w:pPr>
        <w:pStyle w:val="ArticleBody"/>
        <w:jc w:val="left"/>
      </w:pPr>
      <w:r>
        <w:rPr>
          <w:rFonts w:ascii="Times New Roman" w:hAnsi="Times New Roman" w:eastAsia="Times New Roman" w:cs="Times New Roman"/>
        </w:rPr>
        <w:t>Clovis, Francia ruvicha, omoñepyrũ peteĩ ára pukukue oguerúva pe papado oñemoĩ hag̃ua guapyhápe ary 538-pe, ha upépe pe papado upéi ombohasa peteĩ arapokõi ñembojokuái pe Concilio de Orleans-pe. Reagan, Estados Unidos ruvicha, omoñepyrũ avei peteĩ ára pukukue ogueraháva pe papado peteĩ jeyve oñemoĩ hag̃ua yvy guapyhápe pe arapokõi ñembojokuái oguahẽtava pya’épe rupive.</w:t>
      </w:r>
    </w:p>
    <w:p>
      <w:pPr>
        <w:pStyle w:val="ArticleBody"/>
        <w:jc w:val="left"/>
      </w:pPr>
      <w:r>
        <w:rPr>
          <w:rFonts w:ascii="Times New Roman" w:hAnsi="Times New Roman" w:eastAsia="Times New Roman" w:cs="Times New Roman"/>
        </w:rPr>
        <w:t>Fránsia ha’e pe mokõi hendáicha pokatu omoĩva’ekue pe papado 538-pe, ha Fránsia voi, Napoleón general Berthier rupive, omboguejy pe papado guapyhágui 1798-pe. Tetã peteĩ reko Amérikagua omoĩ pe papado guapyhápe ára pahápe, ha umi pa karia’y ruvicha tenondegua ramo, Tetã peteĩ reko Amérikagua ipahápe “ohejáta chupe ojeheja hag̃uáicha ha opívo, ho’úta he’ópe, ha ohapýta tata reheve.”</w:t>
      </w:r>
    </w:p>
    <w:p>
      <w:pPr>
        <w:pStyle w:val="ArticleBody"/>
        <w:jc w:val="left"/>
      </w:pPr>
      <w:r>
        <w:rPr>
          <w:rFonts w:ascii="Times New Roman" w:hAnsi="Times New Roman" w:eastAsia="Times New Roman" w:cs="Times New Roman"/>
        </w:rPr>
        <w:t>Pe versíkulo cuarenta oguereko pe tembiasakue pe versíkulo treinta y uno rehegua, ha ohechauka porã pe tembiapo omoĩjey hag̃ua pe papado yvy guasu guapyha ári ojehechauka hag̃ua pe aravo pukukue oñepyrũva Ronald Reagan ndive, ha opa hag̃uáicha Estados Unidos pe mburuvicha guasu pahaitépe. Pe mburuvicha guasu pahaitéva ojehechaukáta kuri Reagan rupive, pórke Jesús akóinte ohechauka pe paha pe ñepyrũ rupive.</w:t>
      </w:r>
    </w:p>
    <w:p>
      <w:pPr>
        <w:pStyle w:val="ArticleBody"/>
        <w:jc w:val="left"/>
      </w:pPr>
      <w:r>
        <w:rPr>
          <w:rFonts w:ascii="Times New Roman" w:hAnsi="Times New Roman" w:eastAsia="Times New Roman" w:cs="Times New Roman"/>
        </w:rPr>
        <w:t>Daniel 11-pe ñepyrũrã versículope, oñemoĩ upépe pe tembiasakue profétika (versículo mokõi), jajuhu pe tembiasakue oĩva mboyve pe tembiasakue Grecia retãnguéra rehegua. Grecia ha’e peteĩ símbolo Naciones Unidas rehegua, ha pe gobierno peteĩ mundopegua umi paĩmbopa mburuvicha guasu Apocalipsis 17-pe oñeñe’ẽva rehegua. Versículo mbohapy Daniel 11-pe omoingeke Alejandro Magno-pe, ha versículo mokõi ohechauka pe tembiasakue oĩva mboyve pe gobierno peteĩ mundopegua ára pahápe.</w:t>
      </w:r>
    </w:p>
    <w:p>
      <w:pPr>
        <w:pStyle w:val="ArticleBody"/>
        <w:jc w:val="left"/>
      </w:pPr>
      <w:r>
        <w:rPr>
          <w:rFonts w:ascii="Times New Roman" w:hAnsi="Times New Roman" w:eastAsia="Times New Roman" w:cs="Times New Roman"/>
        </w:rPr>
        <w:t>Peteĩha versíkulope, Gabriel añoite oikuaauka ha’e omombarete hague Daríope pe ñepyrũme pe mburuvicharã guasu Medo ha Persiakuéra rehegua, ha Gabriel katu oukuri Daniel rendápe pe kapítulo diezpe, Ciro el Persa, ndaha’éi Darío el Medo, oisãmbyhy jave upérõ. Ojoaju porã rire pe mburuvicharã guasu peteĩ tetãnguéra mokõivéva profétikova ramo, Medo ha Persiakuéra rehegua (Francia ha Estados Unidos-icha), Gabriel upéi omoñepyrũ upe tembiasakue omotenondéva pe mburuvicharã guasu mundial Alejandro el Grande rehegua.</w:t>
      </w:r>
    </w:p>
    <w:p>
      <w:pPr>
        <w:pStyle w:val="ArticleScripture"/>
        <w:jc w:val="left"/>
      </w:pPr>
      <w:r>
        <w:rPr>
          <w:rFonts w:ascii="Times New Roman" w:hAnsi="Times New Roman" w:eastAsia="Times New Roman" w:cs="Times New Roman"/>
        </w:rPr>
        <w:t>Ha ko'ág̃a che aikuaaukáta ndéve pe añetegua. Péina, opu'ãta gueteri mbohapy mburuvicha guasu Pérsiape; ha irundyha oikóta hetave mba'erepy reheve opaite ambuégui: ha imbarete hag̃ua, ipirapire hetápe, omyengoviáta opavavépe Gresiagua retãre. Daniel 11:2.</w:t>
      </w:r>
    </w:p>
    <w:p>
      <w:pPr>
        <w:pStyle w:val="ArticleBody"/>
        <w:jc w:val="left"/>
      </w:pPr>
      <w:r>
        <w:rPr>
          <w:rFonts w:ascii="Times New Roman" w:hAnsi="Times New Roman" w:eastAsia="Times New Roman" w:cs="Times New Roman"/>
        </w:rPr>
        <w:t>Alfa ha Omega tapia ohechauka peteĩ mba’e pahápe, umi ipyrũ ndive, ha pe mokõiha versíkulo oñe’ẽ pe tembiasakue rehe oĩva peteĩ-govierno mundial jejapo mboyve, ojehechaukaháicha Alejandro el Grande Grecia rréino rupive. Pe mokõiha versíkulo ha’e peteĩ línea profesía rehegua Estados Unidos rehe, péva, umi mokõi hatĩ oguerekóva mbarete paha ára pegua ramo, ojehechauka va’ekue umi Medos ha Persas pokatu mokõiguáicha, ha avei Francia rupive. Pe versíkulo omombe’u mburuvichakuérape oikóta hag̃ua peteĩ techaukaha ramo Estados Unidos ruvichakuéra rehe paha ára pegua, umi opu’ãtava mboyve pe mbohapyve peteĩ-govierno mundial dragón, mymba ha proféta japu rehegua. Clovis ojoja Reagan ndive peteĩha presidente ramo pe tembiasakue ñepyrũme ogueraháva anticristo jehupyty jevy guapyhárpe.</w:t>
      </w:r>
    </w:p>
    <w:p>
      <w:pPr>
        <w:pStyle w:val="ArticleBody"/>
        <w:jc w:val="left"/>
      </w:pPr>
      <w:r>
        <w:rPr>
          <w:rFonts w:ascii="Times New Roman" w:hAnsi="Times New Roman" w:eastAsia="Times New Roman" w:cs="Times New Roman"/>
        </w:rPr>
        <w:t>Ciro guive, Daniel 11-pe, oĩta mokõi mburuvicha guasu hapykuéri, ha upéi peteĩ irundyha, ipirapire hetaitereíva opavave ambuégui. Darío haʼe vaʼekue pe mburuvicha guasu peteĩha pe Imperio Medo-Persa-pe, ha Ciro, oguerekóva pe sãmbyhy Daniel orresivírõ guare pe tembiasakue Gabriel-gui, haʼe vaʼekue pe mokõiha mburuvicha guasu. Irundy mburuvicha guasu osegíta Ciro rapykuéri; upévare, pe irundyha umi mburuvicha guasu oúva hapykuéri vaʼerãta pe mburuvicha guasu poteĩha.</w:t>
      </w:r>
    </w:p>
    <w:p>
      <w:pPr>
        <w:pStyle w:val="ArticleBody"/>
        <w:jc w:val="left"/>
      </w:pPr>
      <w:r>
        <w:rPr>
          <w:rFonts w:ascii="Times New Roman" w:hAnsi="Times New Roman" w:eastAsia="Times New Roman" w:cs="Times New Roman"/>
        </w:rPr>
        <w:t>Pe mburuvichakuéra sixha ha’éta pe mburuvichakuéra apytépe pe ipirapire hetavéva, ha pe presidente (mburuvicha) ipirapire hetavéva omopu’ãta opavavépe Gresia retãre. Umi presidente oĩva Reagan guive ha’e va’ekue Bush peteĩha, Clinton, Bush mokõiha, Obama; upévare pe mburuvicha sixha, ha pe ipirapire hetavéva, ha’éta Trump. Pe mburuvicha (presidente) omopu’ãta “Gresia retã” (umi globalista) rehe. Pe ñe’ẽ hebréo “omopu’ã” he’iséva, tuicha omyesakãva.</w:t>
      </w:r>
    </w:p>
    <w:p>
      <w:pPr>
        <w:pStyle w:val="ArticleBody"/>
        <w:jc w:val="left"/>
      </w:pPr>
      <w:r>
        <w:rPr>
          <w:rFonts w:ascii="Times New Roman" w:hAnsi="Times New Roman" w:eastAsia="Times New Roman" w:cs="Times New Roman"/>
        </w:rPr>
        <w:t>Pe ñe’ẽ hebreo oñembohasáva “omokyre’ỹ” ramo, upe versículo-pe, ha’e peteĩ raíz yma guare he’iséva “ombopáy”, térã “ombokéra’y”. Pe tembiasakue ojehechauka hag̃uáicha pe irundyha mburuvicha guasu rire Ciro, oñemopu’ãta peteĩ presidente hetaitereivéva virúgui oimeraẽ ambue presidente-gui; ha iñemombarete ha ipokatu rupive oñemboguataíta peteĩ “ñemombáy” Grecia rehe. Grecia, ha’évo peteĩ símbolo globalismo, progresivismo ha “woke-ismo” rehegua, oñemoĩta tesape renondépe pe sexto presidente, pe ipirapire hetavéva, rembiasakuépe. Ha’e omombáyta opaite yvy ape ári oikóva táva ha tetãnguéra rembiguáiha hag̃ua pe ñomongeta vai progresivo “woke-ismo” ha dominio global rehe.</w:t>
      </w:r>
    </w:p>
    <w:p>
      <w:pPr>
        <w:pStyle w:val="ArticleBody"/>
        <w:jc w:val="left"/>
      </w:pPr>
      <w:r>
        <w:rPr>
          <w:rFonts w:ascii="Times New Roman" w:hAnsi="Times New Roman" w:eastAsia="Times New Roman" w:cs="Times New Roman"/>
        </w:rPr>
        <w:t>Pe ñemombáy pe “woke-ismo” progresivo rembiapo rehegua, oiko hag̃ua pe presidente ipirapire hetavéva presidencia aja, ojehu pe hatĩ republicano ndive, upe javeite pe pa virgen ñemombáy ojehuháicha pe hatĩ protestante-pe.</w:t>
      </w:r>
    </w:p>
    <w:p>
      <w:pPr>
        <w:pStyle w:val="ArticleBody"/>
        <w:jc w:val="left"/>
      </w:pPr>
      <w:r>
        <w:rPr>
          <w:rFonts w:ascii="Times New Roman" w:hAnsi="Times New Roman" w:eastAsia="Times New Roman" w:cs="Times New Roman"/>
        </w:rPr>
        <w:t>Ñamboguatáta ñande estudio Daniel capítulo once, versículo cuarenta rehegua pe artículo oútavape.</w:t>
      </w:r>
    </w:p>
    <w:p>
      <w:pPr>
        <w:pStyle w:val="ArticleScripture"/>
        <w:jc w:val="left"/>
      </w:pPr>
      <w:r>
        <w:rPr>
          <w:rFonts w:ascii="Times New Roman" w:hAnsi="Times New Roman" w:eastAsia="Times New Roman" w:cs="Times New Roman"/>
        </w:rPr>
        <w:t>“Jepevéramo iñasãi hag̃ua jerovia ha tekokatu, oĩ koʼã tupaope umi añetegua Cristo rapykuehóva. Oguahẽ mboyve pe ipahaiteva Tupã huísio oúva ko yvy ári, Ñandejára retãygua apytépe oikóta peteĩ ñembopyahu tekokatu yma guarépegua, peichagua ndojehecháiva guive apóstol-kuéra ára. Tupã Espíritu ha ipokatu oñehẽta Hembykuéra ári. Upe árape heta ojepeʼáta umi tupao-gui, umíme pe mborayhu ko yvy rehegua omyengovia vaʼekue pe mborayhu Tupã ha Iñeʼẽ rehegua. Heta, mokõivévagui, ministro ha tavaygua, ovyʼápe omoneĩta umi tuicha añetegua Tupã omoherakuãka vaʼekue ko árape ombosakoʼi hag̃ua peteĩ tavayguakuérape Ñandejára ou jeývape guarã. Pe ñemoñare angatajukuaaseha oipota ojoko ko tembiapo; ha oguahẽ mboyve pe ára koʼãichagua ñemyakãha hag̃ua, haʼe oñehaʼãta ani hag̃ua oiko, omoingévo peteĩ japu ojoguáva pe añeteguápe. Umi tupaope ikatuhápe ogueru ipope ipuʼaka mbotavypyrépe, ojapótaichaicha Tupã rovasa hag̃uaite oñehẽ hese kuéra ári; ojekuaáta upépe pe ojeʼéva tuicha hag̃ua interés religioso. Hetaeterei ovyʼáta ha oñemombaʼeguasúta Tupã oikoháicha hechapyrãva hag̃ua hesekuéra, ha upéva katu ambue espíritu rembiapo. Peteĩ tova religioso guýpe, Satanás ohekáta omyasãi hag̃ua ipuʼaka kristianokuéra arapýre.”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Kuatiañeʼẽ Daniel rehegua – Sa peteĩ ciento veinticuatro hag̃ua</dc:title>
  <dc:subject>Ojehechauka Daniel 11:40 — Peteĩ Jehechakuaa Profética Umi Mba’e Ohasava’ekue Ojoguáva rehe ha Umi Tembiapo Oútava rehe</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