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 Mokõipa Poteĩ Su Mokõipa Po hag̃ua hag̃ua Peguáva</w:t>
      </w:r>
    </w:p>
    <w:p>
      <w:pPr>
        <w:pStyle w:val="ArticleSubtitle"/>
        <w:jc w:val="left"/>
      </w:pPr>
      <w:r>
        <w:rPr>
          <w:rFonts w:ascii="Arial" w:hAnsi="Arial" w:eastAsia="Arial" w:cs="Arial"/>
        </w:rPr>
        <w:t>Ojepe’a mba’eprofétika he’iséva: oñehesa’ỹijo Daniel 11:40 ha mba’éichapa upéva oguereko he’iséva kristianismo ko’ag̃aguápe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 11 pe ñe’ẽrasa irundy pa, oñepyrũ ára paha jave; hákatu pe ñe’ẽrasa ohechauka mokõi ára paha, ha upévare ome’ẽ marandu profecía rehegua temimbo’épe ombojoaju hag̃ua peteĩha ára paha mokõihápe. Ko aplicación ojejapo jave, pe línea tembiasakue Millerita rehegua oñepyrũva’ekue 1798-pe, oho joja Tetã peteĩ reko Amérika Joaju rembiasakue rehe 1989-pe. Ko’ã mokõi línea ohechauka pe línea pe kornu protestante añeteguápe guarã ha pe línea pe kornu republicano rehegua pe mymba yvýgui osẽva Apocalipsis capítulo 13-pe. Mokõivéva línea oñepyrũ ára paha jave 1798-pe, ha pe ára paha 1989-pe omyenyhẽnte ha ome’ẽ mokõiha testígo umi tape rechaukaha añetegua rehegua oñembotýva’ekue’ỹva pe ñe’ẽrasa ryepýpe.</w:t>
      </w:r>
    </w:p>
    <w:p>
      <w:pPr>
        <w:pStyle w:val="ArticleBody"/>
        <w:jc w:val="left"/>
      </w:pPr>
      <w:r>
        <w:rPr>
          <w:rFonts w:ascii="Times New Roman" w:hAnsi="Times New Roman" w:eastAsia="Times New Roman" w:cs="Times New Roman"/>
        </w:rPr>
        <w:t>Mbohapyha pehẽngueha mbohapyha og̃uahẽkuri 22 jasypateĩ 1844-pe, ha katu oñembotapykue ári poapy ary pukukue ñemoĩ vai rehe 1856 guive 1863 peve. Pehẽngueha mbohapyha jeju oñembojey 11 jasyporundy 2001-pe. Ary 1863 ojehechauka yma Israel yma guare peteĩha opyta hag̃ua Kades-pe ha umi pa’ẽ poravopyre pa rebelión rupive; ha 11 jasyporundy 2001 ojehechauka Israel yma guare pahaguéva opyta hag̃ua Kades-pe, ha Moisés rebelión rupive. Pe rebelión 1863-pegua ombohechauka pe peteĩha rebelión Kades-pe, oguenohẽva peteĩ ñembojovake mano rehegua desiértope. Pe rebelión 11 jasyporundy 2001-pegua ombohechauka pe pahaguéva rebelión Kades-pe, oguenohẽva Laodicea Adventismo mburuvichakuéra mano.</w:t>
      </w:r>
    </w:p>
    <w:p>
      <w:pPr>
        <w:pStyle w:val="ArticleBody"/>
        <w:jc w:val="left"/>
      </w:pPr>
      <w:r>
        <w:rPr>
          <w:rFonts w:ascii="Times New Roman" w:hAnsi="Times New Roman" w:eastAsia="Times New Roman" w:cs="Times New Roman"/>
        </w:rPr>
        <w:t>Pe ánhel oguejyva’ekue 11 jasypoteĩ 1840-pe, omoñepyrũva’ekue pe ñemongu’e 1840 guive 1844 peve, pe ermána White ohenóiva’ekue peteĩ jehechauka mimbipáva Tupã pu’aka rehegua, ohechauka hag̃ua peteĩ ta’ãnga hag̃ua 11 jasyporundy 2001 ha oikuaaukáva peteĩ jehechauka mimbipáva Tupã pu’aka rehegua.</w:t>
      </w:r>
    </w:p>
    <w:p>
      <w:pPr>
        <w:pStyle w:val="ArticleScripture"/>
        <w:jc w:val="left"/>
      </w:pPr>
      <w:r>
        <w:rPr>
          <w:rFonts w:ascii="Times New Roman" w:hAnsi="Times New Roman" w:eastAsia="Times New Roman" w:cs="Times New Roman"/>
        </w:rPr>
        <w:t>“Pe ánhel ojoajúva oñemboherakuãvo mbohapyha ánhel marandu ndive ohesape hag̃ua opa ko yvy tuichakue heko mimbipa reheve. Ko’ápe oñemombe’u peteĩ tembiapo oguerekótava alcance mundial ha peteĩ pu’aka ndaipóri va’ekueicha. Pe advento ñemongu’e ary 1840–44-pe ha’e va’ekue peteĩ jehechauka hechapyrãva Tupã pu’akagui; peteĩha ánhel marandu ogueraha opa misión renda ko yvy ape ári, ha oĩ va’ekue peteĩhendáicha tetãnguérape pe tuichavéva interés religioso ojehecha va’ekue oimeraẽ tetãme pe Reforma siglo XVI guive; hákatu ko’ã mba’e ojehechaukavétava pe ñemongu’e mbarete guasu reheve pe pahápegua ñe’ẽmondo mbohapyha ánhelgua guýpe.” The Great Controversy, 611.</w:t>
      </w:r>
    </w:p>
    <w:p>
      <w:pPr>
        <w:pStyle w:val="ArticleBody"/>
        <w:jc w:val="left"/>
      </w:pPr>
      <w:r>
        <w:rPr>
          <w:rFonts w:ascii="Times New Roman" w:hAnsi="Times New Roman" w:eastAsia="Times New Roman" w:cs="Times New Roman"/>
        </w:rPr>
        <w:t>Mbohapy peteĩha ángel mbohapyháva guive 22 jasypa 1844-pe (pe peteĩha Cades), ou vaʼekue omohuʼã hag̃ua tembiapo, ha katu Tupã tavaygua oiporavo hag̃ua peteĩ mburuvicha pyahu ha ojevy hag̃ua Egíptope. Ary 1863 peve, haʼekuéra “omopuʼãjey Jericó”, Tupã rembiapópe oike rangue ogueru hag̃ua Jericó murálla hoʼa. Upévare oñemaldesi chupekuéra, omanóva hag̃ua yermope.</w:t>
      </w:r>
    </w:p>
    <w:p>
      <w:pPr>
        <w:pStyle w:val="ArticleScripture"/>
        <w:jc w:val="left"/>
      </w:pPr>
      <w:r>
        <w:rPr>
          <w:rFonts w:ascii="Times New Roman" w:hAnsi="Times New Roman" w:eastAsia="Times New Roman" w:cs="Times New Roman"/>
        </w:rPr>
        <w:t>Ha Josué ojurá chupekuéra upe jave, heʼívo: Toñemaldesi pe kuimbaʼe Ñandejára renondépe, opuʼã ha omopuʼã jeýva ko táva Jericó; itaʼýra ypykue rehe omoĩta huguapy, ha itaʼýra pahaguépe omoñemboʼytáta hokẽnguéra. Josué 6:26.</w:t>
      </w:r>
    </w:p>
    <w:p>
      <w:pPr>
        <w:pStyle w:val="ArticleBody"/>
        <w:jc w:val="left"/>
      </w:pPr>
      <w:r>
        <w:rPr>
          <w:rFonts w:ascii="Times New Roman" w:hAnsi="Times New Roman" w:eastAsia="Times New Roman" w:cs="Times New Roman"/>
        </w:rPr>
        <w:t>Yma Israel yma guare yma Kades peteĩha guápe, ombotovéva Josué ha Caleb marandu, upéicha avei Israel moderno ñepuʼã peteĩha Kadespe (1863), ogueru hiʼári Josué ñeʼẽvai. Pe mbohapyha ánhel ojevy jave 11 jasyporundy 2001-pe (Kades paha), oñepyrũ tembiapo paha, Tupã ogueru mboyve Jericó ha ijyke hag̃ua.</w:t>
      </w:r>
    </w:p>
    <w:p>
      <w:pPr>
        <w:pStyle w:val="ArticleBody"/>
        <w:jc w:val="left"/>
      </w:pPr>
      <w:r>
        <w:rPr>
          <w:rFonts w:ascii="Times New Roman" w:hAnsi="Times New Roman" w:eastAsia="Times New Roman" w:cs="Times New Roman"/>
        </w:rPr>
        <w:t>22 jasypa 1844 ohechauka pe ángel mbohapyha og̃uahẽ hague, ha upéicha avei ohechauka pe domingo pya’e ou hag̃uáva ára pahápe og̃uahẽ hague. 1863 ohechauka pe ángel mbohapyha ñeha’ãrõrã ára paha, oñepyrũva’ekue 22 jasypa 1844-pe. Upévare, 1863 ha’e peteĩ símbolo pe léi domingo pya’e ou hag̃uávagui, Jesucristo akóinte ohechaukágui pe paha pe ñepyrũme. 1863-pe, pe tetã oñemboja’o mokõi atýpe, ha upéicha avei, pe léi domingo-pe, mokõi atýnte ojehechaukáta.</w:t>
      </w:r>
    </w:p>
    <w:p>
      <w:pPr>
        <w:pStyle w:val="ArticleBody"/>
        <w:jc w:val="left"/>
      </w:pPr>
      <w:r>
        <w:rPr>
          <w:rFonts w:ascii="Times New Roman" w:hAnsi="Times New Roman" w:eastAsia="Times New Roman" w:cs="Times New Roman"/>
        </w:rPr>
        <w:t>Pe kueheguetáva mbohapyha ánhel rehegua tembiasakue Millerita-pe oñepyrũ 1844-pe ha opa 1863-pe, ha iñepyrũ ha ipaha, mokõivéva omarkáva umi ára pahápegua arapokõindy léi. Tembiasakue oĩva iñepyrũmby (1844) ha ipaha (1863) mbytépe, oĩ pe ñepu’ã vai pe movimiento Millerita-pe (1856). Upéicha rupi, upe ára guasu oguereko pe “Añetegua” rehegua firma. Jevy Kades-pe mokõiha jey 11 jasyporundy 2001-pe omarka pe ñepyrũ pe proceso de prueba mbohapyha ánhel rehegua, oñemohu’ãva pe arapokõindy léi hi’aguĩvape, ojoguaháicha 1863-pe.</w:t>
      </w:r>
    </w:p>
    <w:p>
      <w:pPr>
        <w:pStyle w:val="ArticleBody"/>
        <w:jc w:val="left"/>
      </w:pPr>
      <w:r>
        <w:rPr>
          <w:rFonts w:ascii="Times New Roman" w:hAnsi="Times New Roman" w:eastAsia="Times New Roman" w:cs="Times New Roman"/>
        </w:rPr>
        <w:t>Pe léi dominical guive peve yvyporakuéra prueba hu’ã peve, Jericó ha i-murallakuéra oñemombóta yvýpe, oñemohenda hag̃ua pe juicio ejecutivo oñemoĩmava Babilonia kuña reko vai ári, ha upéva ojehechauka pe tembiasakuepe. Pe versíkulo cuarenta oñepyrũ 1798-pe, ha opa pe léi dominical oúta hag̃uápe pya’etéma pe versíkulo cuarenta y peteĩme. Pe ára paha 1798-pe ohechauka Tupã iglesiape g̃uarã pe línea interna, oñepyrũvo umi Millerita-kuéra reheve pe peteĩha ánhel rembiapo guive, pe mbohapyha ánhel rembiapo peve ha umi cien cuarenta y cuatro mil peve. Opa mba’e peteĩ versíkulo añóntepe.</w:t>
      </w:r>
    </w:p>
    <w:p>
      <w:pPr>
        <w:pStyle w:val="ArticleBody"/>
        <w:jc w:val="left"/>
      </w:pPr>
      <w:r>
        <w:rPr>
          <w:rFonts w:ascii="Times New Roman" w:hAnsi="Times New Roman" w:eastAsia="Times New Roman" w:cs="Times New Roman"/>
        </w:rPr>
        <w:t>Pe ñorairõ guasu mburuvicha yvatepegua ha mburuvicha yvýpeguáva apytépe oñepyrũ va’ekue mburuvicha yvýpeguáva ojupi jave pu’akápe ary 1798-pe, oguahẽ ipahápe ary 1989-pe, mburuvicha yvýpeguáva oñemboguevívo peteĩ joaju rupive peteĩha poha ha peteĩha poteĩha rréino profecía bíblica-pegua apytégui. Pe ñorairõ mburuvicha yvatepegua ha mburuvicha yvýpeguáva apytépe oñepyrũ va’ekue ary 1798-pe, umi Millerita ohechakuaa va’ekue peteĩ ñorairõramo Roma rehe, ha’e kuéra ohecha rupi upéva ha’eha añónte mokõi mbaretéva ohundiha: paganismo ha papalismo. Pe ñorairõ opa rire ary 1989-pe, umi mbohapy mbaretéva ohundiha oike hikuái upépe, ha upéva omoñepyrũ pe ta’anga profética umi mbohapy mbaretéva ogueraha hag̃ua ko yvy Armagedón-pe, ojehechaukáva geográficamente Daniel 11, versíkulo 45-pe.</w:t>
      </w:r>
    </w:p>
    <w:p>
      <w:pPr>
        <w:pStyle w:val="ArticleBody"/>
        <w:jc w:val="left"/>
      </w:pPr>
      <w:r>
        <w:rPr>
          <w:rFonts w:ascii="Times New Roman" w:hAnsi="Times New Roman" w:eastAsia="Times New Roman" w:cs="Times New Roman"/>
        </w:rPr>
        <w:t>Ñeꞌẽjoaju 40 guive 45 peve ohechauka pe taꞌanga marandu rehegua mbohapy mbarete ogueraháva pe pápa ipahápe umi y mbytépe ha pe yvyty marangatu jegueroviapy porãme. Ojeikuaa porãramo, pe marandu rehegua rembiasakue ojehechaukáva ñeꞌẽjoaju 41-pe, oike umi ñeꞌẽjoaju 41 guive 44 peve.</w:t>
      </w:r>
    </w:p>
    <w:p>
      <w:pPr>
        <w:pStyle w:val="ArticleBody"/>
        <w:jc w:val="left"/>
      </w:pPr>
      <w:r>
        <w:rPr>
          <w:rFonts w:ascii="Times New Roman" w:hAnsi="Times New Roman" w:eastAsia="Times New Roman" w:cs="Times New Roman"/>
        </w:rPr>
        <w:t>Upévare, oñepyrũ hag̃uáicha pe ára paha guive ary 1989-pe, pe mokõiha testígo 1798 reheve, ojehechakuaa hag̃ua ñepyrũha ha paha pe ñorairõme pe mburuvicha yvykatu gotyo gua ha pe mburuvicha yvate gotyo gua apytépe, pe versíkulo cuarenta y uno guive cuarenta y cuatro peve ohechauka pe mbohapy joaju peteĩ papado rehegua, imba'asy vai omano hag̃uáicha pe'áva ojekuera jeýma vaekue; ha pe versíkulo cuarenta y cinco-pe ae ha'e oguahẽ ipahápe. Ko'ã versíkulo, oñembojávo ko perspectiva guive, omoĩ peteĩ tembiasakue oĩva Tupã iglesia okápe, ojehechaukaháicha avei pe relación oĩva apytépe umi siete sello ha umi siete iglesia Libro de Apocalipsis-pe.</w:t>
      </w:r>
    </w:p>
    <w:p>
      <w:pPr>
        <w:pStyle w:val="ArticleBody"/>
        <w:jc w:val="left"/>
      </w:pPr>
      <w:r>
        <w:rPr>
          <w:rFonts w:ascii="Times New Roman" w:hAnsi="Times New Roman" w:eastAsia="Times New Roman" w:cs="Times New Roman"/>
        </w:rPr>
        <w:t>Pe línea tembiasakue maranduhára rembiasakue rehegua ojehechaukáva 1798-pe oguerovia tenonderãite pe juicio investigativo, ha pe línea oñepyrũva upe punto guive 1989-pe oguerovia tenonderãite pe juicio ejecutivo. 1798 omomba’e tenonderãite pe tembiapo mensajero ombosako’íva tape pe Mensajero del Pacto-pe g̃uarã, ha 1989 omomba’e tenonderãite pe tembiapo pe mensajero Elías rehegua.</w:t>
      </w:r>
    </w:p>
    <w:p>
      <w:pPr>
        <w:pStyle w:val="ArticleBody"/>
        <w:jc w:val="left"/>
      </w:pPr>
      <w:r>
        <w:rPr>
          <w:rFonts w:ascii="Times New Roman" w:hAnsi="Times New Roman" w:eastAsia="Times New Roman" w:cs="Times New Roman"/>
        </w:rPr>
        <w:t>Oñepyrũvo guive 1798-pe, araka’e pe kuatiañe’ẽ Daniel rehegua oñemboty’ỹva’ekue, jajuhu pe arandu ñembohetave marandu profética rembiasakue rehegua, upépe Cristo ogueraha Itavayguakuérape peteĩ joaju hag̃ua ñemoĩme’ẽme omboguapýva tapia hag̃uáicha pe joaju opa’ỹva divinidad ha humanidad apytépe. Upe ára paha pegua ñemoĩme’ẽ ojekuaa jeyjey hag̃ua Escritura-kuérape.</w:t>
      </w:r>
    </w:p>
    <w:p>
      <w:pPr>
        <w:pStyle w:val="ArticleScripture"/>
        <w:jc w:val="left"/>
      </w:pPr>
      <w:r>
        <w:rPr>
          <w:rFonts w:ascii="Times New Roman" w:hAnsi="Times New Roman" w:eastAsia="Times New Roman" w:cs="Times New Roman"/>
        </w:rPr>
        <w:t>Péina, oguahẽta ára, he’i Ñandejára, ajapóta hag̃ua peteĩ ñe’ẽme’ẽ pyahu Israel róga ndive, ha Judá róga ndive: ndaha’éi pe ñe’ẽme’ẽ ajapo va’ekue itúva-kuéra ndive, upe árape ajapyhy ramo guare chupekuéra ipo rehe aguahẽ hag̃ua chupekuéra Egipto yvýgui; ha’ekuéra niko omboja’o pe che ñe’ẽme’ẽ, jepe che ha’e va’ekue iména hag̃ua chupekuéra, he’i Ñandejára. Ha ko’ãva hína pe ñe’ẽme’ẽ ajapótava Israel róga ndive; umi ára rire, he’i Ñandejára, amoĩta che léi ipypekuéra, ha ahaita ipy’ápekuéra; ha che ha’éta Ijára kuéra, ha ha’ekuéra hína che retãyguakuéra. Ha avave ndohekombo’evemo’ãi ihógape guápe, ni peteĩteĩ ipehẽnguépe, he’ívo: “Eikuaa Ñandejárape”; opavave niko chekuaáta, michĩvévagui tuichavévape peve, he’i Ñandejára; che aperdonáta rupi hembiapo vaikuére, ha iñangaipa ndachemandu’avemo’ãi hese. Jeremías 31:31–34.</w:t>
      </w:r>
    </w:p>
    <w:p>
      <w:pPr>
        <w:pStyle w:val="ArticleBody"/>
        <w:jc w:val="left"/>
      </w:pPr>
      <w:r>
        <w:rPr>
          <w:rFonts w:ascii="Times New Roman" w:hAnsi="Times New Roman" w:eastAsia="Times New Roman" w:cs="Times New Roman"/>
        </w:rPr>
        <w:t>Maymáva proféta ohechauka umi ára pahápe rehe, ha pe ñe’ẽje’e “ára pahápe”, marandu profesiápe, ohechauka pe ára pukukue huísio rehegua. Pe peteĩha ánhel og̃uahẽkuri ary 1798-pe, ára paha jave, omombeʼu hag̃ua huísio ñepyrũrã ary 1844-pe, upéva avei haʼe umi ára pahápe ñeguahẽ. Umi ára pahápe haʼe Jeremías “ára” oútava, Tupã “operdonáta” hag̃ua pe “tekovai” ha “ndoguerekomoʼãvéima manduʼápe” iñangakuéra hembiporavokuéra rembiapo vai. Upéva Cristo ojapo, Saserdóte Guasu ramo, pe ára antitípico moñyrõ rehegua jave, “umi ára pahápe”.</w:t>
      </w:r>
    </w:p>
    <w:p>
      <w:pPr>
        <w:pStyle w:val="ArticleBody"/>
        <w:jc w:val="left"/>
      </w:pPr>
      <w:r>
        <w:rPr>
          <w:rFonts w:ascii="Times New Roman" w:hAnsi="Times New Roman" w:eastAsia="Times New Roman" w:cs="Times New Roman"/>
        </w:rPr>
        <w:t>Millerita Adventismo oseguerire vaʼekue jerovia rupi oguata hag̃ua pe tesape oñemotenondéva mbohapyha ánhel oguerúva 22 jasypa 1844-pe, upéicharõ haʼekuéra oĩmavaʼerãmoʼãma hógape opa ára g̃uarã Jesús ndive. Kóva heʼise Jeremías heʼívo: “umi ára rire”. “Umi ára” haʼe umi período profético ogueraháva 1844-pe ha upépe opa vaʼekue. Umíva hína umi “ára” Daniel kapítulo doce oñeʼẽha hesekuéra.</w:t>
      </w:r>
    </w:p>
    <w:p>
      <w:pPr>
        <w:pStyle w:val="ArticleScripture"/>
        <w:jc w:val="left"/>
      </w:pPr>
      <w:r>
        <w:rPr>
          <w:rFonts w:ascii="Times New Roman" w:hAnsi="Times New Roman" w:eastAsia="Times New Roman" w:cs="Times New Roman"/>
        </w:rPr>
        <w:t>Ha nde rapére reguata pe pahá peve: nde repytáta hag̃ua pytuʼúpe, ha repuʼãta nde rérarãme ára paha apýrape. Daniel 12:13.</w:t>
      </w:r>
    </w:p>
    <w:p>
      <w:pPr>
        <w:pStyle w:val="ArticleBody"/>
        <w:jc w:val="left"/>
      </w:pPr>
      <w:r>
        <w:rPr>
          <w:rFonts w:ascii="Times New Roman" w:hAnsi="Times New Roman" w:eastAsia="Times New Roman" w:cs="Times New Roman"/>
        </w:rPr>
        <w:t>“Ára pahápe”, térã Jeremías he’iháicha, “umi ára rire”, Cristo omohenda omoĩ hag̃ua Hembiapoukapy Itavayguakuéra pype, ha ohai hag̃ua Hembiapoukapy korasõ ári. Umi “pype” he’iséva pe teko yvýpeguáva, térã Pablo ohenóiháicha, pe to’o; ha pe korasõ katu he’ise pe teko yvatevéva. Pe pacto opromete ome’ẽtaha Itavayguakuérape peteĩ apytu’ũ pyahu iñekonversiónpe, ha peteĩ tete pyahu Jeju Mokõihápe. Yvypóra ho’a Adán ndive, upe ojejapóva’ekue Tupã ra’ãngáicha, ha ojejapóva’ekue peteĩ teko yvatevéva ha peteĩ teko yvýpeguáva reheve. Cristo pacto niko ñepyrũrã ojogueraha hag̃ua yvypórape, heko mokõivéva reheve, angaipa ñe’ẽmbyasygui.</w:t>
      </w:r>
    </w:p>
    <w:p>
      <w:pPr>
        <w:pStyle w:val="ArticleScripture"/>
        <w:jc w:val="left"/>
      </w:pPr>
      <w:r>
        <w:rPr>
          <w:rFonts w:ascii="Times New Roman" w:hAnsi="Times New Roman" w:eastAsia="Times New Roman" w:cs="Times New Roman"/>
        </w:rPr>
        <w:t>“Ko yvy rembiasakue pahápe, Tupã ñeme’ẽ ñembopyahu va’erã umi ijeheguigua hembiapoukapy rehegua ndive. ‘Upe árape ajapóta hendivekuéra peteĩ ñe’ẽme’ẽ mymbakuéra ñúmegua ndive, ha guyra yvágapegua ndive, ha umi mba’e oñemongu’éva yvýre ndive; ha amopẽta yvy ári arco, kyse puku ha ñorairõ; ha ajapóta chupekuéra opytu’u hag̃ua tekorosãme. Ha rome’ẽta chéve ne rembirekorã opa ára g̃uarã; heẽ, rome’ẽta chéve ne rembirekorã tekojoja, huísio, mborayhu porã ha poriahuvereko reheve. Ha rome’ẽta chéve ne rembirekorã jerovia hag̃ua; ha reikuaáta Ñandejárape.’”</w:t>
      </w:r>
    </w:p>
    <w:p>
      <w:pPr>
        <w:pStyle w:val="ArticleScripture"/>
        <w:jc w:val="left"/>
      </w:pPr>
      <w:r>
        <w:rPr>
          <w:rFonts w:ascii="Times New Roman" w:hAnsi="Times New Roman" w:eastAsia="Times New Roman" w:cs="Times New Roman"/>
        </w:rPr>
        <w:t>“‘Ha oikóta upe árape, che ahendúta, he’i Ñandejára, ahendúta yvágape, ha ha’e kuéra ohendúta yvýpe; ha yvy ohendúta trígope, vínope ha aséitepe; ha ha’e kuéra ohendúta Jezreel-pe. Ha che añotỹta chupe che rérape yvýpe; ha aiporiahurerekóta upe ndohupytýiva’ekue poriahuvereko; ha ha’éta umi ndaha’éiva’ekuépe che retãgua: Nde hína che retãgua; ha ha’e kuéra he’íta: Nde hína che Jára.’ Oseas 2:14-23.”</w:t>
      </w:r>
    </w:p>
    <w:p>
      <w:pPr>
        <w:pStyle w:val="ArticleScripture"/>
        <w:jc w:val="left"/>
      </w:pPr>
      <w:r>
        <w:rPr>
          <w:rFonts w:ascii="Times New Roman" w:hAnsi="Times New Roman" w:eastAsia="Times New Roman" w:cs="Times New Roman"/>
        </w:rPr>
        <w:t>“‘Upe árape,... umi hembýva Israel-gua ha umi okañýva Jacob róga pegua,... opytáta Ñandejára rehe, Israel Marangatu, añetetépe.’ Isaías 10:20. ‘Opa tetã, ha ñemoñare, ha ñe’ẽ, ha tavayguakuéragui’ oĩta umi vy’ápe ombohováiva pe marandu: ‘Pekyhyje Tupãgui, ha peme’ẽ chupe mborayhuete; pe huísio aravo oguahẽma rupi.’ Ohejátane opa ta’ãnga gua’u ombojoajúva chupekuéra ko yvýre, ha ‘omyasãi joáta pe ojapóva yvága, ha yvy, ha yguasu, ha yvu ykua.’ Ojepe’áta hikuái opa mba’e ojokóva chuguikuéra, ha opu’ãta ko yvy arigua renondépe Tupã poriahuvereko mandu’arãicha. Oñemoĩvo opa mba’e Tupã ojeruréva poguýpe, umi ánhelkuéra ha avakuéra oikuaáta chupekuéra umi ‘oguerekóva Tupã rembiapoukapy, ha Jesús jerovia.’ Apocalipsis 14:6–7, 12.”</w:t>
      </w:r>
    </w:p>
    <w:p>
      <w:pPr>
        <w:pStyle w:val="ArticleScripture"/>
        <w:jc w:val="left"/>
      </w:pPr>
      <w:r>
        <w:rPr>
          <w:rFonts w:ascii="Times New Roman" w:hAnsi="Times New Roman" w:eastAsia="Times New Roman" w:cs="Times New Roman"/>
        </w:rPr>
        <w:t>“‘Péina, og̃uahẽta ára, he’i Ñandejára, pe arador ohupytytaha pe mbytyhárape, ha pe uva pyrũhára pe ñemitỹhárape; ha umi yvyty osyryryta káguĩ he’ẽ asýva, ha opa umi cerro oñemboykéta. Ha ambou jeýta che retã Israelgua ñembyasy; ha ha’ekuéra omopu’ãta umi táva oñehundíva, ha oikóta ipypekuéra; oñotỹta parral, ha o’úta hi’aguĩ; ojapóta avei huerta, ha ho’úta hi’a. Ha che añotỹta chupekuéra ijyvýpe, ha araka’eve ndojehekýimo’ãvéi ijyvýgui ame’ẽ va’ekue chupekuéra, he’i Ñandejára nde Jára. Amós 9:13–15.’” Review and Herald, 26 de febrero de 1914.</w:t>
      </w:r>
    </w:p>
    <w:p>
      <w:pPr>
        <w:pStyle w:val="ArticleBody"/>
        <w:jc w:val="left"/>
      </w:pPr>
      <w:r>
        <w:rPr>
          <w:rFonts w:ascii="Times New Roman" w:hAnsi="Times New Roman" w:eastAsia="Times New Roman" w:cs="Times New Roman"/>
        </w:rPr>
        <w:t>Jeremías he’i vove “umi ára rire”, umi “ára” oikova’ekue mboyve pe tembiapo ojehechaukáva Cristo ou pya’e hag̃ua Itupãópe omopotĩ hag̃ua chupe, ha’e umi ára profétikova opáva’ekue ary 1798 ha 1844-pe. Umi ára profétikova paha (umi período) ombojegua pe irundypa seis ary Cristo omopu’ã hague pe tupão Millerita; ha oúvo pya’e 22 jasypa 1844-pe, Ha’e omboajehína kuri Malaquías mbohapyha kapítulo, upe omboaje va’ekue avei omopotĩ ramo guare pe tupão Iministerio ñepyrũme ha ipahápe.</w:t>
      </w:r>
    </w:p>
    <w:p>
      <w:pPr>
        <w:pStyle w:val="ArticleScripture"/>
        <w:jc w:val="left"/>
      </w:pPr>
      <w:r>
        <w:rPr>
          <w:rFonts w:ascii="Times New Roman" w:hAnsi="Times New Roman" w:eastAsia="Times New Roman" w:cs="Times New Roman"/>
        </w:rPr>
        <w:t>“Omopotĩvo pe témplo umi ojoguáva ha ovendéva ko yvy ariguáigui, Jesús oikuaauka Imba’apoha omopotĩ hag̃ua pe korasõ angaipágui oñemongy’ávagui,—umi mba’e ojeipotáva ko yvy arigua, umi tembiapoukapy jeheguigua, umi jepokuaa vai, omongy’áva pe ánga. Malaquías 3:1–3 oñecita.” The Desire of Ages, 161.</w:t>
      </w:r>
    </w:p>
    <w:p>
      <w:pPr>
        <w:pStyle w:val="ArticleBody"/>
        <w:jc w:val="left"/>
      </w:pPr>
      <w:r>
        <w:rPr>
          <w:rFonts w:ascii="Times New Roman" w:hAnsi="Times New Roman" w:eastAsia="Times New Roman" w:cs="Times New Roman"/>
        </w:rPr>
        <w:t>Ha “umi ára rire”, Cristo oipotákuri omopotĩ pe tupa ha’e omopu’ãva’ekue, upéva orrepresentáva hembiapo omopotĩvo ipypekuéra ikorasõnguéra angaipa ky’águi, térã Jeremías he’iháicha, ohai hag̃ua ilei ikorasõ ári ha hi’akãmeguápe.</w:t>
      </w:r>
    </w:p>
    <w:p>
      <w:pPr>
        <w:pStyle w:val="ArticleScripture"/>
        <w:jc w:val="left"/>
      </w:pPr>
      <w:r>
        <w:rPr>
          <w:rFonts w:ascii="Times New Roman" w:hAnsi="Times New Roman" w:eastAsia="Times New Roman" w:cs="Times New Roman"/>
        </w:rPr>
        <w:t>Oikuaávo hesekuéra jejavy, he’i: Péina, oguahẽta ára, he’i Ñandejára, ajapóta hag̃ua peteĩ ñe’ẽme’ẽ pyahu Israel róga ndive ha Judá róga ndive; ndaha’éi pe ñe’ẽme’ẽ ajapo va’ekue itúva kuéra ndive upe árape ajapyhy ramo guare chupekuéra ipo rehe aguaha hag̃ua chupekuéra Egipto yvýgui; ha’ekuéra ningo ndoikovéi va’ekue che ñe’ẽme’ẽme, ha che namomba’éi chupekuéra, he’i Ñandejára. Kóva hína pe ñe’ẽme’ẽ ajapótava Israel róga ndive umi ára rire, he’i Ñandejára; amoĩta che léi kuéra imanduʼápe, ha ahaita ipyʼapýpe: ha che ha’éta chupekuéra Tupã, ha ha’ekuéra che retãta hag̃ua. Hebreos 8:8–10.</w:t>
      </w:r>
    </w:p>
    <w:p>
      <w:pPr>
        <w:pStyle w:val="ArticleBody"/>
        <w:jc w:val="left"/>
      </w:pPr>
      <w:r>
        <w:rPr>
          <w:rFonts w:ascii="Times New Roman" w:hAnsi="Times New Roman" w:eastAsia="Times New Roman" w:cs="Times New Roman"/>
        </w:rPr>
        <w:t>Pe’ẽnguéra “umi ára” ha’e kuri Daniel rembiasa “umi ára paha”, opa va’ekue 1798 ha 1844-pe. Pe línea pe hatĩ protestánte rehegua oñepyrũva 1798-pe, Daniel 11, versíkulo 40-pe, omomba’eguasu pe joaju ñe’ẽme’ẽ rehegua oñemopyendáva umi cien cuarenta y cuatro mil ndive. Pe ñe’ẽ hebreo “suerte” he’ise peteĩ ita michĩva ojeporúva ojekuaa hag̃ua maymáva destino. Daniel-pe oñeñe’ẽ va’ekue toho ha topytu’u hag̃ua (mano-pe), peve “umi ára paha”, upérõ, 1844-pe, pe huísio oñepyrũta ha idestino ojedetermináta.</w:t>
      </w:r>
    </w:p>
    <w:p>
      <w:pPr>
        <w:pStyle w:val="ArticleScripture"/>
        <w:jc w:val="left"/>
      </w:pPr>
      <w:r>
        <w:rPr>
          <w:rFonts w:ascii="Times New Roman" w:hAnsi="Times New Roman" w:eastAsia="Times New Roman" w:cs="Times New Roman"/>
        </w:rPr>
        <w:t>Ha nde reho nde rape rupi pe pahá peve; nde ningo repytáta repytuʼúvo, ha repuʼãta ne rérãme ára pahápe. Daniel 12:13.</w:t>
      </w:r>
    </w:p>
    <w:p>
      <w:pPr>
        <w:pStyle w:val="ArticleBody"/>
        <w:jc w:val="left"/>
      </w:pPr>
      <w:r>
        <w:rPr>
          <w:rFonts w:ascii="Times New Roman" w:hAnsi="Times New Roman" w:eastAsia="Times New Roman" w:cs="Times New Roman"/>
        </w:rPr>
        <w:t>Umi “ára” pe “opa ára” rehegua, ohechauka umi profesía ára rehegua opa vaʼekue 1844-pe, upéi guive ningo ndaiporimoʼãi véima tiempo profético. Umi mokõi mil trescientos ary, haʼéva pe visión marʼah, heʼiséva Cristo ojehechauka pyaʼeha Isantuariope, upéva upérõ opa; ha umi mokõi mil quinientos veinte ary pe pahague indignación rehegua avei opa, peteĩchaite umi ára pe primera indignación rehegua oparõ guare pe tiempo del fin-pe 1798-pe. “Umi ára rire,” heʼiháicha Jeremías, upéi oñeñeʼẽ hese Pablo rupive. Pablo omombeʼu Jeremías remiandu “umi ára rire” rehegua mokõi jey, Pablo ndohupytýi hag̃uánte pe pacto oñemoĩ vaʼerã “umi ára rire,” síno, iñimportantevéva, oikuaaukahína Cristo rembiapo Sacerdote Guasúramo.</w:t>
      </w:r>
    </w:p>
    <w:p>
      <w:pPr>
        <w:pStyle w:val="ArticleScripture"/>
        <w:jc w:val="left"/>
      </w:pPr>
      <w:r>
        <w:rPr>
          <w:rFonts w:ascii="Times New Roman" w:hAnsi="Times New Roman" w:eastAsia="Times New Roman" w:cs="Times New Roman"/>
        </w:rPr>
        <w:t>Peteĩ ofrénda rupive ha’e omboaguije opa ára guarã umi oñembosanto va’ekuépe. Ha Espíritu Santo avei otestifika ñandéve; he’íma rire voi: Kóva hína pe pacto ajapótava hendivekuéra umi ára rire, he’i Ñandejára, Amoĩta che léi kuéra ipy’akuérape, ha ikuérape ahaitéta umi léi; ha hembiapo vai ha heko añáva na che mandu’avemo’ãi hese kuéra. Ko’ág̃a, moõhápe oĩ ramo ko’ãva jeheja, ndaipórivéima ofrénda angaipa rehe guarã. Upévare, che ryvy kuéra, ñande py’a guasu hag̃ua jahike hag̃ua pe Lugar Santísimo-pe Jesús ruguy rupive, peteĩ tape pyahu ha oikovéva rupive, ha’e omomarangatu va’ekue ñandéve guarã pe ao ñemokañy rupi, péva he’iséva, hete; ha jaikóvo peteĩ Pa’i Guasu reheve Tupã róga ári. Hebreos 10:14–21.</w:t>
      </w:r>
    </w:p>
    <w:p>
      <w:pPr>
        <w:pStyle w:val="ArticleBody"/>
        <w:jc w:val="left"/>
      </w:pPr>
      <w:r>
        <w:rPr>
          <w:rFonts w:ascii="Times New Roman" w:hAnsi="Times New Roman" w:eastAsia="Times New Roman" w:cs="Times New Roman"/>
        </w:rPr>
        <w:t>Mokõipa ha mokõi ary ohupytýva joaju hag̃ua Cristo jehechaukaha rehegua marah visión profesía ndive, mokõi su ha po mokõi pa ary profesía rehegua chazon visión, oñe’ẽva tembiasakue profesiagua rehe, ombojoaju térã omosarambi umi mokõi período profesiagua ñepyrũ, peteĩ joaju simbóliko rupive ohechaukáva yvyporakuéra ha divinida oñembojoajuha, ha upéva hína pe tembiapo Cristo omohu’ãva pe ñemopotĩ oikóva mbohapyha ánhel rembiapo aja, ha upéva ogueru pe pacto Ha’e ojapóva umi cien cuarenta y cuatro mil ndive.</w:t>
      </w:r>
    </w:p>
    <w:p>
      <w:pPr>
        <w:pStyle w:val="ArticleBody"/>
        <w:jc w:val="left"/>
      </w:pPr>
      <w:r>
        <w:rPr>
          <w:rFonts w:ascii="Times New Roman" w:hAnsi="Times New Roman" w:eastAsia="Times New Roman" w:cs="Times New Roman"/>
        </w:rPr>
        <w:t>Pe chazon jehecha, ohechaukáva pe tupão oñembohuguáiha, ha’e yvyporakuéra rehegua jehecha oñembohuguáiva angaipa rupi, Adán opu’ã guive Jardín de Edén-pe; ha pe marah jehecha, ohechaukáva Cristo rembiapo omyatyro ha omopotĩ jeývo pe tupão, mokõivéva oñekumpli 22 jasypa ary 1844-pe. Oĩ mokõi profecía dos mil quinientos veinte ary pukukue Ñandejára pochy rehegua, ohechaukáva pe ehérsito ha pe santuario oñembohuguáiha.</w:t>
      </w:r>
    </w:p>
    <w:p>
      <w:pPr>
        <w:pStyle w:val="ArticleBody"/>
        <w:jc w:val="left"/>
      </w:pPr>
      <w:r>
        <w:rPr>
          <w:rFonts w:ascii="Times New Roman" w:hAnsi="Times New Roman" w:eastAsia="Times New Roman" w:cs="Times New Roman"/>
        </w:rPr>
        <w:t>Mokõivéva profecía ohechauka yvypórape oñembohory ha oñemombu, upéva ojejey hag̃ua oñemyatyrõ pe visión marah rupive. Mokõi upe ñeñandu vai Tupãgui Itavayguakuéra rehe ohechauka upe ñeñandu vai oguejýva yvypóra hoʼapývare, ha upéva ikatu hag̃uánte oñesalva ha oñemyatyrõ Cristo rembiapo rupive, omoñepyrũjey ha omopotĩvo pe tupao hoʼapýva.</w:t>
      </w:r>
    </w:p>
    <w:p>
      <w:pPr>
        <w:pStyle w:val="ArticleBody"/>
        <w:jc w:val="left"/>
      </w:pPr>
      <w:r>
        <w:rPr>
          <w:rFonts w:ascii="Times New Roman" w:hAnsi="Times New Roman" w:eastAsia="Times New Roman" w:cs="Times New Roman"/>
        </w:rPr>
        <w:t>Mokõi pochy ohechauka yvypóra rekotevẽ yvate ha rekotevẽ yvýpeguáva. Adán ho’a ramo guare, pe rekotevẽ yvýpeguáva ojapyhy pe mburuvicha hag̃ua pe rekotevẽ yvate ári, ha Cristo rembiapo yvypórape guarãva niko va’ekue pe rekotevẽ yvate toñangareko ha toguereko poguýpe pe rekotevẽ yvýpeguáva. Adán ho’a ramo guare, pe rekotevẽ yvate oñeme’ẽ pe rekotevẽ yvýpeguáva rembipota vai poguýpe, ha upéicha Ñandejára remimo’ã oñembojevýkuri. Kóva hína he’iséva bíblicamente “conversión”. Ojeconvertívo he’ise pe rekotevẽ yvate oñemyatyrõjevy hag̃ua iñakãrapu’ã rendápe, ikatu hag̃uáicha oguereko jey poguýpe pe rekotevẽ yvýpeguáva. Oconverti hag̃ua he’ise ombojere jey térã omoĩ hag̃ua akã yvýre.</w:t>
      </w:r>
    </w:p>
    <w:p>
      <w:pPr>
        <w:pStyle w:val="ArticleBody"/>
        <w:jc w:val="left"/>
      </w:pPr>
      <w:r>
        <w:rPr>
          <w:rFonts w:ascii="Times New Roman" w:hAnsi="Times New Roman" w:eastAsia="Times New Roman" w:cs="Times New Roman"/>
        </w:rPr>
        <w:t>Pe ñemyrõ peteĩha pe tetãnguéra yvate gotyo rehegua, ha’e vaekue pe ñemyrõ pe tekove reko guývagui oñemoĩva’ekue pe tekove reko yvatevéva ári pe je’a jave. Upe ñemyrõ ou raẽ, Cristo ogueraha pe tembiapo ñepysyrõ rehegua upe hendápe voi oñepyrũ haguépe ypy guive, ha upépe oñepyrũ vaekue pe tekove reko guýva rembota reheve, ha upéva vaekue tembi’u rembota. Cristo oñepyrũ hembiapo mokõi cuarenta ára jekaru’ỹme.</w:t>
      </w:r>
    </w:p>
    <w:p>
      <w:pPr>
        <w:pStyle w:val="ArticleScripture"/>
        <w:jc w:val="left"/>
      </w:pPr>
      <w:r>
        <w:rPr>
          <w:rFonts w:ascii="Times New Roman" w:hAnsi="Times New Roman" w:eastAsia="Times New Roman" w:cs="Times New Roman"/>
        </w:rPr>
        <w:t>“Cristo oikuaa porã hague, pe plan de salvación oñemotenonde hag̃ua hekopete, ha’e tekotevẽha omoñepyrũ tembiapo yvypórape ojepysyrõ hag̃ua upe tendaite guive oñepyrũhágui ñehundi. Adán ho’a tembi’u potareípe ojejepytasógui. Ikatu hag̃uáicha ojehechauka yvypórape hembiaporã teeha oñeñe’ẽrendu hag̃ua Tupã léipe, Cristo omoñepyrũ hembiapo jeguerujey rehegua omoambuévo yvypóra rete jepokuaa. Tekoporãgui jeguejy ha yvypóra ñemoñañuã vai tuicha hag̃uáicha oiko, hetave mba’ére, tembi’u pota vai oñemomorã rupi.” Testimonies, volúmen 3, 486.</w:t>
      </w:r>
    </w:p>
    <w:p>
      <w:pPr>
        <w:pStyle w:val="ArticleBody"/>
        <w:jc w:val="left"/>
      </w:pPr>
      <w:r>
        <w:rPr>
          <w:rFonts w:ascii="Times New Roman" w:hAnsi="Times New Roman" w:eastAsia="Times New Roman" w:cs="Times New Roman"/>
        </w:rPr>
        <w:t>Pe mokõiha pochy oĩ va’ekue pe tekove yvateguáre, ojehechaukáva pe ñemburuvicha guasu ñemby gotyopeguáre, upépe oĩháme Jerusalén, pe táva Tupã oiporavo va’ekue omoĩ hag̃ua héra. 22 jasypa, 1844-pe pe tembiapo Cristo ojapose va’ekue, ha pe tembiapo Ha’e ko’ág̃a oguerojapohína, ojehechauka Ezequiel mokõi yvyra rupive.</w:t>
      </w:r>
    </w:p>
    <w:p>
      <w:pPr>
        <w:pStyle w:val="ArticleBody"/>
        <w:jc w:val="left"/>
      </w:pPr>
      <w:r>
        <w:rPr>
          <w:rFonts w:ascii="Times New Roman" w:hAnsi="Times New Roman" w:eastAsia="Times New Roman" w:cs="Times New Roman"/>
        </w:rPr>
        <w:t>Ezequiel mokõi yvyra oñembojoajúvo peteĩnte yvýrape opa ára g̃uarã, upéva ohechauka pe ñemoĩmby oĩhápe Cristo oipe’a angaipa Itavayguakuéragui opa ára g̃uarã, ha pe teko yvatevéva ha pe teko iguývéva oñemoĩjey hendápe, hekopete peteĩ mburuvicharãicha ñemohenda rupi, ha kuimba’e kuéra oiko jey oñondivepaite. Pe tekojevy’ỹme, pe teko iguývéva yvypóra rehegua, ojehechaukáva pe pochy peteĩha rupive, ogoverna pe teko yvatevéva yvypóra rehegua ári, ojehechaukáva pe pochy pahague rupive. Upévare, pe pochy peteĩha oĩkuri pe mburuvichakuéra retã yvategua rehe, oĩva yvy ape ári “ári” pe mburuvichakuéra retã ñembyguágui.</w:t>
      </w:r>
    </w:p>
    <w:p>
      <w:pPr>
        <w:pStyle w:val="ArticleBody"/>
        <w:jc w:val="left"/>
      </w:pPr>
      <w:r>
        <w:rPr>
          <w:rFonts w:ascii="Times New Roman" w:hAnsi="Times New Roman" w:eastAsia="Times New Roman" w:cs="Times New Roman"/>
        </w:rPr>
        <w:t>Mokõipa mokõi aravo ypa’ũ guive oñembojoajúva umi mokõi visión, marah ha chazon, tekotevẽha divina ha humana rehe, iñepyrũ joaju hag̃uáicha, oñemboaty mokõivéva peteĩ yvyra-pe Cristo omohu’ã jave mbohapyha ánhel rembiapo umi cien cuarenta y cuatro mil ndive. Kóva ha’e pe profecía pe pochy paha rehegua mburuvicha guasu ñembyamérigua ári, oñembojoajúva pe profecía jehechauka rehegua 1844-pe, pe ñe’ẽme’ẽgui ome’ẽ rupi peteĩ apytu’ũ pyahu ñekonvertívo, ha pe tete pyahu katu (pe reino yvategua) oñemyatyrõ jeýnte pe jujevy mokõiha-pe, peteĩ sapy’aitépe, tesa pirĩháicha.</w:t>
      </w:r>
    </w:p>
    <w:p>
      <w:pPr>
        <w:pStyle w:val="ArticleBody"/>
        <w:jc w:val="left"/>
      </w:pPr>
      <w:r>
        <w:rPr>
          <w:rFonts w:ascii="Times New Roman" w:hAnsi="Times New Roman" w:eastAsia="Times New Roman" w:cs="Times New Roman"/>
        </w:rPr>
        <w:t>Daniel 11:40-pe ohechauka mokõive “ara paha”; ha péicha ojapóvo omomba’e guasu peteĩ línea profética hyepypegua ha okapegua oĩva pe historia ryepýpe pe mymba yvygua rehegua, Ojejuhúva Apocalipsis kapítulo 13-pe. Umi añetegua ojeipe’áva pe versículo-pe oguerovia mokõivéva, umi línea añetegua hyepypegua ha okapegua, Cristo ou va’ekue ohechakuaa ha omohu’ã hag̃ua Itavayguakuéra apytépe. Pe añetegua he’íva yvypóra, oñembojoajúvo Tupã reko ndive, ndojejavýiha, ojehechauka pe tesape ojoajúva pe kuaapy ojeipe’a haguére; ha upéva orrepresenta Tupã tavayguakuéra añetegua hyepypegua umi ára pahápe. Pe tesape ojehechaukáva pe ñorairõ rupive umi mbarete ogueraháva ko yvy Armagedón-pe, ha’e Tupã tavayguakuéra añetegua okapegua umi ára pahápe.</w:t>
      </w:r>
    </w:p>
    <w:p>
      <w:pPr>
        <w:pStyle w:val="ArticleBody"/>
        <w:jc w:val="left"/>
      </w:pPr>
      <w:r>
        <w:rPr>
          <w:rFonts w:ascii="Times New Roman" w:hAnsi="Times New Roman" w:eastAsia="Times New Roman" w:cs="Times New Roman"/>
        </w:rPr>
        <w:t>Jaguatakéta ko ñamoĩve hag̃ua ko ñehesa’ỹijo pe artículo oúvape.</w:t>
      </w:r>
    </w:p>
    <w:p>
      <w:pPr>
        <w:pStyle w:val="ArticleScripture"/>
        <w:jc w:val="left"/>
      </w:pPr>
      <w:r>
        <w:rPr>
          <w:rFonts w:ascii="Times New Roman" w:hAnsi="Times New Roman" w:eastAsia="Times New Roman" w:cs="Times New Roman"/>
        </w:rPr>
        <w:t>Ha upéi ou jeýma chéve jeyu hese, he'ívo: Avei nde, yvypóra ra'y, ejapyhy peteĩ yvyra, ha ehai hi'ári: Judá rehehápe, ha Israel ra'ykuéra iñirũnguérape guarã; upéi ejapyhy ambue yvyra, ha ehai hi'ári: José rehehápe, Efraín yvyra, ha opa Israel róga iñirũnguérape guarã; ha embojoaju peteĩre ambuéndi, peteĩnte hag̃ua; ha oikóta peteĩnte nde pópe. Ha ne retãyguakuéra ta ndeporandu vove, he'ívo: Nerehechaukamo'ãi piko oréve mba'épa he'ise ko'ãva? Ere chupekuéra: Péicha he'i Ñandejára Tupã; Péina, che ajapyhýta José yvyra, oĩva Efraín pópe, ha Israel ñemoñarekuéra iñirũnguéra, ha amoĩta hendive, Judá yvyra ndive, ha ajapóta chuguikuéra peteĩ yvyra, ha ha'éta peteĩnte che pópe. Ha umi yvyra rehápe rehai va'ekue oĩta nde pópe hesakuéra renondépe. Ha ere chupekuéra: Péicha he'i Ñandejára Tupã; Péina, che ajapyhýta Israel ra'ykuérape umi tetã ambue apytégui, moõpa oho hikuái, ha ambyatýta chupekuéra opa lado guive, ha aguerúta chupekuéra ijyvýteépe: Ha ajapóta chuguikuéra peteĩ tetã pe yvýpe, Israel yvytýru ári; ha peteĩ mburuvicha guasu añoite oikóta mburuvicha guasu chupekuéra opavavépe; ha ndoikovéimo'ã mokõi tetã ramo, ha noñemboja'ovéimo'ã mokõi rréino ramo araka'eve: Ndoikovéimo'ã avei oñemongy'a ta'ãnga rei rupive, ni mba'e jeguaru hag̃ua rupive, ni peteĩve hembiapo vai rupive; ha che aipe'áta chupekuéra opa hendágui oiko hague, moõpa opeka hikuái, ha amopotĩta chupekuéra; upéicha ha'éta hikuái che retãygua, ha che ha'éta itupã. Ha David, che rembiguái, oikóta mburuvicha guasu hi'árikuéra; ha opavave oguerekóta peteĩ pastor añoite: oguatáta avei che rembiapoukapykuérape, ha oñatende che léipe, ha ojapóta umíva. Ha oikóta hikuái pe yvýpe che ame'ẽ va'ekue Jacob, che rembiguáipe, pende ru ypykuéra oiko haguépe; ha oikóta upépe, ha'ekuéra, ha ita'yrakuéra, ha ita'yrakuéra ra'ykuéra opa ára guarã; ha David, che rembiguái, oikóta huvicha ramo hesekuéra opa ára guarã. Avei ajapóta hendivekuéra peteĩ py'aguapy ñe'ẽme'ẽ; ha'éta peteĩ ñe'ẽme'ẽ opa'ỹva hendivekuéra; ha amoĩta chupekuéra, ha ambohetavéta chupekuéra, ha amoĩta che tupaóga mbytepekuéra opa ára guarã. Che róga karanda'y guýpe oĩta avei hendivekuéra; heẽ, che ha'éta itupã, ha ha'ekuéra ha'éta che retãygua. Ha umi tetã ambue oikuaáta che, Ñandejára, amomarangatuha Israélpe, che tupaóga oĩ jave mbytepekuéra opa ára guarã. Ezequiel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 Mokõipa Poteĩ Su Mokõipa Po hag̃ua hag̃ua Peguáva</dc:title>
  <dc:subject>Ojepe’a mba’eprofétika he’iséva: oñehesa’ỹijo Daniel 11:40 ha mba’éichapa upéva oguereko he’iséva kristianismo ko’ag̃aguápe hag̃ua</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