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Peteĩsa Po Mokõi Paapy Siete hag̃ua</w:t>
      </w:r>
    </w:p>
    <w:p>
      <w:pPr>
        <w:pStyle w:val="ArticleSubtitle"/>
        <w:jc w:val="left"/>
      </w:pPr>
      <w:r>
        <w:rPr>
          <w:rFonts w:ascii="Arial" w:hAnsi="Arial" w:eastAsia="Arial" w:cs="Arial"/>
        </w:rPr>
        <w:t>Ojekuaa hag̃ua pe Ñembojoaju Vai rehegua Mba’e’etéva Profétika: Hesakãmby Isaías-gui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Pe dragón rehegua marandu-profético reko tee ha’e joaju hag̃ua peteĩ aty guasúpe, Isaías ohechauka haguéicha.</w:t>
      </w:r>
    </w:p>
    <w:p>
      <w:pPr>
        <w:pStyle w:val="ArticleScripture"/>
        <w:jc w:val="left"/>
      </w:pPr>
      <w:r>
        <w:rPr>
          <w:rFonts w:ascii="Times New Roman" w:hAnsi="Times New Roman" w:eastAsia="Times New Roman" w:cs="Times New Roman"/>
        </w:rPr>
        <w:t>Peñembojoaju, peẽ tetãnguéra, ha peñemopẽmbáta; pehendúke, mayma mombyrygua retãygua: peñeku'a mbarete, ha peñemopẽmbáta; peñeku'a mbarete, ha peñemopẽmbáta. Peñomongeta hag̃ua oñondive, ha opa hag̃uáicha rei; peñe’ẽ peteĩ ñe’ẽ, ha ndoikomo’ãi: Ñandejára oĩ ñanendive niko. Ñandejára he’i chéve kóicha ipo mbaretépe, ha chembo’e ani hag̃ua aguata ko tetãgua rape rupi, he’ívo: Ani peje: “Joaju”, opa umi ko tetãgua he’ívape: “Joaju”; ani hag̃ua pekyhyje ha’ekuéra okyhyjévare, ni peñemondýi. Pembotuicha marangatu Ñandejára ipu’akapáva voi; ha ta’e’ẽ peẽme peẽ pekyhyjéva, ha ta’e’ẽ peẽme peẽ peñemondýiva. Ha’e ha’éta peteĩ tenda marangatu; ha katu mokõivéva Israel róga hag̃ua peteĩ ita ñepysoha, ha peteĩ ita guasu omoñepysãngáva hag̃ua, peteĩ ñuhã ha peteĩ ñuhãity Jerusalénpe oikóva guivépe. Ha heta ijapyteguágui oñepysangáta, ho’áta, oñemopẽta, oñeñuhãta ha ojapyhýta. Eñongatu porã pe testimónio, emboty hag̃ua pe léi che remimbo’ekuérape apytépe. Isaías 8:9–16.</w:t>
      </w:r>
    </w:p>
    <w:p>
      <w:pPr>
        <w:pStyle w:val="ArticleBody"/>
        <w:jc w:val="left"/>
      </w:pPr>
      <w:r>
        <w:rPr>
          <w:rFonts w:ascii="Times New Roman" w:hAnsi="Times New Roman" w:eastAsia="Times New Roman" w:cs="Times New Roman"/>
        </w:rPr>
        <w:t>Ára pahápe, umi cien cuarenta y cuatro mil oñemarka hag̃ua pe tiempo de sellamiento-pe, Isaías he’i jave: “Embojoaju pe testimonio, emoseguro pe léi che remimbo’ékuéra apytépe”, oĩ peteĩ “joaju vai” ko yvy ape ári. Tuicha mba’e ñantende hag̃ua pe tembiasakue Estados Unidos-pegua, ogueraháva pe léi domingo peve, ohechauka hag̃ua peteĩ ta’anga tenonderã umi mismo mba’e oikótava nivel mundial-pe.</w:t>
      </w:r>
    </w:p>
    <w:p>
      <w:pPr>
        <w:pStyle w:val="ArticleScripture"/>
        <w:jc w:val="left"/>
      </w:pPr>
      <w:r>
        <w:rPr>
          <w:rFonts w:ascii="Times New Roman" w:hAnsi="Times New Roman" w:eastAsia="Times New Roman" w:cs="Times New Roman"/>
        </w:rPr>
        <w:t>“Ambue tetã pytagua osegíta Estados Unidos ehémplo. Jepe ha’e tenonde oguata, upeichavérõ upe jejopy vai oguahẽta ñande tavayguakuérape opa hendápe ko yvy ape ári.” Testimonies, volúmen 6, 395.</w:t>
      </w:r>
    </w:p>
    <w:p>
      <w:pPr>
        <w:pStyle w:val="ArticleBody"/>
        <w:jc w:val="left"/>
      </w:pPr>
      <w:r>
        <w:rPr>
          <w:rFonts w:ascii="Times New Roman" w:hAnsi="Times New Roman" w:eastAsia="Times New Roman" w:cs="Times New Roman"/>
        </w:rPr>
        <w:t>Ermana White ohechauka porãma mávapa pe “joaju vai”, ha upéva orrepresenta pe liberalismo progresista umi globalista moderno rehegua. Ojapóvo upéicha, ha’e heta jey ojapyhy umi versíkulo mboyvegua Isaíaspe, omombe’úva peteĩ joaju vai oĩha pe sellamiento ára pukukue umi cien cuarenta y cuatro mil rehegua.</w:t>
      </w:r>
    </w:p>
    <w:p>
      <w:pPr>
        <w:pStyle w:val="ArticleScripture"/>
        <w:jc w:val="left"/>
      </w:pPr>
      <w:r>
        <w:rPr>
          <w:rFonts w:ascii="Times New Roman" w:hAnsi="Times New Roman" w:eastAsia="Times New Roman" w:cs="Times New Roman"/>
        </w:rPr>
        <w:t>“Ñandejára he’i proféta Isaías rupive: Isaías 8:9–13 oñehenói hag̃ua.”</w:t>
      </w:r>
    </w:p>
    <w:p>
      <w:pPr>
        <w:pStyle w:val="ArticleScripture"/>
        <w:jc w:val="left"/>
      </w:pPr>
      <w:r>
        <w:rPr>
          <w:rFonts w:ascii="Times New Roman" w:hAnsi="Times New Roman" w:eastAsia="Times New Roman" w:cs="Times New Roman"/>
        </w:rPr>
        <w:t>“Oĩ oĩva oporandu hag̃ua mba’éichapa iporãpa kristiánokuéra oike hag̃ua Masonería Librepe ha ambue sociedad secreta-pe. Topa umiichagua ohesa’ỹijo hag̃ua umi Escritura ñambopuka ramóva. Ñande ha’éramo kristiáno añete, tekotevẽ jaiko kristiáno opa hendápe, ha ñamomba’e ha jajapo pe consejo oñeme’ẽva ñandejapo hag̃ua kristiánoramo Tupã Ñe’ẽ estándar he’iháicha.” Evangelism, 617, 618.</w:t>
      </w:r>
    </w:p>
    <w:p>
      <w:pPr>
        <w:pStyle w:val="ArticleBody"/>
        <w:jc w:val="left"/>
      </w:pPr>
      <w:r>
        <w:rPr>
          <w:rFonts w:ascii="Times New Roman" w:hAnsi="Times New Roman" w:eastAsia="Times New Roman" w:cs="Times New Roman"/>
        </w:rPr>
        <w:t>Umi ára pahápegua aty joaju vai oñembojoaju Mazonería rehe, ha ambue aty ñemiguáre avei. Ijerovia ha’e espiritismo, ha ojejapo yvy arigua viru rembiapo guasuvéva poguýpe oĩvagui ha umi millonarioiterei comerciante kuéra ko yvy ape arigua, umi “ombyatyva yvy apegua mba’erepy ha pokatu peteĩ hendápe”, ha omokyre’ỹva ko’ãicha movimiento-kuérape Antifa ha Black Lives Matter, omoheñói hag̃ua “py’aguapy’ỹ, sarambi ha tuguy ñohẽ espíritu” peteĩ “mundo pukukue javeve” ári, peteĩ ñeha’ãme ojapo jeývo pe anarquía “Revolución Francesa” pegua.</w:t>
      </w:r>
    </w:p>
    <w:p>
      <w:pPr>
        <w:pStyle w:val="ArticleScripture"/>
        <w:jc w:val="left"/>
      </w:pPr>
      <w:r>
        <w:rPr>
          <w:rFonts w:ascii="Times New Roman" w:hAnsi="Times New Roman" w:eastAsia="Times New Roman" w:cs="Times New Roman"/>
        </w:rPr>
        <w:t>“Espiritualísmo he’i yvyporakuéra ndaha’éi ho’a vaʼekue ha’éva peteĩichagua semidiós; ‘káda apytuʼũ ojehusgáta ijehegui’; ‘pe conocimiento añeteguáva omoĩ yvyporakuérape opa léi ári’; ‘opa angaipa ojejapóva ndorekói mbaʼe vaiha’; pórke ‘opa mbaʼe oĩva, oĩ porã’, ha ‘Tupã noñemoĩri ohejaʼỹ hag̃ua mbaʼe vai’. Umi yvypóra ivaivéva jepe ohechauka oĩha yvágape, ha upépe oñemombaʼeguasueterei. Péicha heʼi opavave yvypórape: ‘Ndaipóri mbaʼeve pe rejapóva rehegua; eiko nde reipotaháicha, yvága haʼe nde róga.’ Péicha heta aty yvypóra oguerovia hag̃ua tekopotaseha pe léi ijyvatevéva, tekovai reieteha sãso, ha yvypóra oikuaaukavaʼerãha ijehegui año hag̃uánte.</w:t>
      </w:r>
    </w:p>
    <w:p>
      <w:pPr>
        <w:pStyle w:val="ArticleScripture"/>
        <w:jc w:val="left"/>
      </w:pPr>
      <w:r>
        <w:rPr>
          <w:rFonts w:ascii="Times New Roman" w:hAnsi="Times New Roman" w:eastAsia="Times New Roman" w:cs="Times New Roman"/>
        </w:rPr>
        <w:t>“Ko’ãichagua mbo’epy oñeme’ẽvo jeikove ñepyrũetépe voi, tekorei imbaretevévape, ha jejoko hag̃ua ijehegui ha tekopotĩ rekove rehegua remikotevẽ ipya’evevévape, moõpa oĩ teko marangatu ñangarekohára? mba’épa ojokóta ko yvy ani hag̃ua oiko peteĩ Sodoma mokõiháicha? Upe jave avei anarquía oheka ohundipa hag̃ua opa léi, ndaha’éi pe Tupã rehegua año, síno avei yvypóra rehegua. Mba’erepy ha pokatu oñembyatypa hag̃ua peteĩ hendápe; umi joaju tuicháva oñemoirũva mbovyvéva oñembopirapireve hag̃ua hetaitevéva rehehápe; umi imboriahuvéva aty joaju oñemoĩva odefende hag̃ua iñeinterés ha hembijerure; py’apy, sarambi ha tuguy ñehẽ espíritu; ko yvy tuichakue javeve oñemyasãiva umi temimbo’e peteĩchagua, umi ogueru va’ekue pe Revolución Francesa—opa ko’ãva ojerovia oguerahaha hag̃ua ko yvy pukukue peteĩ ñorairõme ojogua hag̃ua upe omongu’e mbarete va’ekue Francia-pe.” Educación, 227, 228.</w:t>
      </w:r>
    </w:p>
    <w:p>
      <w:pPr>
        <w:pStyle w:val="ArticleBody"/>
        <w:jc w:val="left"/>
      </w:pPr>
      <w:r>
        <w:rPr>
          <w:rFonts w:ascii="Times New Roman" w:hAnsi="Times New Roman" w:eastAsia="Times New Roman" w:cs="Times New Roman"/>
        </w:rPr>
        <w:t>Oimeraẽ tapicha oñemomanduʼáva porã oikuaasevaʼerã mbaʼépa oiko atykuéraicha pe oikovaʼekuépe koʼ recently Davos-pe, moõ kuimbaʼekuéra omombeʼu hikuái hembiaporã yvy ape ári g̃uarã, ohechakuaaʼỹre mbaʼevéichapa opa ambue yvy arigua tavayguakuéra. Mbaʼe ñemigua piko upépe oñemongeta raʼe? Añetehápe, Davos haʼe mante peteĩ umi aty ñemiguáva, oñembotýva ha ojeike hag̃ua saʼíva, umi yvy arigua hepyetereíva, banco rehegua kuimbaʼe, político oñembyaíva ha kuimbaʼe tekovaí añetéva apytépe, omboguatáva hikuái iplan yvateve hag̃ua yvy ape ári.</w:t>
      </w:r>
    </w:p>
    <w:p>
      <w:pPr>
        <w:pStyle w:val="ArticleScripture"/>
        <w:jc w:val="left"/>
      </w:pPr>
      <w:r>
        <w:rPr>
          <w:rFonts w:ascii="Times New Roman" w:hAnsi="Times New Roman" w:eastAsia="Times New Roman" w:cs="Times New Roman"/>
        </w:rPr>
        <w:t>“Ko'ã ára pahápe, opu'ã hína japu vai ha teoría kuéra yvypóra remimo'ã, Tupã he'íva oñembyaipa hag̃uáichaite. Ñembyaty rehegua espíritu ogueraha yvypórape oheka hag̃ua mba'eporã ko yvy arigua, ha tembiasakue guasu ha jehechauka rupive oñeha'ã omokañy hembiapo vai kuéra ojapóva og̃uahẽ hag̃ua hembipotápe. Kuimba'e kuéra oĩva tenda yvate jerovia rehegua ohechauka ko pota ndovaléiva oganánte hag̃uáicha; ojapo hikuái mbaretépe jejopy ha mondaha, ha ombohorýkuri ikorasõme oĩva aña rembipota, peve ñande tavakuéra oñembyaipa hag̃ua heko añágui. Tupã he'i kuri oikuaaukataha ko'ã tembiapo mbotavy ha mondaha, ijeheguiete rembiapokue rupive. Oĩ kásope, Tupã jehovasa'ỹva oúva tekome'ẽrãicha ho'a hag̃uáma pohýi ko'ã táva ári.”</w:t>
      </w:r>
    </w:p>
    <w:p>
      <w:pPr>
        <w:pStyle w:val="ArticleScripture"/>
        <w:jc w:val="left"/>
      </w:pPr>
      <w:r>
        <w:rPr>
          <w:rFonts w:ascii="Times New Roman" w:hAnsi="Times New Roman" w:eastAsia="Times New Roman" w:cs="Times New Roman"/>
        </w:rPr>
        <w:t>“Isaías 8:8–12 oñecita vaekue.” Review and Herald, 18 jasypokõi 1907.</w:t>
      </w:r>
    </w:p>
    <w:p>
      <w:pPr>
        <w:pStyle w:val="ArticleBody"/>
        <w:jc w:val="left"/>
      </w:pPr>
      <w:r>
        <w:rPr>
          <w:rFonts w:ascii="Times New Roman" w:hAnsi="Times New Roman" w:eastAsia="Times New Roman" w:cs="Times New Roman"/>
        </w:rPr>
        <w:t>Umi táva oñembyaipáva, oje’e haguéicha pe pasáhe mboyveguápe, ha upe ñembyai ou pe joaju aña Isaías kapítulo ochope oñemombe’úvagui. Oñembyaíma hikuái “kuimba’e kuéra oĩva tenda yvate jerovia rehegua” rupive, ha’ekuéra “ohechauka” va’ekue i“potase ndojoguáiva léipe viru rembiaporãrã”. Pe táva oñembyaíva ikatu hag̃uáicha jehechakuaa pya’e umi estado-kuérape, umi fiscal general-kuéra ojeporavóva comunista-kuéra viru reheve, George Soros-icha. Ojehechakuaa avei umi léi oñemoĩmava ndojejapói jave político oñembyaívare Washington, DC-pe. Ojehechakuaa avei umi léi ojeporúva añoite umi oĩva ambue lado espectro políticopegua rehe, ojehechaukaháicha tapicha-kuéra Nancy Pelosi ha Adam Schiff-icha.</w:t>
      </w:r>
    </w:p>
    <w:p>
      <w:pPr>
        <w:pStyle w:val="ArticleScripture"/>
        <w:jc w:val="left"/>
      </w:pPr>
      <w:r>
        <w:rPr>
          <w:rFonts w:ascii="Times New Roman" w:hAnsi="Times New Roman" w:eastAsia="Times New Roman" w:cs="Times New Roman"/>
        </w:rPr>
        <w:t>Ñañañuãme ha japu ñandejára rehe, ha ñañemomombyry ñandejára-gui, ñañe’ẽ hag̃ua jejopyrã rehe ha pu’aka’ỹre opu’ã hag̃ua, ñamboheñói ha ñamombe’u hag̃ua ñane korasõ guive ñe’ẽ japu. Ha tekojoja oñembojere tapykue gotyo, ha hustísia opyta mombyry; añetegua ho’a hag̃ua tape ári, ha tekojojaite ndaikatúi oike. Heẽ, añetegua ndojehupytýi; ha upe ojei vaíva ñembiapo vaígui ojapo hag̃ua ijehegui mymba ojeity hag̃uáicha: ha Ñandejára ohecha upéva, ha ndojeguerohorýi chupe ndaipóri haguére tekojoja. Isaías 59:13–15.</w:t>
      </w:r>
    </w:p>
    <w:p>
      <w:pPr>
        <w:pStyle w:val="ArticleBody"/>
        <w:jc w:val="left"/>
      </w:pPr>
      <w:r>
        <w:rPr>
          <w:rFonts w:ascii="Times New Roman" w:hAnsi="Times New Roman" w:eastAsia="Times New Roman" w:cs="Times New Roman"/>
        </w:rPr>
        <w:t>Pe pasáhe mboyvegua Review and Herald-gui, umi kuimba’e oguerekóva tenda yvate jerovia rehegua, ojehechauka polítiko oñembyaíva ramo, umi ipórtafóliokuéra Wall Street-pegua tapiaite ohasáva umi jevy porãvéva ikatúva ohupyty, pórke hembiapo legislativo rupive ombojoajúgui léipe ijeheguínte pe “insider trading”, ha avavépe ambuépe ndaha’éi. Ehecha jey Martha Stewart rembiasakue. Umi táva pe pasáhepe oñembyaíva hembiapo vaikuére, ha kóva ojehecha hag̃ua hesakãvéva ko’ýte umi táva ha tetãvorekuérape oisãmbyhýva demócrata globalista-kuéra.</w:t>
      </w:r>
    </w:p>
    <w:p>
      <w:pPr>
        <w:pStyle w:val="ArticleBody"/>
        <w:jc w:val="left"/>
      </w:pPr>
      <w:r>
        <w:rPr>
          <w:rFonts w:ascii="Times New Roman" w:hAnsi="Times New Roman" w:eastAsia="Times New Roman" w:cs="Times New Roman"/>
        </w:rPr>
        <w:t>Pe ñemoirũ vai ára pahápe oĩ pe dragón, pe mymba vai ha pe maranduhára japu, ha pe mymba vai ha pe maranduhára japu oguereko avei ijehe hembiapo profético aña rehegua, péro umi teko ojehechaukáva porãiterei pe globalismo liberal-pe ha’e pe dragón rekokue.</w:t>
      </w:r>
    </w:p>
    <w:p>
      <w:pPr>
        <w:pStyle w:val="ArticleScripture"/>
        <w:jc w:val="left"/>
      </w:pPr>
      <w:r>
        <w:rPr>
          <w:rFonts w:ascii="Times New Roman" w:hAnsi="Times New Roman" w:eastAsia="Times New Roman" w:cs="Times New Roman"/>
        </w:rPr>
        <w:t>“Apocalipsis 17:13–14 oñecita vaʼekue. ‘Koʼãva peteĩnte apytuʼũ oguereko.’ Oĩta peteĩ joaju tetãnguéra rehegua, peteĩ aty guasu joaju ha peteĩ ñeʼẽmegua, Satanás rembiguái aty ñembyaty. ‘Ha omeʼẽta hikuái hymbaʼapo ha mbarete pe mymbápe.’ Péicha ojehechauka pe pokatu peteĩchagua, jejopy ha tekosãsõ rehegua ñembyai, tekosãsõ Tupã ñemombaʼe hag̃ua pyʼapýpe ojeikuaauka háicha, ojapo hague pe papado yma guare, omuña ha ombyai vaʼekue umi ndoipotái ha noñemoĩséiva umi rito ha ceremonia Romanismo rehegua ndive.”</w:t>
      </w:r>
    </w:p>
    <w:p>
      <w:pPr>
        <w:pStyle w:val="ArticleScripture"/>
        <w:jc w:val="left"/>
      </w:pPr>
      <w:r>
        <w:rPr>
          <w:rFonts w:ascii="Times New Roman" w:hAnsi="Times New Roman" w:eastAsia="Times New Roman" w:cs="Times New Roman"/>
        </w:rPr>
        <w:t>“Umi ára pahápe oñemoñorãtava ñorairõme, oñembojoajúta, Tupã tavayguakuéra rehe oñemoĩ hag̃uáicha, opaite pokatu oñembyaíva ojei vaʼekue iñeʼẽrendu hag̃ua Jehová léipe. Ko ñorairõme, pe pytuʼu ára, irundyha mandamiéntope guare, haʼéta pe mbaʼe tuichavéva oñeñeʼẽʼỹ hag̃uáicha; pe pytuʼu ára mandamiéntope niko pe Léi Meʼẽhára Guasu ojekuaauka ijehe peteĩha Yvága ha Yvy Apohára ramo.” The Seventh-day Adventist Bible Commentary, 983.</w:t>
      </w:r>
    </w:p>
    <w:p>
      <w:pPr>
        <w:pStyle w:val="ArticleBody"/>
        <w:jc w:val="left"/>
      </w:pPr>
      <w:r>
        <w:rPr>
          <w:rFonts w:ascii="Times New Roman" w:hAnsi="Times New Roman" w:eastAsia="Times New Roman" w:cs="Times New Roman"/>
        </w:rPr>
        <w:t>Ñakãhína umi artíkulo oúvape umi karameguã marandu rehegua mymba vai ha protestantísmo apostata rehegua. Tuicha mba’e jaikuaa hag̃ua mba’épa ojehechauka kuri upe mba’e rehegua: mba’e partido político-pa oguenohẽ tenonderã ha omongu’e umi hilo kuéra domingo léi ñemoañetépe. Katuete, mokõive partido (Democrat ha Republican) ojoaju pe domingo léi rehegua kásope, fariséo ha saduceo-kuéra ojoajúramo guare kurusúpe; ha upéicharamo jepe, ndaipóri mba’eve ikatúva hekojoja hag̃uáicha oñembojoaju hag̃ua pe téra protestante térã protestante apostata rehegua partido Democrático ndive, pórke hesakã porã ha’eha pe dragón pokatu.</w:t>
      </w:r>
    </w:p>
    <w:p>
      <w:pPr>
        <w:pStyle w:val="ArticleBody"/>
        <w:jc w:val="left"/>
      </w:pPr>
      <w:r>
        <w:rPr>
          <w:rFonts w:ascii="Times New Roman" w:hAnsi="Times New Roman" w:eastAsia="Times New Roman" w:cs="Times New Roman"/>
        </w:rPr>
        <w:t>Pe historia oñesella hag̃ua umi cien cuarenta y cuatro mil ha’e pe historia upépe ojehechauka hag̃ua Isaías ñemoirũ vai capítulo ocho pegua. Upe historia oñepyrũkuri 11 jasyporundy 2001-pe, pe cuarto mburuvicha guasu, Bush mokõiha, oĩrõ guare pu’akápe. Upe historia-pe pe sexto mburuvicha guasu oguahẽta 2016-pe, ha ha’e omombáyta (ombopytarováta) opa Grecia retãnguéra, pórke ha’e omombáyta ko yvy ape ári oikóva pe ñorairõ dragón pokatu ha protestantismo apóstata apytépe, upéva omohu’ãva pe tembiapo mymba ñarõme guapy jevy hag̃ua ko yvy ape ári.</w:t>
      </w:r>
    </w:p>
    <w:p>
      <w:pPr>
        <w:pStyle w:val="ArticleBody"/>
        <w:jc w:val="left"/>
      </w:pPr>
      <w:r>
        <w:rPr>
          <w:rFonts w:ascii="Times New Roman" w:hAnsi="Times New Roman" w:eastAsia="Times New Roman" w:cs="Times New Roman"/>
        </w:rPr>
        <w:t>Pe ñembyaiha, ndojekuaaporãiva ha iñarandure’ỹva Trump rehe oñemombe’u heta tapichápe peteĩ mba’eichagua akãvai ramo, ojejapógui tekopyre’ỹ ha razonamiénto irrazionál rehe. Yvóra oñeha’ã omyesakã hag̃ua pe ñembyaiha ndaikatúiva oñemombe’u porã Trump rehe, ha katu añeteguáva ndaha’éi simplemente peteĩ akãvai yvypóra rehegua umi globalista rembiporúpe, síno peteĩ jehechauka sobrenaturálva profecía oñekumplíha rembipota rehegua, pe tembiasakue ryepýpe ojejaho’ívo umi cien cuarenta y cuatro mil.</w:t>
      </w:r>
    </w:p>
    <w:p>
      <w:pPr>
        <w:pStyle w:val="ArticleScripture"/>
        <w:jc w:val="left"/>
      </w:pPr>
      <w:r>
        <w:rPr>
          <w:rFonts w:ascii="Times New Roman" w:hAnsi="Times New Roman" w:eastAsia="Times New Roman" w:cs="Times New Roman"/>
        </w:rPr>
        <w:t>“¡Aikópa Tupã tavayguakuéra oikuaasérõ umi hetaiterei táva oñehundipotaitéva hi’arikéma, ko’ág̃a rupi ojehejapáva ta’anga ñemomba’eguasúpe! Ha heta umi oñemoĩva’erãva omombe’u hag̃ua pe añetegua, oiko hína ombojere hag̃ua ha ombojávo hag̃ua iñermáno-kuérape. Oúramo akãmekuéra ári pe Tupã mboroviahukuaa, oĩta peteĩ ñemoambue porã ha hesakãva. Kuimba’e kuéra ndoikovéimo’ãi ohechase hag̃ua ivaíva ha ombyaipa hag̃uáicha ambuépe. Nopytamo’ãi hikuái pe tenda ojokóva tesape ohesape hag̃ua ko yvy ári. Iñe’ẽ vai, iñembojere ha imbojava’erã opáta. Ta’angapyrã rembiapokue oñembyatýma ñorairõrã. Ñorairõ hatãiterei ñande renondépe oĩ. Peñembojoaju, che ermanokuéra ha che ermánakuéra, peñembojoaju. Peñemoirũ Cristo ndive. ‘Ani peje: Peteĩ ñembojoaju,... ani peki hyakuéra okyhyjévare, ni pẽnekangyhyjéi. Pemarangatu Ñandejára de los ejércitos-pe voi; ha’e toiko pene kyhyje, ha ha’e toiko pene ñemondýi. Ha’e oikóta peteĩ santuario-rã; ha katu mokõivéva Israel róga-pe g̃uarã, peteĩ ita oñepysangaha hag̃ua ha peteĩ ita guasu omoñepyrũva hag̃ua jejopy, peteĩ ñuhã ha peteĩ ñuha umi Jerusalén-pegua rehegua. Ha heta ijapytépe oñepysangáta, ho’áta ha oñembyaíta, oñembotapykue’ỹta ha ojapyhýta hikuái.’”</w:t>
      </w:r>
    </w:p>
    <w:p>
      <w:pPr>
        <w:pStyle w:val="ArticleScripture"/>
        <w:jc w:val="left"/>
      </w:pPr>
      <w:r>
        <w:rPr>
          <w:rFonts w:ascii="Times New Roman" w:hAnsi="Times New Roman" w:eastAsia="Times New Roman" w:cs="Times New Roman"/>
        </w:rPr>
        <w:t>“Yvy niko peteĩ tavyrã guasu. Umi mba’apohára, ha’éva ipype oikóva, oñembosako’i hína ombohovaívo hóga pe tavy’ã pahápe guasuvévape. Ñandejára ojehecha’ỹre opyta. Yvyporakuéra aty guasúpe ndaipóri joaju, ndaha’éiramo kuimba’ekuéra oñemoirũ ramo omboaje hag̃ua hembipota ijeheguíva. Ñandejára omaña hína. Iporã hag̃ua hembipota umi hembyrykuéra pu’akáre oñemoĩva rehegua ojehueteíta. Ko yvy noñeme’ẽi yvyporakuéra pópe, jepe Ñandejára oheja sapy’ami hag̃ua umi mba’e omokangýva ha tekotevẽ’ỹva oisãmbyhy. Peteĩ pu’aka yvýgui guýpe guive omba’apo hína ogueru hag̃ua pe tavy’ãme umi escena paha guasuvéva,—Satanás ou Cristo ramo, ha omba’apo opa teko añetegua’ỹ pytyvõ reheve umi hekojoja’ỹvape, umi oñembojoajúva kañyhápe atykuéra ñemiguápe. Umi oñeme’ẽva pe mbarete joaju hag̃uame omombarete hína enemigo rembiaporã. Pe causa orekóta hapykuéri pe efecto.”</w:t>
      </w:r>
    </w:p>
    <w:p>
      <w:pPr>
        <w:pStyle w:val="ArticleScripture"/>
        <w:jc w:val="left"/>
      </w:pPr>
      <w:r>
        <w:rPr>
          <w:rFonts w:ascii="Times New Roman" w:hAnsi="Times New Roman" w:eastAsia="Times New Roman" w:cs="Times New Roman"/>
        </w:rPr>
        <w:t>“Jejavy haimete og̃uahẽma casi ipaha peve. Ñembotavy omyenyhẽ ko mundo, ha pyaʼete og̃uahẽta yvypórape peteĩ tuicha kyhyje. Ipaha hiʼag̃uieterei. Ñande, jaikuaáva pe añetegua, ñañembosakoʼi vaʼerã pe oikótavare pyaʼete oike hag̃ua ko múndope peteĩ ñemondýi tuichávaicha ha oñehaʼarõʼỹre.” Review and Herald, 10 de septiembre de 1903.</w:t>
      </w:r>
    </w:p>
    <w:p>
      <w:pPr>
        <w:pStyle w:val="ArticleBody"/>
        <w:jc w:val="left"/>
      </w:pPr>
      <w:r>
        <w:rPr>
          <w:rFonts w:ascii="Times New Roman" w:hAnsi="Times New Roman" w:eastAsia="Times New Roman" w:cs="Times New Roman"/>
        </w:rPr>
        <w:t>Islam mbohapyhaapyraha “mbohapyha aña” rehegua oĩma oinupã hag̃uáicha “miles táva” ha Adventismo Laodiceagua ndorekói mba’eveichagua ñandu pe ñehundikatu guasu hi’aguĩma hag̃uáicha. Upe aravope, Isaías ñe’ẽme pe joaju vai oikóva omba’apo aja, oĩ peteĩ “pokatu yvýgui yvate’ỹva” satanagua “omba’apóva omoguahẽ hag̃ua pehẽngue pahaguasu drama-peguáva”, ha ko’ã mba’e oúramo “ñemondýi guasu hag̃uáicha oñeha’arõ’ỹre.” Pe ñaña ha akãvai ojehecháva Trump rehe katu oñemoñepyrũ peteĩ pokatu yvýgui yvate’ỹvagui. Upéva ha’e peteĩ pehẽngue umi escena paha ko yvy rembiasakuepegua.</w:t>
      </w:r>
    </w:p>
    <w:p>
      <w:pPr>
        <w:pStyle w:val="ArticleBody"/>
        <w:jc w:val="left"/>
      </w:pPr>
      <w:r>
        <w:rPr>
          <w:rFonts w:ascii="Times New Roman" w:hAnsi="Times New Roman" w:eastAsia="Times New Roman" w:cs="Times New Roman"/>
        </w:rPr>
        <w:t>Kóva ndoikuaáiva’erã peteĩ moneĩrã ramo Trump rehegua, ha’eño ningo Tupã Ñe’ẽ, araka’eve ndojejavýiva. Ojejoka aja umi cien cuarenta y cuatro mil, Tupã oheñói hína Ipokatu yvate guive, ha Satanás katu oipuru hína ipokatu yvýgui.</w:t>
      </w:r>
    </w:p>
    <w:p>
      <w:pPr>
        <w:pStyle w:val="ArticleScripture"/>
        <w:jc w:val="left"/>
      </w:pPr>
      <w:r>
        <w:rPr>
          <w:rFonts w:ascii="Times New Roman" w:hAnsi="Times New Roman" w:eastAsia="Times New Roman" w:cs="Times New Roman"/>
        </w:rPr>
        <w:t>“Orekóiramo peguerekóta hag̃ua pe espíritu ha pu’aka pe maranduhára mbohapýha rembiguái rehegua, tekotevẽ jaikuaauka joajúpe pe léi ha pe evangelio, oho hag̃ua joajúpe, pórke oñondive oguata. Oĩháicha peteĩ pu’aka guýgui omýiva umi mitã iñe’ẽrendu’ỹvape ombotove hag̃ua Tupã léi, ha opyrũ hag̃ua pe añeteguáre Cristo ha’eha ñande tekojoja, upéicha avei peteĩ pu’aka yvágagui omba’apo umi ipy’apy rupi umi hekojeroviáva rehe, omomba’eguasu hag̃ua pe léi, ha omoĩ hag̃ua Jesús-pe peteĩ Salvador completo ramo. Ndoguerekóiramo pe pu’aka divína tenda Tupã tavayguakuéra jeikove reheguápe, umi teoría ha temimo’ã japu ojagarráta akãnguérape, Cristo ha Ittekojoja ojeipe’áta heta tapichágui hekovekuérapa, ha ijerovia opytáta pu’aka’ỹre ha tekove’ỹre.” Gospel Workers, 161.</w:t>
      </w:r>
    </w:p>
    <w:p>
      <w:pPr>
        <w:pStyle w:val="ArticleBody"/>
        <w:jc w:val="left"/>
      </w:pPr>
      <w:r>
        <w:rPr>
          <w:rFonts w:ascii="Times New Roman" w:hAnsi="Times New Roman" w:eastAsia="Times New Roman" w:cs="Times New Roman"/>
        </w:rPr>
        <w:t>Pe podér satánico ojehechauka vaʼekue mboyve ha ogueroguatávo pe léi domingo oútavape pyaʼe, ohechaukarã pe tembiapo yvatevéva Satanás rembipota rupigua oikótava pe léi domingo oútavape pyaʼe jave.</w:t>
      </w:r>
    </w:p>
    <w:p>
      <w:pPr>
        <w:pStyle w:val="ArticleScripture"/>
        <w:jc w:val="left"/>
      </w:pPr>
      <w:r>
        <w:rPr>
          <w:rFonts w:ascii="Times New Roman" w:hAnsi="Times New Roman" w:eastAsia="Times New Roman" w:cs="Times New Roman"/>
        </w:rPr>
        <w:t>“Peteĩ decreto rupive omoĩmbaretévo Papado institución Tupã léi rehegua ñembyai rupive, ñane retã oñembojaʼótaite tekojoja-gui. Protestantismo omyasãi vove ipo yvykuápe oĩva ári ojapyhy hag̃ua po pe poder romano rehegua, ohasa vove pe itypykue ári ojopói hag̃ua Espiritualismo ndive, ha, ko mbohapyve joaju influencia guýpe, ñane retã omboykéta vove opaite iprincipio Constitución-gua peteĩ gobierno protestante ha republicano ramo, ha omeʼẽta vove tape oñemyasãi hag̃ua umi japu ha jejavy papal rehegua, upéicharõ ikatu jaikuaa oguahẽma hague pe ára ojekuaauka hag̃ua Satanás rembiapo hechapyrãva, ha pe paha hiʼag̃uimbaitéma.” Testimonies, volúmen 5, 451.</w:t>
      </w:r>
    </w:p>
    <w:p>
      <w:pPr>
        <w:pStyle w:val="ArticleBody"/>
        <w:jc w:val="left"/>
      </w:pPr>
      <w:r>
        <w:rPr>
          <w:rFonts w:ascii="Times New Roman" w:hAnsi="Times New Roman" w:eastAsia="Times New Roman" w:cs="Times New Roman"/>
        </w:rPr>
        <w:t>Pe ñemomýi ko’ág̃a ouva yvýgui, ha ohechaukáva hembiapo umi mburuvicha guasúpe dragón reheguáva Estados Unidos-pe, ojejapóta jey umi tetãnguéra yvy ape arigua apytépe og̃uahẽ rire pe léi domingo rehegua. Ko’ág̃a jepe, umi tetãnguéra yvy ape arigua ohechauka hína upe ñeakã’añy ñandeyára’ỹva peteĩcha Trump rehe.</w:t>
      </w:r>
    </w:p>
    <w:p>
      <w:pPr>
        <w:pStyle w:val="ArticleScripture"/>
        <w:jc w:val="left"/>
      </w:pPr>
      <w:r>
        <w:rPr>
          <w:rFonts w:ascii="Times New Roman" w:hAnsi="Times New Roman" w:eastAsia="Times New Roman" w:cs="Times New Roman"/>
        </w:rPr>
        <w:t>“Umi tetã ambue osegíta Estados Unidos ehémplo. Jepe ha’e tenonderã osẽ, upéicharõ jepe pe mba’e vai guasu oúta ñande puévlope opa hendáicha ko yvy ape ári.” Testimonies, volúmen 6, 395.</w:t>
      </w:r>
    </w:p>
    <w:p>
      <w:pPr>
        <w:pStyle w:val="ArticleBody"/>
        <w:jc w:val="left"/>
      </w:pPr>
      <w:r>
        <w:rPr>
          <w:rFonts w:ascii="Times New Roman" w:hAnsi="Times New Roman" w:eastAsia="Times New Roman" w:cs="Times New Roman"/>
        </w:rPr>
        <w:t>Pe umi Republicano Estados Unidos-pegua omyesakãva locura ramo umi Demócrata-kuéra rehegua, iñemoĩ hag̃ua Trump rehe peteĩ oposición ilógica rupi, añetetépe ha’e peteĩ jehechauka sobrenatural pu’aka satánica rehegua, oñekumplíva Daniel capítulo once, versículo mokõihápe. Trump, pe sexto presidente ára paha guive 1989-pe, vaʼekue “ombopochy” hag̃ua (omombáy hag̃ua) umi globalista socialista opaite arapy rehegua. Pe ñembyai hese oñemoĩva ha’e sobrenatural, ha ohechauka tenonderãite pe jehechauka pu’aka satánica rehegua, og̃uahẽtava tuichavévo pe léi domingo pyaʼe ou hag̃uápe.</w:t>
      </w:r>
    </w:p>
    <w:p>
      <w:pPr>
        <w:pStyle w:val="ArticleBody"/>
        <w:jc w:val="left"/>
      </w:pPr>
      <w:r>
        <w:rPr>
          <w:rFonts w:ascii="Times New Roman" w:hAnsi="Times New Roman" w:eastAsia="Times New Roman" w:cs="Times New Roman"/>
        </w:rPr>
        <w:t>Pe pu’aka guýgui osẽva poder jehechauka, Hermana White ñe’ẽñemi he’iháicha, oiko upe joaju aña aja, Isaías omomaranduháicha capítulo ocho-pe, ha upe ára pukukue oiko hína Tupã tavayguakuéra ñemboty hag̃ua.</w:t>
      </w:r>
    </w:p>
    <w:p>
      <w:pPr>
        <w:pStyle w:val="ArticleScripture"/>
        <w:jc w:val="left"/>
      </w:pPr>
      <w:r>
        <w:rPr>
          <w:rFonts w:ascii="Times New Roman" w:hAnsi="Times New Roman" w:eastAsia="Times New Roman" w:cs="Times New Roman"/>
        </w:rPr>
        <w:t>Eñapytĩ pe testimónio, emboty pe léi che remimbo’e kuéra apytépe. Isaías 8:16.</w:t>
      </w:r>
    </w:p>
    <w:p>
      <w:pPr>
        <w:pStyle w:val="ArticleBody"/>
        <w:jc w:val="left"/>
      </w:pPr>
      <w:r>
        <w:rPr>
          <w:rFonts w:ascii="Times New Roman" w:hAnsi="Times New Roman" w:eastAsia="Times New Roman" w:cs="Times New Roman"/>
        </w:rPr>
        <w:t>Romyta ko estudio oúvape artículo oúvape.</w:t>
      </w:r>
    </w:p>
    <w:p>
      <w:pPr>
        <w:pStyle w:val="ArticleScripture"/>
        <w:jc w:val="left"/>
      </w:pPr>
      <w:r>
        <w:rPr>
          <w:rFonts w:ascii="Times New Roman" w:hAnsi="Times New Roman" w:eastAsia="Times New Roman" w:cs="Times New Roman"/>
        </w:rPr>
        <w:t>“Táva ñemondýi ipu’akapáva ojehechaukáta pya’e yvágape, techaukaha ramo umi añánga aña ojapóva milágro pu’aka rehegua. Umi aña espíritukuéra osẽta yvy ruvichakuérape ha opaite yvórape, ojejagarra hag̃ua chupekuéra jejavyme, ha omokyre’ỹ hag̃ua peteĩchasupekuéra oñemoirũ hag̃ua Satanás ndive iñorairõ pahápe yvága gobiernogui. Ko’ã mba’e ojejapóva rupive, mburuvichakuéra ha tetãyguakuéra peteĩcha oñembotavýta. Oñepyrũta oĩ tapicha oñemboguapýva Cristo Tee ramo, ha ojeruréva pe título ha ñemomba’e guasu oĩva Yvyjára Redentor-pe guarã. Ha’ekuéra ojapóta milágro hechapyrãva pohanohápe, ha he’íta oguerekoha ñemombe’u yvágagui, oñemoĩva hag̃ua Ñandejára Ñe’ẽme’ẽ Escriturakuéra rehegua testimónio ndive.”</w:t>
      </w:r>
    </w:p>
    <w:p>
      <w:pPr>
        <w:pStyle w:val="ArticleScripture"/>
        <w:jc w:val="left"/>
      </w:pPr>
      <w:r>
        <w:rPr>
          <w:rFonts w:ascii="Times New Roman" w:hAnsi="Times New Roman" w:eastAsia="Times New Roman" w:cs="Times New Roman"/>
        </w:rPr>
        <w:t>“Tuichaitévape ramo pe tembiapo paha pe mba’e tuicha ñembotavy rehegua, Satanás voi ojejapóta Cristo ramo. Yma guive pe iglesia he’i oha’arõha pe Salvador ou jey hag̃ua, opa hag̃ua upépe iesperánsa. Koʼág̃a pe ñembotavyhára guasu ojapótaicha Cristo ouma hague. Yvy ape ári opa hendápe, Satanás ojehechaukáta yvypóra apytépe peteĩ tekove imarangatu ha hechapyrãmbáva ramo, omimbi eterei hag̃uáicha, ojoguáva pe Ñemoñare Ñandejára rehegua Juan omombeʼu haguéicha Apocalipsis-pe. Apocalipsis 1:13–15. Pe mimbipa ojere hag̃ua hese ndaijojahái mbaʼevete peteĩva umi tesa omanóva arakaʼeve ohecha vaʼekuépe. Yvytu rupi osapukái pe jevyʼa porãite rehegua: ‘¡Cristo ouma! ¡Cristo ouma!’ Tavayguakuéra oñesũ henondépe omombaʼeguasu hag̃ua chupe, ha haʼe omopuʼã ipo ha omeʼẽ chupekuéra jehovasa, Cristo ojehovasa haguéicha hemimboʼekuérape oĩrõ guare ko yvy ape ári. Iñeʼẽ kangy ha pyʼaguapy rehegua, ha upéicharõ jepe henyhẽ purahéi porãgui. Ñeʼẽnguéra porã ha poriahuvereko reheve omombeʼu heta umi añetegua porã ha yvagapegua peteĩchagua pe Salvador heʼi vaʼekue; omonguera tavayguakuéra mbaʼasykuéra, ha upéi, Cristo-rõ guareicha ojapóva, heʼi haʼe omoambue hague pe sábado domingo-pe, ha omanda opavavépe omomarangatu hag̃ua pe ára haʼe ohovasa vaʼekue. Heʼi umi osegívape omomarangatu pe ára pokõiha oñeʼẽ vaiha hína héra rehe, ndohenduseígui iñángelkuérape, oñemondo vaʼekuépe chupekuéra rendápe tesape ha añetegua reheve. Kóva hína pe ñembotavy mbarete, ha haimete opuʼã hag̃ua opa mbaʼe ári. Umi samaritano oñembotavy haguéicha Simón Mago rupi, maymáva, michĩvévagui tuichavéva peve, ohendu koʼã mbaʼepokatu, heʼívo: Kóva hína ‘pe tuicha pokatu Ñandejára rehegua.’ Hechos 8:10.”</w:t>
      </w:r>
    </w:p>
    <w:p>
      <w:pPr>
        <w:pStyle w:val="ArticleScripture"/>
        <w:jc w:val="left"/>
      </w:pPr>
      <w:r>
        <w:rPr>
          <w:rFonts w:ascii="Times New Roman" w:hAnsi="Times New Roman" w:eastAsia="Times New Roman" w:cs="Times New Roman"/>
        </w:rPr>
        <w:t>“Péro Tupã tavayguakuéra ndojejokomo’ãi jejavy rupi. Ko Cristo japu mbo’epykuéra ndaha’éi umi Escritura rehegua hekopete. Ha’e ome’ẽ jehovasa umi mymba ñarõ ha ta’ãnga omomba’évape, upe atytee rehe la Biblia he’íva Tupã pochy ojehe’ã’ỹva oñehẽtaha.”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Peteĩsa Po Mokõi Paapy Siete hag̃ua</dc:title>
  <dc:subject>Ojekuaa hag̃ua pe Ñembojoaju Vai rehegua Mba’e’etéva Profétika: Hesakãmby Isaías-gui</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