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 Daniel - Peteĩsa Mokõipa Porundy’ẽnueve</w:t>
      </w:r>
    </w:p>
    <w:p>
      <w:pPr>
        <w:pStyle w:val="ArticleSubtitle"/>
        <w:jc w:val="left"/>
      </w:pPr>
      <w:r>
        <w:rPr>
          <w:rFonts w:ascii="Arial" w:hAnsi="Arial" w:eastAsia="Arial" w:cs="Arial"/>
        </w:rPr>
        <w:t>Ojekuaa hag̃ua he’iséva proféticamente: pe Hatĩ Republicano ha umi Mba’e oikótava pahaite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Ñahesa’ỹijo hína Daniel 11:40, ha jahesa’ỹijo hína pe línea profética versículo 40-gua, ojoajúva pe kacho Republicanismo rehegua ndive. Ñamoĩ ko aplicación pe ára pahápe, og̃uahẽva’ekue ary 1989-pe. Upe línea ohechauka pe tembiasakue 1989 guive pe léi domingo pya’e oútava peve, ha oñembojoguáva pe período profético 508 guive 538 peve rehe, upérõ pe papado oñemombarete ypy ha ombohapykuere peteĩ léi domingo Concilio de Orleans-pe. Avei oñembojoguáva pe línea oúva Cristo heñói guive pe Hembovautísmo peve.</w:t>
      </w:r>
    </w:p>
    <w:p>
      <w:pPr>
        <w:pStyle w:val="ArticleBody"/>
        <w:jc w:val="left"/>
      </w:pPr>
      <w:r>
        <w:rPr>
          <w:rFonts w:ascii="Times New Roman" w:hAnsi="Times New Roman" w:eastAsia="Times New Roman" w:cs="Times New Roman"/>
        </w:rPr>
        <w:t>Avei hag̃ua umi línea-pe pe línea tembiasakue profética ojejuhúva Daniel 11, versíkulo mokõi-pe. Upépe jajuhu pe sexto presidente Estados Unidos-pegua fin del tiempo rire, ary 1989 guive, ha’eha Donald Trump, ha’éva, he’iháicha pe versíkulo, “omokyre’ỹ” (ombopáy), opaite Grecia retãnguéra (globalismo), pe jeporavópe ary 2016-pe.</w:t>
      </w:r>
    </w:p>
    <w:p>
      <w:pPr>
        <w:pStyle w:val="ArticleBody"/>
        <w:jc w:val="left"/>
      </w:pPr>
      <w:r>
        <w:rPr>
          <w:rFonts w:ascii="Times New Roman" w:hAnsi="Times New Roman" w:eastAsia="Times New Roman" w:cs="Times New Roman"/>
        </w:rPr>
        <w:t>Upéi ñañepyrũ jajepy’amongetávo umi mba’e’ỹrã marandu rehegua ojejoajúva umi mbohapy pu’aka rehe, ha’éva omoheñóiva pe joaju mbohapyetegua dragón, mymba ñarõ ha marandu hag̃ua japu apytépe, ha umi mokõivéva oisãmbyhyva ko yvy ári, ary 1989 guive, pe ára tuichaite Ñandejára guasu rehegua ñorairõme, ha’éva Armagedón, pe ára oñembotývo pe gracia ryru. Ko’ã mba’e’ỹrã marandu rehegua ñahesa’ỹijo hína ikatu hag̃uáicha jaikuaa umi tekotevẽ político rehegua pe akãratĩ republicano pe mymba yvy rehegua Apocalipsis capítulo 13-pe. Umi mokõi akãratĩ Republicanismo ha Protestantismo rehegua oñerrepresenta va’ekue umi mokõi akãratĩ rupive pe ovecha mácho Medo-Persia rehegua ári, Daniel capítulo 8-pe.</w:t>
      </w:r>
    </w:p>
    <w:p>
      <w:pPr>
        <w:pStyle w:val="ArticleScripture"/>
        <w:jc w:val="left"/>
      </w:pPr>
      <w:r>
        <w:rPr>
          <w:rFonts w:ascii="Times New Roman" w:hAnsi="Times New Roman" w:eastAsia="Times New Roman" w:cs="Times New Roman"/>
        </w:rPr>
        <w:t>Upéi ahupi che resa ha ahecha; ha péina, pe ysyrýpe oñembo'y peteĩ ovecha mácho mokõi hatĩva; ha umi mokõi hatĩ yvate; peteĩ katu ijyvateve ambuégui, ha pe ijyvatéva osẽ ipahápe. Daniel 8:3.</w:t>
      </w:r>
    </w:p>
    <w:p>
      <w:pPr>
        <w:pStyle w:val="ArticleBody"/>
        <w:jc w:val="left"/>
      </w:pPr>
      <w:r>
        <w:rPr>
          <w:rFonts w:ascii="Times New Roman" w:hAnsi="Times New Roman" w:eastAsia="Times New Roman" w:cs="Times New Roman"/>
        </w:rPr>
        <w:t>Medo-Persia niko peteĩ mburuvicha guasu mokõiháicha, Francia oiko haguéicha Revolución Francesa-pe, ha ha’e Estados Unidos. Estados Unidos rembiapo mokõi hatĩ ha’e republicanismo ha protestantismo, ha pe mymba yvy rehegua oguerekóva mokõi hatĩ iñepyrũme peteĩ mymba ovecha ra’angaichagua, ha ipahápe oñemoambue peteĩ mymba oñe’ẽva dragónicha. Pe hatĩnguéra mokõi línea profética oho joja ojupe ndive Daniel capítulo once versículo cuarenta-pe, ha oñehesa’ỹijo hag̃ua oñondivepa, mokõivéva oñepyrũ pe ára pahápe ary 1798-pe. Oñehesa’ỹijóramo pe hatĩnguéra peteĩteĩva ijehegui, pe protestantismo hatĩ ojoaju proféticamente pe ára paháre ary 1798-pe, ha pe republicanismo hatĩ ojoaju pe ára paháre ary 1989-pe.</w:t>
      </w:r>
    </w:p>
    <w:p>
      <w:pPr>
        <w:pStyle w:val="ArticleBody"/>
        <w:jc w:val="left"/>
      </w:pPr>
      <w:r>
        <w:rPr>
          <w:rFonts w:ascii="Times New Roman" w:hAnsi="Times New Roman" w:eastAsia="Times New Roman" w:cs="Times New Roman"/>
        </w:rPr>
        <w:t>Mokõive mokõi oguereko peteĩ naturaleza mokõi hendáicha, ojehechaukaháicha Sanedrínpe Cristo ára-pe, oĩva’ekue saduceo ha fariseogui. Umi saduceo ha’e va’ekue liberál, ha umi fariseo ha’e va’ekue conservadór; ha jepe ojekuaáramo hikuái enemigo ramo, oñondivepa hikuái Cristo rehe kurusúpe. Pe léi domingo oguahẽmbotápe, mokõive mokõi akã protestantísmo apóstata ha republicanísmo apóstata omopyendáta peteĩ joaju iglesia-estado Cristo rembijeroviaha py’aguapýva, umi oñangarekóva sábado ára pokõiha rehe, rovái; ha katu, umi mokõi akã oho aja pe mymba yvy pegua rembiasakue rupive, peteĩteĩva umi akã oguereko peteĩ joavy hyepypegua, ojehechaukáva saduceokuéra liberalísmo ha fariseokuéra conservadorísmo rupive.</w:t>
      </w:r>
    </w:p>
    <w:p>
      <w:pPr>
        <w:pStyle w:val="ArticleBody"/>
        <w:jc w:val="left"/>
      </w:pPr>
      <w:r>
        <w:rPr>
          <w:rFonts w:ascii="Times New Roman" w:hAnsi="Times New Roman" w:eastAsia="Times New Roman" w:cs="Times New Roman"/>
        </w:rPr>
        <w:t>Ko'ág̃a jahesarekoína pe kũmby Repúblicanismo rehegua, ha ko'ág̃a ñamoĩva'erã en cuenta pe Partido Democrático ojepysaka hag̃ua iñepyrũrã umi ára ypyitevévape Tetã peteĩ reko Amérika retã rembiasakue rehegua. Oñemoheñói kuri ary 1828-pe, ha katu ipolítica rapo ojejuhu Thomas Jefferson ha James Madison ndive. Medo-Persia rehegua mokõi kũmby testimónio he'iháicha, pe Partido Republicano oñemopyenda kuri ary 1854-pe, oñemoĩ hag̃uáicha pe Partido Democrático rembipota tembiguái rekove momorã rehegua rovái. Upévare ha'e va'ekue pe kũmby “yvatevéva” Daniel kapítulo ocho-pe, pórke ha'e va'ekue pe kũmby osẽva ipahápe.</w:t>
      </w:r>
    </w:p>
    <w:p>
      <w:pPr>
        <w:pStyle w:val="ArticleBody"/>
        <w:jc w:val="left"/>
      </w:pPr>
      <w:r>
        <w:rPr>
          <w:rFonts w:ascii="Times New Roman" w:hAnsi="Times New Roman" w:eastAsia="Times New Roman" w:cs="Times New Roman"/>
        </w:rPr>
        <w:t>Mokõi naturaleza joajúva pe apytépe, Partido Demócrata osẽ raẽ, ha Partido Republicano osẽ ipahápe. Pe tema omoheñóiva’ekue Partido Republicano ha’e va’ekue iñemoĩ mbarete esclavitud rehe, ojoavy hag̃uáicha Partido Demócrata remimoĩ por esclavitud rehe. Peteĩ tema oĩva mokõive apýra ndive ha’e térã esclavitud política térã espiritual. Upévare ary 1863 oiko peteĩ punto decisivo mokõive apýrape g̃uarã. Ary 1863-pe pe apýra Republicano omoherakuã sãso umi esclávope g̃uarã, ha pe resistencia Partido Demócrata-gui upe sãso rehe omoheñói ndaha’éi pe Partido Republicano oficial añónte, síno avei Guerra Civil Estados Unidos pegua. Ary 1776-pe Estados Unidos oñe’ẽ, ha omboyke pe esclavitud oguerekóva mokõive mburuvicha guasu Europa pegua (Statecraft) ha pe papa (Churchcraft). Upéi ary 1789-pe Estados Unidos oñe’ẽ jey, pe Constitución oñepyrũvo ojeporu. Pe mymba yvýgui osẽva hekopete “omokõ” va’ekue pe ysyry guasu jehupytyrã gua’u persecución europea papal ha mburuvicha guasu rehegua.</w:t>
      </w:r>
    </w:p>
    <w:p>
      <w:pPr>
        <w:pStyle w:val="ArticleScripture"/>
        <w:jc w:val="left"/>
      </w:pPr>
      <w:r>
        <w:rPr>
          <w:rFonts w:ascii="Times New Roman" w:hAnsi="Times New Roman" w:eastAsia="Times New Roman" w:cs="Times New Roman"/>
        </w:rPr>
        <w:t>Ha pe mbói osẽ hag̃ua ijuru gui y ysyry guasuicha kuñakarai rapykuéri, ikatu hag̃uáicha ogueraha chupe upe ysyry. Ha yvy oipytyvõ pe kuñakaraipe, ha yvy oipe’a ijuru ha omokõ pe ysyry pe dragón omosẽ vaekue ijuru gui. Ha pe dragón ipochy pe kuñakarai ndive, ha oho oñorairõ hag̃ua hembýva hese ñemoñare ndive, umi oñangarekóva Tupã mandamientokuéra rehe ha oguerekóva Jesucristo testimonio. Apocalipsis 12:15–17.</w:t>
      </w:r>
    </w:p>
    <w:p>
      <w:pPr>
        <w:pStyle w:val="ArticleBody"/>
        <w:jc w:val="left"/>
      </w:pPr>
      <w:r>
        <w:rPr>
          <w:rFonts w:ascii="Times New Roman" w:hAnsi="Times New Roman" w:eastAsia="Times New Roman" w:cs="Times New Roman"/>
        </w:rPr>
        <w:t>Upéi, tetã peteĩ reko pyahu oikove jave Estados Unidos pe sexto rréino ramo profesía bíblicape ary 1798-pe, Estados Unidos oñeʼẽ jeýma; ha upéicha ojapóvo omoĩma kuatiañeʼẽme mbaʼépa Estados Unidos heʼíta ipaha gotyo, Jesús akóinte ohechauka hag̃ua paha ñepyrũme rupive. Mymba yvýgui osẽva oñeʼẽ vaʼerã dragónicha pe léi domingo og̃uahẽmbotaitévape, ha upéicha ojapóramo, ndoikovéima sexto rréino ramo profesía bíblicape. Pe heʼívaʼekue iñepyrũme, rréino ramo profesía bíblicape ary 1798-pe, taʼanga hag̃ua mbaʼépa heʼíta jey vove, oñeʼẽ vove dragónicha.</w:t>
      </w:r>
    </w:p>
    <w:p>
      <w:pPr>
        <w:pStyle w:val="ArticleBody"/>
        <w:jc w:val="left"/>
      </w:pPr>
      <w:r>
        <w:rPr>
          <w:rFonts w:ascii="Times New Roman" w:hAnsi="Times New Roman" w:eastAsia="Times New Roman" w:cs="Times New Roman"/>
        </w:rPr>
        <w:t>Umi léi inmigrasión rehegua ary 1798-pe oñehenói Alien and Sedition Acts, ha oiko kuri peteĩ aty irundy léi rehegua omoneĩva’ekue Congreso de los Estados Unidos ha ombojeroviáva’ekue léiramo Mburuvicha John Adams ary 1798-pe. Umi léi oñembokatupyryvéva’ekue tenonderãite umi alienígena (pytagua) oikóva Estados Unidos-pe rehe, ha oreko va’ekue peteĩ tuicha impacto inmigrasión rehe upe periodo aja. Umi irundy léi kóva rupi va’ekue:</w:t>
      </w:r>
    </w:p>
    <w:p>
      <w:pPr>
        <w:pStyle w:val="ArticleBody"/>
        <w:jc w:val="left"/>
      </w:pPr>
      <w:r>
        <w:rPr>
          <w:rFonts w:ascii="Times New Roman" w:hAnsi="Times New Roman" w:eastAsia="Times New Roman" w:cs="Times New Roman"/>
        </w:rPr>
        <w:t>Léi de Naturalización ary 1798-pegua: Ko léi ombohasáke umi inmigránte oiko hag̃ua Estados Unidos-pe catorce áño peve ikatu hag̃uáicha oiko ciudadano estadounidense, upéva ymave cinco áño añoite. Ojapo hasyve hag̃ua umi inmigránte oiko ciudadano ha oike hag̃ua proceso político-pe.</w:t>
      </w:r>
    </w:p>
    <w:p>
      <w:pPr>
        <w:pStyle w:val="ArticleBody"/>
        <w:jc w:val="left"/>
      </w:pPr>
      <w:r>
        <w:rPr>
          <w:rFonts w:ascii="Times New Roman" w:hAnsi="Times New Roman" w:eastAsia="Times New Roman" w:cs="Times New Roman"/>
        </w:rPr>
        <w:t>Pe Léi de los Amigos Extranjéros: Ko léi omoneĩ vaʼekue pe Presidente-pe omosẽ hag̃ua tetãgui oimeraẽ tapicha ndahaʼéiva tetãygua ojehecháramo “ipeligrosoha pyʼaguapýpe ha tekorosãme Estados Unidos-pegua” pyʼaguapy aja. Omeʼẽ vaʼekue pe Presidente-pe tuicha pokatu odesidi hag̃ua mbaʼéichapa omosẽta umi extránhero-kuérape.</w:t>
      </w:r>
    </w:p>
    <w:p>
      <w:pPr>
        <w:pStyle w:val="ArticleBody"/>
        <w:jc w:val="left"/>
      </w:pPr>
      <w:r>
        <w:rPr>
          <w:rFonts w:ascii="Times New Roman" w:hAnsi="Times New Roman" w:eastAsia="Times New Roman" w:cs="Times New Roman"/>
        </w:rPr>
        <w:t>Léi de Enemígo Kuéra Yvy Apytépe Guáva rehegua: Ko léi ome’ẽ vaʼekue Presidéntepe pokatu ojoko hag̃ua, omboty hag̃ua, ha omosẽ hag̃ua tetãgui oimeraẽ kuimbaʼe tetãygua peteĩ tetã ñorairõme oĩva hese. Tenonderãite ojeporu vaʼekue umi ikatúva hag̃ua espía térã sabotaháraramo umi tetã enemígo-gua apytégui.</w:t>
      </w:r>
    </w:p>
    <w:p>
      <w:pPr>
        <w:pStyle w:val="ArticleBody"/>
        <w:jc w:val="left"/>
      </w:pPr>
      <w:r>
        <w:rPr>
          <w:rFonts w:ascii="Times New Roman" w:hAnsi="Times New Roman" w:eastAsia="Times New Roman" w:cs="Times New Roman"/>
        </w:rPr>
        <w:t>Léi de Sedición: Jepémo ndaha’éi directamente ojoajúva inmigración rehe, pe Léi de Sedición ojapo va’ekue peteĩ tembiapo vai de publicación marandu japu, tembiapo ñemotĩrõ, térã ñe’ẽ vai Estados Unidos retã rekovo rehe, Congreso rehe, térã Presidente rehe, peteĩ intención reheve oñemotĩ hag̃ua chupekuéra térã oñemoĩ hag̃ua ivaípe henondépe kuéra. Ojejapo va’ekue ojeporu hag̃ua ojokóvo disenso político ha crítica.</w:t>
      </w:r>
    </w:p>
    <w:p>
      <w:pPr>
        <w:pStyle w:val="ArticleBody"/>
        <w:jc w:val="left"/>
      </w:pPr>
      <w:r>
        <w:rPr>
          <w:rFonts w:ascii="Times New Roman" w:hAnsi="Times New Roman" w:eastAsia="Times New Roman" w:cs="Times New Roman"/>
        </w:rPr>
        <w:t>Pe esencia umi Alien and Sedition Acts rehegua, Estados Unidos oñepyrũvo pe sexto reino ramo ary 1798-pe, ohechauka porã Donald Trump rembipota ha umi isegidorkuéra MAGA rehegua. Pe léi ha’e va’ekue pe “ñee’ẽ” peteĩha; ha yvy mymba oñe’ẽ vove dragónicha i-“paha”pe, umi léi ojoguáta eterei. Pe añetegua ko historia ko’áĝagua jerére oñemoĩ porãha pe lógica ko’ã tembiapoukapy ojejapo jevývo hag̃ua, ha’e Cristo réra tee Alpha ha Omega ramo. Pe “ñee’ẽ” mbytépe yvy mymba rehegua ary 1863-pe, oĩ va’ekue pe presidente republicano peteĩha Emancipation Proclamation.</w:t>
      </w:r>
    </w:p>
    <w:p>
      <w:pPr>
        <w:pStyle w:val="ArticleBody"/>
        <w:jc w:val="left"/>
      </w:pPr>
      <w:r>
        <w:rPr>
          <w:rFonts w:ascii="Times New Roman" w:hAnsi="Times New Roman" w:eastAsia="Times New Roman" w:cs="Times New Roman"/>
        </w:rPr>
        <w:t>Pe Proklamasiõ Jepe’a rehegua omarkákuri pe punto mbytéte pe Guasu Ñorairõ Civílpe, ha upévare, pe ñe’ẽ hebréope “añetegua” he’iséva, ojuhúta pe mbohapy yvyrarãme pe mymba yvygua ñe’ẽ rehegua. Pe peteĩha tai pe alfabeto hebreopegua ha’e upe tai pahaite avei, ha pe paapyha tai ha’e pe rebelión símbolo.</w:t>
      </w:r>
    </w:p>
    <w:p>
      <w:pPr>
        <w:pStyle w:val="ArticleBody"/>
        <w:jc w:val="left"/>
      </w:pPr>
      <w:r>
        <w:rPr>
          <w:rFonts w:ascii="Times New Roman" w:hAnsi="Times New Roman" w:eastAsia="Times New Roman" w:cs="Times New Roman"/>
        </w:rPr>
        <w:t>Ko punto-pe ojehechakuaa vaʼerã 1863, ha pe ñembopuʼã upépe ojehechakuaáva, oñekumpli hague avei pe iglesia adventista Laodiceaygua-pe, ojehechauka hag̃ua pe káva protestánte rupive, upe jave peve pe káva republicano ohechauka jave peteĩ ñembopuʼã polítika. Pe mokõihaichagua reko pe káva protestánte rehegua ojehechauka pe movimiento adventista Filadelfiaygua ojere rire pe iglesia adventista Laodiceayguápe; ha pe mokõihaichagua reko pe káva republicano rehegua ojehechauka pe ñorairõme Partido Demócrata rembiapo esclavitud favor rehegua apytépe, omoheñóiva Partido Republicano antiesclavista ha pe primer mburuvicha republicano.</w:t>
      </w:r>
    </w:p>
    <w:p>
      <w:pPr>
        <w:pStyle w:val="ArticleBody"/>
        <w:jc w:val="left"/>
      </w:pPr>
      <w:r>
        <w:rPr>
          <w:rFonts w:ascii="Times New Roman" w:hAnsi="Times New Roman" w:eastAsia="Times New Roman" w:cs="Times New Roman"/>
        </w:rPr>
        <w:t>Pe primer presidente Republicano oñemohenda mbytépe umi mbohapy jepysokue profético ohechaukáva “añetegua”. Upévare ha’e hína pe ñemohu’ã pe peteĩha período rehegua ha pe ñepyrũ pe mokõiha período rehegua, oiko haguéicha avei kurusu pe ñemohu’ã Cristo ministerio personal mbohapy áño ha mbyte rehegua, ha avei pe ñepyrũ Iministerio mbohapy áño ha mbyte rehegua idiscípulo-kuéra persona rupive. Iministerio personal ñepyrũ oiko Ikaraietépe, ha upéva simbolikamente ohechauka Imano; ha upe período opa Imano reheve. Imano omoñepyrũ idiscípulo-kuéra ministerio, ha upéva opa idiscípulo Esteban mano reheve.</w:t>
      </w:r>
    </w:p>
    <w:p>
      <w:pPr>
        <w:pStyle w:val="ArticleBody"/>
        <w:jc w:val="left"/>
      </w:pPr>
      <w:r>
        <w:rPr>
          <w:rFonts w:ascii="Times New Roman" w:hAnsi="Times New Roman" w:eastAsia="Times New Roman" w:cs="Times New Roman"/>
        </w:rPr>
        <w:t>Pe “ñe’ẽ” ojejapova’ekue Alien and Sedition Acts rehe 1798-pe ha’e va’ekue ñepyrũ peteĩ aravo pukukue rehegua, opa va’ekue pe “ñe’ẽ” ojejapova’ekue Emancipation Proclamation rupive. Pe Emancipation Proclamation omboja’o ñepyrũ peteĩ mokõiha aravo pukukue rehegua, opa va’erã jave Estados Unidos “ñe’ẽ” vove peteĩ dragónicha. Pe mburuvicha guasu “ñe’ẽ” va’ekue 1863-pe ha’e va’ekue pe peteĩha mburuvicha guasu republicano; upévare pe pahagua mburuvicha guasu avei ha’éta peteĩ republicano.</w:t>
      </w:r>
    </w:p>
    <w:p>
      <w:pPr>
        <w:pStyle w:val="ArticleBody"/>
        <w:jc w:val="left"/>
      </w:pPr>
      <w:r>
        <w:rPr>
          <w:rFonts w:ascii="Times New Roman" w:hAnsi="Times New Roman" w:eastAsia="Times New Roman" w:cs="Times New Roman"/>
        </w:rPr>
        <w:t>Oĩ mokõi movimiento oñemoheñóiva umi mbohapy ánhel Apocalipsis capítulo catorce-pe. Peteĩha ha mokõiha ánhel marandu ojehechauka kuri movimiento millerita rupive, upéva opuʼãvaʼekue ha oiko peteĩ Tupaó oficial ramo ary 1863-pe. Jesús akóinte ohechauka peteĩ mbaʼe paha iñepyrũmby rupive. Mbohapyha ánhel movimiento, haʼéva avei pe ánhel mbarete Apocalipsis capítulo dieciocho-pe, haʼe pe paháva umi mokõi movimiento apytégui umi mbohapy ánhel rehegua. Pe oñepyrũvaʼekue 1798-pe peteĩ movimiento ramo pe astáta protestánte añetegua rehegua, ojere peteĩ Tupaó ramo pe ñepuʼãme 1863-pe; ha yvyramymba mymba rembiasakue oguahẽvo ipahápe pe léi domingo oútavape pyaʼe, pe Tupaó opuʼãva 1863-gua ojere jeýta peteĩ movimiento ndahaʼéiva oficial ramo, pe oñepyrũvaʼekue movimiento ramo opa hag̃ua movimiento ramo.</w:t>
      </w:r>
    </w:p>
    <w:p>
      <w:pPr>
        <w:pStyle w:val="ArticleBody"/>
        <w:jc w:val="left"/>
      </w:pPr>
      <w:r>
        <w:rPr>
          <w:rFonts w:ascii="Times New Roman" w:hAnsi="Times New Roman" w:eastAsia="Times New Roman" w:cs="Times New Roman"/>
        </w:rPr>
        <w:t>Umi ñembohasa Protestante rakã rehegua iñepyrũ ha ipahápe, peteĩ movimiento oñemoambue Tupãópe, ha upéi ipahápe ojevy jey movimiento-rã. Pe peteĩha punto de transición-pe, iñepyrũme, Filadelfia oñemoambue Laodicéape, ha pe punto de transición ipahapeguápe, Laodicea oñemoambue jey Filadelfiápe.</w:t>
      </w:r>
    </w:p>
    <w:p>
      <w:pPr>
        <w:pStyle w:val="ArticleBody"/>
        <w:jc w:val="left"/>
      </w:pPr>
      <w:r>
        <w:rPr>
          <w:rFonts w:ascii="Times New Roman" w:hAnsi="Times New Roman" w:eastAsia="Times New Roman" w:cs="Times New Roman"/>
        </w:rPr>
        <w:t>Pe kuára republicano-pe g̃uarã, pe punto de transición ha’e vaʼekue pe tembiasakue ogueraháva Guerra Civil peve, upéva omoheñóivaʼekue pe partido Republicano. Pe kuára protestante-pe g̃uarã, pe punto de transición ha’e vaʼekue 1856 guive 1863 peve, ha upéva haʼe vaʼekue peteĩchaguaite historia de transición pe kuára republicano rehegua. Oñemopyenda rire 1854-pe, pe primera convención nacional pe partido Republicano antiesclavista rehegua oiko vaʼekue 1856-pe. Pe kuára protestante-pe g̃uarã, pe símbolo de rebelión ha’e pe organización legal peteĩ Iglesia rehegua. Pe kuára republicano-pe g̃uarã, pe partido Democrático proesclavista ha’e pe símbolo de rebelión.</w:t>
      </w:r>
    </w:p>
    <w:p>
      <w:pPr>
        <w:pStyle w:val="ArticleBody"/>
        <w:jc w:val="left"/>
      </w:pPr>
      <w:r>
        <w:rPr>
          <w:rFonts w:ascii="Times New Roman" w:hAnsi="Times New Roman" w:eastAsia="Times New Roman" w:cs="Times New Roman"/>
        </w:rPr>
        <w:t>Mbohapyha ángel ojevy Kádesh-pe mokõiha jey 11 jasyporundy ary 2001-pe, ha pe transición Tupao-gui ku’e’ẽmbyryrã gotyo oñepyrũ vaʼekue pe estructura profética-pe pe parábola rehegua umi pa virgín rehe. Pe ñembyasy peteĩha oiko vaʼekue 18 jasypokõi ary 2020-pe pe cumplimiento paha ha perfecto-pe pe parábola rehegua umi pa virgín rehe, ha upe arýpe voi, pe sexto mburuvicha guasu ára paha guive 1989 guive, pe mburuvicha guasu vaʼekue omonguʼe hag̃ua Grecia retãnguéra rekohápe, ohupyty peteĩ “herida mortal” política-pe, péicha avei pe primer mburuvicha guasu republicano ohupyty hague peteĩ herida mortal añetéva.</w:t>
      </w:r>
    </w:p>
    <w:p>
      <w:pPr>
        <w:pStyle w:val="ArticleBody"/>
        <w:jc w:val="left"/>
      </w:pPr>
      <w:r>
        <w:rPr>
          <w:rFonts w:ascii="Times New Roman" w:hAnsi="Times New Roman" w:eastAsia="Times New Roman" w:cs="Times New Roman"/>
        </w:rPr>
        <w:t>Pe oky kyrỹi oñehẽva pe ama pahague oñepyrũ 11 jasyporundy ary 2001-pe, ha osegi pe léi domingo oguahẽmbaitéta hag̃uáicha peve, upépe pe ama pahague oñehẽta upéi peteĩ medida’ỹre. Pe ama pahague hína pe pu’aka yvágagui, ha Hermana White jeyjey rehe ohechauka pe aravo peteĩ pu’aka oguejývo yvágagui, peteĩ pu’aka satanagua ojupítaha yvýgui. Oĩ mbohapy pu’aka satanagua Apocalipsis kuatiápe ojupíva Satanás yvykua pypuku’ỹvagui. Islam ojupi pe yvykua pypuku’ỹvagui 11 jasyporundy ary 2001-pe, ojoajúvo pe tatatĩ osẽva’ekue pe yvykua pypuku’ỹvagui pe Ñembyasýpe peteĩha, capítulo nueve-pe.</w:t>
      </w:r>
    </w:p>
    <w:p>
      <w:pPr>
        <w:pStyle w:val="ArticleScripture"/>
        <w:jc w:val="left"/>
      </w:pPr>
      <w:r>
        <w:rPr>
          <w:rFonts w:ascii="Times New Roman" w:hAnsi="Times New Roman" w:eastAsia="Times New Roman" w:cs="Times New Roman"/>
        </w:rPr>
        <w:t>Ha pe ánhel peteĩha ombopu vaʼekue, ha ahecha peteĩ mbyja hoʼa yvágagui yvy ári; ha chupe oñemeʼẽ pe llave yvykua pypuku hag̃ua. Haʼe oipeʼa pe yvykua pypuku; ha osẽ pe yvykua guive peteĩ tatatĩ, peteĩ hórno tuicha tatatĩicha; ha kuarahy ha yvytu pytũmby pe yvykua tatatĩ reheve. Ha pe tatatĩgui osẽ tuku yvy ári; ha umi tukupe oñemeʼẽ pokatu, umi yvy japeusa oguerekoháicha pokatu. Ha oñemanduʼa chupekuéra ani hag̃ua ombyai pe kapiʼi yvy rehegua, ni mbaʼe hovy rehegua, ni peteĩ yvyramáta; síno umi kuimbaʼekuéra añónte ndoguerekóivape Tupã séllo ijyvate rehe. Apocalipsis 9:1–4.</w:t>
      </w:r>
    </w:p>
    <w:p>
      <w:pPr>
        <w:pStyle w:val="ArticleBody"/>
        <w:jc w:val="left"/>
      </w:pPr>
      <w:r>
        <w:rPr>
          <w:rFonts w:ascii="Times New Roman" w:hAnsi="Times New Roman" w:eastAsia="Times New Roman" w:cs="Times New Roman"/>
        </w:rPr>
        <w:t>Pe Islam mbohapyha ñembyasy rehegua og̃uahẽrõ guare 11 jasyporundy ary 2001-pe, ojehechauka hag̃uáicha peteĩha ñembyasy rupive, ndaikatúi ojapo vai umi oguerekóvape Tupã sélle; upéicha ojekuaa hag̃ua oñepyrũha pe sellado umi cien cuarenta y cuatro mil rehegua. Pe sellado paha oikóta pya’e hag̃uáicha ou vove pe domingo léi Tetã peteĩ rekoha Estados Unidos-pe, upépe pe mymba guasu yguasu guigua, ojererekovaʼekue peteĩ herida omano hag̃uáicha, ha oñembyesarái hague, ojupi pe yvykua pypukúgui oiko hag̃ua pe poapyha reino, ha’éva umi siete apytégui.</w:t>
      </w:r>
    </w:p>
    <w:p>
      <w:pPr>
        <w:pStyle w:val="ArticleScripture"/>
        <w:jc w:val="left"/>
      </w:pPr>
      <w:r>
        <w:rPr>
          <w:rFonts w:ascii="Times New Roman" w:hAnsi="Times New Roman" w:eastAsia="Times New Roman" w:cs="Times New Roman"/>
        </w:rPr>
        <w:t>Pe mymba reguerahague rehecháva oĩ va'ekue, ha ko'ágã ndaipóri; ha ojupíta pe yvykua pypuku'ỹgui, ha ohóta ñehundípe; ha umi oikóva yvy ári oñemondýita, umi héra ndojehaíriva'ekue pe kuatia tekove reheguape yvy ñepyrũmby guive, ohecháramo pe mymba reguerahague oĩ va'ekue, ha ndaipóri, ha upéicharõ jepe oĩ. Apocalipsis 17:8.</w:t>
      </w:r>
    </w:p>
    <w:p>
      <w:pPr>
        <w:pStyle w:val="ArticleBody"/>
        <w:jc w:val="left"/>
      </w:pPr>
      <w:r>
        <w:rPr>
          <w:rFonts w:ascii="Times New Roman" w:hAnsi="Times New Roman" w:eastAsia="Times New Roman" w:cs="Times New Roman"/>
        </w:rPr>
        <w:t>Pe período profético pe ñesellado rehegua umi cien cuarenta y cuatro mil rehegua oñepyrũ peteĩ pokatu osẽva pe yvykua pypukuvéva guive, ha opa hag̃ua opátava peteĩ pokatu osẽva pe yvykua pypukuvéva guive. Pe tembiasakue mbytepe mymba ñarõ yvypórajerovia’ỹ rehegua, pe mburuvicha guasu dragón “woke” rehegua, avei osẽ pe yvykua pypukuvéva guive ojuka hag̃ua umi mokõi testígope. Alfa ha Omega omoĩ vaekue Isignatúra ko tembiasakue ári.</w:t>
      </w:r>
    </w:p>
    <w:p>
      <w:pPr>
        <w:pStyle w:val="ArticleScripture"/>
        <w:jc w:val="left"/>
      </w:pPr>
      <w:r>
        <w:rPr>
          <w:rFonts w:ascii="Times New Roman" w:hAnsi="Times New Roman" w:eastAsia="Times New Roman" w:cs="Times New Roman"/>
        </w:rPr>
        <w:t>Ha oñemohu’ã vove hikuái iñemombe’upy, pe mymba ojupi va’ekue pe yvykua pypuku hag̃uáicha ndaipapáiva guive oñorairõta hesekuéra, ipu’akáta hesekuéra ha ojukáta chupekuéra. Ha hetekuéra omanóva opytáta pe tape guasu ári, pe táva guasu espiritualhápe oñembohérava Sodoma ha Egipto, upépe avei ñande Ruvicha ojekrusifika hague. Ha tavayguakuéra, ha ñemoñarekuéra, ha ñe’ẽnguéra, ha tetãnguéra ohecháta hetekuéra omanóva mbohapy ára ha mbyte pukukue, ha ndohejamo’ãi hetekuéra omanóva oñeñotỹ hag̃ua itakuápe. Ha umi oikóva yvy ári ovy’áta hesekuéra, ha ovy’a guasúta, ha omondo jopói ojupe; ko’ã mokõi maranduhára proféta ombohasa asy rire umi oikóva yvy ári. Ha mbohapy ára ha mbyte rire, pe Espíritu de vida oúva Tupãgui oike jey ipypekuéra, ha opu’ã hikuái ipy hag̃uére; ha tuicha kyhyje oguejy umi ohechávare chupekuéra. Apocalipsis 11:7–11.</w:t>
      </w:r>
    </w:p>
    <w:p>
      <w:pPr>
        <w:pStyle w:val="ArticleBody"/>
        <w:jc w:val="left"/>
      </w:pPr>
      <w:r>
        <w:rPr>
          <w:rFonts w:ascii="Times New Roman" w:hAnsi="Times New Roman" w:eastAsia="Times New Roman" w:cs="Times New Roman"/>
        </w:rPr>
        <w:t>Áño 2020-pe, umi mokõi hatĩ republicana ha protestánte añetéva ojejukapa. Peteĩva, dragón pokatu polítiko ateísmo rehegua rupive; ha ambuéva, dragón pokatu espiritual ateísmo rehegua rupive. Upéi opyta omanóva peteĩ tiempo aja ojehechaukáva mbohapy ára mbyte ha peteĩ ára mbyte ramo, ha upéi opu'ã jeývo ipy rehe, tuicha kyhyje ho'a umi ojehechaukáva dragón pokatu ramo ári. Pe “kyhyje” ko'ágã ojehechaukáva demócrata progresista-kuéra rehe Donald Trump pokatu polítiko osẽ jey haguére, ha'e peteĩ profesía ñembyaje. Pe “kyhyje” ojehechaukáva umi oseguíva Future for America ministerio, katu, orrepresenta ambueichagua kyhyje.</w:t>
      </w:r>
    </w:p>
    <w:p>
      <w:pPr>
        <w:pStyle w:val="ArticleBody"/>
        <w:jc w:val="left"/>
      </w:pPr>
      <w:r>
        <w:rPr>
          <w:rFonts w:ascii="Times New Roman" w:hAnsi="Times New Roman" w:eastAsia="Times New Roman" w:cs="Times New Roman"/>
        </w:rPr>
        <w:t>Umi oikytĩva’erã pe marandu Future for America rehe, ha’e hína umi Adventista Laodicéagua, maymáva oñehenóiva’ekue oĩ hag̃ua umi cien cuarenta y cuatro mil apytépe. Péro, Laodicéagua añeteguáicha, oikóva cuarta generación-pe, ha’éva mbói ra’ykuéra ha adulterokuéra generación, ndorekói kyhyje. Pe kyhyje tekotevẽva ojapyhy hikuái ha’e pe marandu porã opa’ỹva, omandáva yvypórape “okyhyje hag̃ua Tupãgui ha ome’ẽ hag̃ua Chupe gloria, og̃uahẽma rupi Hi’áravo juicio rehegua.”</w:t>
      </w:r>
    </w:p>
    <w:p>
      <w:pPr>
        <w:pStyle w:val="ArticleBody"/>
        <w:jc w:val="left"/>
      </w:pPr>
      <w:r>
        <w:rPr>
          <w:rFonts w:ascii="Times New Roman" w:hAnsi="Times New Roman" w:eastAsia="Times New Roman" w:cs="Times New Roman"/>
        </w:rPr>
        <w:t>Upe aravo ha’e pe aravo pe yvy ryryi guasu oikohápe, umi mokõi testígo peteĩ sientokuarenta irundy milgui oñehupi ramo peteĩ techaukaháramo, upe javeite pe Tupao Laodiceagua oñemosẽ hag̃ua Ñandejára jurúgui.</w:t>
      </w:r>
    </w:p>
    <w:p>
      <w:pPr>
        <w:pStyle w:val="ArticleBody"/>
        <w:jc w:val="left"/>
      </w:pPr>
      <w:r>
        <w:rPr>
          <w:rFonts w:ascii="Times New Roman" w:hAnsi="Times New Roman" w:eastAsia="Times New Roman" w:cs="Times New Roman"/>
        </w:rPr>
        <w:t>Rojapo hag̃ua ko ñehesa’ỹijo pe artíkulo oúvape.</w:t>
      </w:r>
    </w:p>
    <w:p>
      <w:pPr>
        <w:pStyle w:val="ArticleScripture"/>
        <w:jc w:val="left"/>
      </w:pPr>
      <w:r>
        <w:rPr>
          <w:rFonts w:ascii="Times New Roman" w:hAnsi="Times New Roman" w:eastAsia="Times New Roman" w:cs="Times New Roman"/>
        </w:rPr>
        <w:t>“‘Ha oñemohuʼã vove hikuái iñeʼẽasa, pe mymba ojupíva yvykua pypukuʼỹgui ojapóta ñorãirõ hesekuéra, ha ipuʼakáta hesekuéra, ha ojukáta chupekuéra. Ha hetekuéra omanóva opytáta pe táva guasu rape mbytépe, upéva espíritu rehegua oñembohérava Sodoma ha Egipto, moõ avei ñande Ruvicha oñekrusifika vaʼekue.’ [Apocalipsis 11:7, 8.]</w:t>
      </w:r>
    </w:p>
    <w:p>
      <w:pPr>
        <w:pStyle w:val="ArticleScripture"/>
        <w:jc w:val="left"/>
      </w:pPr>
      <w:r>
        <w:rPr>
          <w:rFonts w:ascii="Times New Roman" w:hAnsi="Times New Roman" w:eastAsia="Times New Roman" w:cs="Times New Roman"/>
        </w:rPr>
        <w:t>“Koʼã mbaʼe oiko vaʼerãmoʼã pe ára pahápe pe ára pukukue rehe umi testígo oñeʼẽ hague ao vaipe. Papado rupive, Satanás yma guive ipoguýpe oguereko kuri umi pokatu ombopoguýva Tupaópe ha Tetãme. Umi vaíraʼỹ renda pohýi ojehechauka porãiterei vaʼekue koʼýte umi tetãnguéra ombotovéva pe Tesape Reforma rehegua. Oĩ kuri peteĩ tekoñaña ha tekovai tuichaite, ojoguáva Sodoma rekópe mboyveite oñehundi hag̃ua, ha pe taʼãnga rehegua ñemombaʼe ha pytũmby espiritual oisãmbyhy vaʼekuépe Egíptope Moisés árape.”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 Daniel - Peteĩsa Mokõipa Porundy’ẽnueve</dc:title>
  <dc:subject>Ojekuaa hag̃ua he’iséva proféticamente: pe Hatĩ Republicano ha umi Mba’e oikótava pahaite peve</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