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Kuatiañe'ẽ - Sa Po Mokõi Pa’ẽ hag̃ua Mbohapypa hag̃ua</w:t>
      </w:r>
    </w:p>
    <w:p>
      <w:pPr>
        <w:pStyle w:val="ArticleSubtitle"/>
        <w:jc w:val="left"/>
      </w:pPr>
      <w:r>
        <w:rPr>
          <w:rFonts w:ascii="Arial" w:hAnsi="Arial" w:eastAsia="Arial" w:cs="Arial"/>
        </w:rPr>
        <w:t>Pe Transisión Profétika Estados Unidos rehegua: Mbohapyve Reino-gui Unión Mbohapyve hag̃uápe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Umi Tetã peteĩ rekoha peteĩme oaplikávo pe arapokõindy ára pytuʼu léi oúta hag̃uáicha pyaʼe, ndahaʼemoʼãvéima pe sexto rréino profecía bíblica-pe ha oñembohasáta peteĩ mbohapyha ramo pe joaju mbohapyvegua Roma Moderna-gui. Pe mburuvicha guasu omoañetétava pe arapokõindy ára pytuʼu léi haʼéta pe presidente paha, ha haʼéta peteĩ presidente Republicano. Kóva oñemopyenda mokõi testígo ári.</w:t>
      </w:r>
    </w:p>
    <w:p>
      <w:pPr>
        <w:pStyle w:val="ArticleBody"/>
        <w:jc w:val="left"/>
      </w:pPr>
      <w:r>
        <w:rPr>
          <w:rFonts w:ascii="Times New Roman" w:hAnsi="Times New Roman" w:eastAsia="Times New Roman" w:cs="Times New Roman"/>
        </w:rPr>
        <w:t>Abraham Lincoln, ha'éva pe primer mburuvicha republicano, “ñe'ẽ” va'ekue pe Emancipation Proclamation ary 1863-pe, ha upéva ha'e pe tape mbytegua umi ñe'ẽ rehegua rembiasakue profético-pe pe mymba yvýgui osẽvagui. Lincoln “ñe'ẽ” ramo guare pe Emancipation Proclamation, ary 1863-pe, ha'e va'ekue pe primer mburuvicha republicano, upéicha rupi ohechauka hag̃ua pe paháva mburuvicha republicano. Abraham Lincoln ohechauka pe paháva waymark pe primer periodo pe mymba yvýgui osẽvagui, ha avei pe primer waymark pe mokõiha periodo pe mymba yvýgui osẽvagui. Jesús akóinte ohechauka pe paha pe ñepyrũ rupive. Ha pe mymba yvýgui osẽva oñe'ẽ vove dragónicha, pe pahaite gotyo pe paháva umi mokõi periodo apytégui, pe mburuvicha ha'éta peteĩ mburuvicha republicano, Lincoln ohechaukaháicha.</w:t>
      </w:r>
    </w:p>
    <w:p>
      <w:pPr>
        <w:pStyle w:val="ArticleBody"/>
        <w:jc w:val="left"/>
      </w:pPr>
      <w:r>
        <w:rPr>
          <w:rFonts w:ascii="Times New Roman" w:hAnsi="Times New Roman" w:eastAsia="Times New Roman" w:cs="Times New Roman"/>
        </w:rPr>
        <w:t>Mokõiha testígo ohechaukáva pe último presidente ha’eha peteĩ presidente republicano, ha’e pe período oñepyrũva ára paha-pe ary 1989-pe Ronald Reagan ndive. Pe período profético 1989 guive pe ley dominical hi’aguĩetéva peve oñerepresenta va’ekue pe período profético oĩva tembiapo ñembosako’irã ramo Roma papal oguahẽ hag̃ua tróno-pe pe tembiasakue 508 guive 538 peve. Upe período profético ñembosako’i rehegua, oñemoañetévo hag̃ua pe anticristo poder 538-pe, ojejoguava’ekue Cristo rembiposako’i treinta ary rehe, upéva he’iséva iñemoñare guive peve ijevautísmo.</w:t>
      </w:r>
    </w:p>
    <w:p>
      <w:pPr>
        <w:pStyle w:val="ArticleBody"/>
        <w:jc w:val="left"/>
      </w:pPr>
      <w:r>
        <w:rPr>
          <w:rFonts w:ascii="Times New Roman" w:hAnsi="Times New Roman" w:eastAsia="Times New Roman" w:cs="Times New Roman"/>
        </w:rPr>
        <w:t>Pe anticristo oguereko vaʼekue peteĩ arakaʼe guive oñembosakoʼiha mbohapypa ary pukukue, ombohováiva Cristo mbohapypa ary oñembosakoʼi haguépe. Peteĩ mbohapypa ary pukukue oñembosakoʼiha Cristo-pe guarã, ha avei pe anticristo-pe guarã, omeʼẽ mokõi testígo peteĩ arakaʼe oñembosakoʼiha rehe, pe herida oporojukáva ñemonguera rehegua, pe ley dominical pyaʼe oútavape. Upe arakaʼe oñembosakoʼiha oñepyrũ vaʼekue pe ára paha jave ary 1989-pe, péicha avei Cristo oñembosakoʼi hag̃ua og̃uahẽ vaʼekue haʼe onase ramo guare, upéva omarkáva pe ára paha I historia profética-pe.</w:t>
      </w:r>
    </w:p>
    <w:p>
      <w:pPr>
        <w:pStyle w:val="ArticleBody"/>
        <w:jc w:val="left"/>
      </w:pPr>
      <w:r>
        <w:rPr>
          <w:rFonts w:ascii="Times New Roman" w:hAnsi="Times New Roman" w:eastAsia="Times New Roman" w:cs="Times New Roman"/>
        </w:rPr>
        <w:t>Pe último presidente mboyve, Daniel capítulo once versíkulo mokõime ohechauka oĩtaha seis presidente oguahẽva pe presidente rico peve, ha upéva “ombopúva” globalistakuéra reino. Umi seis presidente apytégui pe peteĩha vaʼekue Ronald Reagan, peteĩ republicano. Ronald Reagan ha Abraham Lincoln omeʼẽ mokõi testígo. Pe señal del camino pe rebelión 1863-pegua, ha pe línea de presidentekuéra oñepyrũva 1989-pe, omyesakã porã umi característica pe último presidente Estados Unidos-gua.</w:t>
      </w:r>
    </w:p>
    <w:p>
      <w:pPr>
        <w:pStyle w:val="ArticleBody"/>
        <w:jc w:val="left"/>
      </w:pPr>
      <w:r>
        <w:rPr>
          <w:rFonts w:ascii="Times New Roman" w:hAnsi="Times New Roman" w:eastAsia="Times New Roman" w:cs="Times New Roman"/>
        </w:rPr>
        <w:t>Ronald Reagan ha’e peteĩ símbolo pe peteĩha rehegua, ha upévare ohechauka pe pahápeguápe. Reagan va’ekue peteĩ ex estrella de los medios de comunicación, peteĩ ex demócrata ojere va’ekue republicano hag̃ua. Ojekuaa va’ekue iñe’ẽ py’aguapýva ha iporombopochýva inglés ñe’ẽ jeporúpe. Ojekuaa avei va’ekue ihumor rehe. Ha’e va’ekue peteĩ protestante he’iháicha ijehe, ohechaukávo ndontendeporãi hague añetehápe mba’épa he’ise protestante, ojapo ramo guare peteĩ joaju pe anticristo ndive, profecía bíblica peguándi.</w:t>
      </w:r>
    </w:p>
    <w:p>
      <w:pPr>
        <w:pStyle w:val="ArticleBody"/>
        <w:jc w:val="left"/>
      </w:pPr>
      <w:r>
        <w:rPr>
          <w:rFonts w:ascii="Times New Roman" w:hAnsi="Times New Roman" w:eastAsia="Times New Roman" w:cs="Times New Roman"/>
        </w:rPr>
        <w:t>Haʼe vaʼekue pro-americano, ha ndokyhyjéi políticamente. Oñemotenonde hese pe presidente ijayvuʼỹvéva upe época política moderna-pe, ha pe mboyvegua oñakãity vaʼekue islamismo radical remikotevẽkuéra renondépe. Ikatu hag̃uáicha, pe mbaʼe iñimportantevéva heʼivaʼekue, ha upe rehe oñemeʼẽ chupe crédito ojapóramo hag̃ua, haʼe vaʼekue oguerahárõ guare heʼívo: “Karai Gorbachev, emboguejy ko muralla.”</w:t>
      </w:r>
    </w:p>
    <w:p>
      <w:pPr>
        <w:pStyle w:val="ArticleBody"/>
        <w:jc w:val="left"/>
      </w:pPr>
      <w:r>
        <w:rPr>
          <w:rFonts w:ascii="Times New Roman" w:hAnsi="Times New Roman" w:eastAsia="Times New Roman" w:cs="Times New Roman"/>
        </w:rPr>
        <w:t>Donald Trump ha’e hína peteĩ símbolo pe pahaguápegua, ha upévare ojehechauka vaʼekue peteĩha rupive. Trump vaʼekue peteĩ ex estrella de los medios de comunicación, peteĩ ex demócrata oikévakue republicano-rã. Ojekuaa chupe iñeʼẽ inglés jeporu ombopochýva rehe. Ojekuaa chupe avei ihumor rehe. Haʼe oñemombeʼu Protestantéva ramo, ha ohechauka porã ndontendeporãiha añetehápe mbaʼépa heʼise protestante, ha ojapóta peteĩ ñeʼẽmeʼẽ joaju pe anticristo ndive profecía bíblica pegua, pe léi domingo pyaʼe oútavape.</w:t>
      </w:r>
    </w:p>
    <w:p>
      <w:pPr>
        <w:pStyle w:val="ArticleBody"/>
        <w:jc w:val="left"/>
      </w:pPr>
      <w:r>
        <w:rPr>
          <w:rFonts w:ascii="Times New Roman" w:hAnsi="Times New Roman" w:eastAsia="Times New Roman" w:cs="Times New Roman"/>
        </w:rPr>
        <w:t>Ha’e niko proestadounidense, ha políticamente ndokyhyjéi. Hese oiko mboyve pe presidente ndovaléi véva upe époka política moderna-pe, ha ojejeyvo jeporavo 2024-pe, peteĩ jeyve oikóta hese mboyve pe pyahu presidente ndovaléi véva époka política moderna-pe. Mokõivéva kásope umi iñemotenondehára ojekuaa oikógui oñakãity umi mba’ejerure Islam radical rehegua renondépe. Añetehápe pe mba’e iñimportantevéva ha’e araka’eve he’íva, ha upévare oñeme’ẽtava chupe crédito ojapohaguére, ha’e: “Pemopu’ã pe muralla.”</w:t>
      </w:r>
    </w:p>
    <w:p>
      <w:pPr>
        <w:pStyle w:val="ArticleBody"/>
        <w:jc w:val="left"/>
      </w:pPr>
      <w:r>
        <w:rPr>
          <w:rFonts w:ascii="Times New Roman" w:hAnsi="Times New Roman" w:eastAsia="Times New Roman" w:cs="Times New Roman"/>
        </w:rPr>
        <w:t>Kóva ndaha’éi hag̃ua oje’e Jimmy Carter, Barack Hussein Obama ha Joe Biden ndaha’ei hague iporãiterei iñakãraguasu hag̃ua ipresidénsiape; añetehápe, iñembiapo porã ojekuaa haguéicha oñemopyenda kuri hembiapópe oñehundi hag̃ua umi principio oñeñongatúva Tetã peteĩ rekojojápe Estados Unidos-pegua, pe kuatia tee ha’ekuéra peteĩteĩ ojurahéi hague omoañete ha oñangareko hag̃ua hese; upéva rehe oñembojoapyva’erã pe añetegua Carter oheja hague Islam oguereko hag̃ua rehénpekuéra Reagan jeiporavo peve, ha Obama ojapo hague peteĩ gira de disculpa mundo islámico-pe ha ome’ẽ hague sa’i hag̃ua mil millones de dólares en efectivo pe banco principal islam radical-pegua, ha Biden rembiasakue ohechaukáva imbojokupyty Islam ndive ipukuiterei hag̃uáicha oñeñe’ẽ hag̃ua ko’ápe.</w:t>
      </w:r>
    </w:p>
    <w:p>
      <w:pPr>
        <w:pStyle w:val="ArticleBody"/>
        <w:jc w:val="left"/>
      </w:pPr>
      <w:r>
        <w:rPr>
          <w:rFonts w:ascii="Times New Roman" w:hAnsi="Times New Roman" w:eastAsia="Times New Roman" w:cs="Times New Roman"/>
        </w:rPr>
        <w:t>Ronald Reagan omohu’ãkuri pe tembiapo oguerity hag̃ua pe tápia simbólica hérava “pe cortina de hierro”, ha 11 jasypateĩ ary 1989-pe pe tápia Berlín-gua ho’ákuri ohechauka hag̃ua upe jeity espiritual peteĩ hito literal rupive. Trump oguerityta pe tápia simbólica ombojoajúva’ỹ Tupaópe ha Estado-pe, ha pe mbohapyha Ñembyasy ome’ẽta peteĩ hito literal upe mba’e oikóva rehegua. Upe mba’e omohu’ãta pe ára paha oñembotyha pe cien cuarenta y cuatro mil rehegua, oñepyrũva’ekue Islam og̃uahẽ ramo pe mbohapyha Ñembyasy rupive, ome’ẽva’ekue peteĩ hito literal ojekuaa hag̃ua pe tembiapo espiritual pe sellado rehegua oñepyrũ hague. 7 jasypa ary 2023-me ome’ẽkuri pe mbytegua umi mbohapy marcador histórico literal apytépe pe tiempo de sellado rehegua pe cien cuarenta y cuatro mil-pe.</w:t>
      </w:r>
    </w:p>
    <w:p>
      <w:pPr>
        <w:pStyle w:val="ArticleBody"/>
        <w:jc w:val="left"/>
      </w:pPr>
      <w:r>
        <w:rPr>
          <w:rFonts w:ascii="Times New Roman" w:hAnsi="Times New Roman" w:eastAsia="Times New Roman" w:cs="Times New Roman"/>
        </w:rPr>
        <w:t>Upe ñemombeʼu pe ñemboty rehegua mbytépe, poteĩha mburuvicha Ronald Reagan guive oñemano vaʼekue simbólikamente ha polítikamente pe mymba yvykua pypukúgui osẽva rupive. Pe mymba yvykua pypukúgui osẽva, ñemboty ára ñepyrũmbyjave, haʼe Islam, ohechaukáva Mahómetpe, peteĩ proféta japu símbolo ramo. Pe mymba yvykua pypukúgui osẽva ñemboty ára paha gotyo haʼe pe mymba yguasu guigua catolicismo rehegua, upévare ijerére ojejapo jevy pe ikutu omanóvaicha vaʼekue. Pe mymba yvykua pypukúgui osẽva ojupi hag̃ua ñemboty ára mbyte rupi, haʼe pe mymba ateísmo rehegua, pe dragón. Pe mymba dragón yvykua pypukúgui osẽva, ñemboty ára mbytépe ojuka umi mokõi testígope Apocalipsis kapítulo once-pe.</w:t>
      </w:r>
    </w:p>
    <w:p>
      <w:pPr>
        <w:pStyle w:val="ArticleBody"/>
        <w:jc w:val="left"/>
      </w:pPr>
      <w:r>
        <w:rPr>
          <w:rFonts w:ascii="Times New Roman" w:hAnsi="Times New Roman" w:eastAsia="Times New Roman" w:cs="Times New Roman"/>
        </w:rPr>
        <w:t>Pe facción dragón demócrata proesclavista-gua Guerra Civil Estados Unidos ojukaete literalmente mburuvicha tenondegua republicano peteĩha. Guerra Civil opa oficialmente 9 jasyrundy 1865-pe, ha Lincoln omanóvo peteĩ arapokõindy rire, 15-pe, jepe oñekutúkuri chupe ára mboyve. Pe ñorairõ opa vaʼekue sábado, ára pokõihápe, ha Lincoln omanóvo avei sábado, ára pokõihápe.</w:t>
      </w:r>
    </w:p>
    <w:p>
      <w:pPr>
        <w:pStyle w:val="ArticleBody"/>
        <w:jc w:val="left"/>
      </w:pPr>
      <w:r>
        <w:rPr>
          <w:rFonts w:ascii="Times New Roman" w:hAnsi="Times New Roman" w:eastAsia="Times New Roman" w:cs="Times New Roman"/>
        </w:rPr>
        <w:t>Umi globalista oñemombaretéva’ekue (oñemyakãrapu’ãva’ekue) pe mburuvicha guasu rico ha ipoderósova rehe, omboguatákuri peteĩ jejuka polítika ára 3 jasypateĩ 2020-pe. Pe mymba yvykua pypuku’ỹva guive oúva ohechauka pe dragón-mymba, ha upeichahápe ojukáva’ekue simbólikamente pe pahague mburuvicha guasu republicano, ojejoguaháicha pe peteĩha mburuvicha guasu republicano omanóva añetépe. Ñandejára Ñe’ẽ omombe’u, ko yvy ape ári ojejavy’a rire hese omanohaguére, ha’e opu’ã jeýta hi’ári. Ko’ág̃a ñaime 2024-pe, ha ojehechakuaa porã Trump oikove jeýma hague, opavave pe ley rehegua ñorairõ, japu, propaganda ha viru oñemombo hag̃ua hese jepe.</w:t>
      </w:r>
    </w:p>
    <w:p>
      <w:pPr>
        <w:pStyle w:val="ArticleBody"/>
        <w:jc w:val="left"/>
      </w:pPr>
      <w:r>
        <w:rPr>
          <w:rFonts w:ascii="Times New Roman" w:hAnsi="Times New Roman" w:eastAsia="Times New Roman" w:cs="Times New Roman"/>
        </w:rPr>
        <w:t>Pe ñorairõ guasu ojehechauka vaʼekuépe Estados Unidos-pe, ha péicha ohechaukaramo guive pe ñorairõ guasu peteĩchagua ko yvy ape ári, peteĩ puʼaka satanágui osẽva yvýgui ojupíta upe ára pe, Ñandejára puʼaka, ojehechaukáva ama pyahu ramo, oguejy aja yvate guive.</w:t>
      </w:r>
    </w:p>
    <w:p>
      <w:pPr>
        <w:pStyle w:val="ArticleBody"/>
        <w:jc w:val="left"/>
      </w:pPr>
      <w:r>
        <w:rPr>
          <w:rFonts w:ascii="Times New Roman" w:hAnsi="Times New Roman" w:eastAsia="Times New Roman" w:cs="Times New Roman"/>
        </w:rPr>
        <w:t>Pe tembiasakue 11 jasyporundy ary 2001 guive, pe léi domingo pya’éta ou hag̃ua Estados Unidos-pe peve, Islam pe mbohapyha Ñembyasy guigua osẽ yvykua pypukúgui tatatĩicha, ohechaukáva umi óga tata rendýgui osẽva tatatĩ pe tembiasakue ñepyrũme. Ary 2016-pe, pe “woke-ismo” komunista umi globalista rehegua ojupi ojuka hag̃ua mokõi testígope. Upéi, pe léi domingo pya’éta ou vove, papado, upéramo oikotáva pe póraha poapyha, umi siete apytégui, ojupíta yvy guasu guapyha ári ijayvu hag̃ua, oñemboguejývo’ekue ikutu vaieteha oñemonguera jave.</w:t>
      </w:r>
    </w:p>
    <w:p>
      <w:pPr>
        <w:pStyle w:val="ArticleBody"/>
        <w:jc w:val="left"/>
      </w:pPr>
      <w:r>
        <w:rPr>
          <w:rFonts w:ascii="Times New Roman" w:hAnsi="Times New Roman" w:eastAsia="Times New Roman" w:cs="Times New Roman"/>
        </w:rPr>
        <w:t>Umi mymba ohechaukáva pe pu’aka oguãhẽva yvýgui, pe ára ama pyhareve paha ho’áramo pe pu’aka yvágagui guáicha, ohechauka peteĩ “Añetegua” profétika. Pe peteĩha ojupiva’erã tatatĩicha ha’e Islam pe mbohapyha Aicho rehegua, pe ára oñehendu jave pe ñe’ẽ peteĩha Apocalipsis kapítulo dieciocho-pe, ha ojupi pe ama pyhareve paha oñepyrũ jave oñemedi. Pe mymba paha ojupiva’erã ha’e papado, pe ára oñehendu jave pe ñe’ẽ mokõiha Apocalipsis kapítulo dieciocho-pe, ha ojupi pe ama pyhareve paha oñeñohẽ aja mba’eve’ỹme’ẽ reheve.</w:t>
      </w:r>
    </w:p>
    <w:p>
      <w:pPr>
        <w:pStyle w:val="ArticleBody"/>
        <w:jc w:val="left"/>
      </w:pPr>
      <w:r>
        <w:rPr>
          <w:rFonts w:ascii="Times New Roman" w:hAnsi="Times New Roman" w:eastAsia="Times New Roman" w:cs="Times New Roman"/>
        </w:rPr>
        <w:t>Pe peteĩha ombojoja pe pahápe, ha pe mymba ojupi hag̃ua mbyte rupi ha’e pe mymba globalísmo ateopegua ojuka vaʼekue mokõi testígope ary 2020-pe. Peteĩ testígo haʼe vaʼekue pe hatĩ protestánte, ha ambue katu pe hatĩ republicána. Pe puʼakaʼỹ ha teko joavyʼỹ oñembojoajúva pe mymba ateísmopegua rehe ojehechauka pe letra pahaapyha alefáto hebreopegua rupive, ha upe mymba yvykua pypukuʼỹgui osẽva og̃uahẽ mbyte rupi pe peteĩha ha pe pahápe apytépe umi mymba yvykua pypukuʼỹgui osẽva, ha upéva omoheñói pe ñeʼẽ hebreo “añetegua” rembiapokue, jepe peteĩ añetegua ohechaukaramóva pe puʼaka satanás rehegua ouva yvýgui yvýpe guive pe ára pe puʼaka yvagapegua oguejy aja yvate guive.</w:t>
      </w:r>
    </w:p>
    <w:p>
      <w:pPr>
        <w:pStyle w:val="ArticleBody"/>
        <w:jc w:val="left"/>
      </w:pPr>
      <w:r>
        <w:rPr>
          <w:rFonts w:ascii="Times New Roman" w:hAnsi="Times New Roman" w:eastAsia="Times New Roman" w:cs="Times New Roman"/>
        </w:rPr>
        <w:t>Mbohapy ára ha mbyte rire umi mokõi testígo ojejuka haguére, peteĩ “ñe’ẽ mbytegua” oñepyrũ osapukái. Ha’e vaekue “pe ñe’ẽ peteĩ osapukáiva desiértope”. Upe ñe’ẽ ha’e vaekue pe “opa” pe ñe’ẽ mensahéro ombosako’íva tape pe Mensahéro Konveniopegua renondépe, ha pe ñe’ẽ Elías rehegua ñepyrũ, ohenóiva kuimba’e ha kuña kuérape Yvyty Carmelope.</w:t>
      </w:r>
    </w:p>
    <w:p>
      <w:pPr>
        <w:pStyle w:val="ArticleScripture"/>
        <w:jc w:val="left"/>
      </w:pPr>
      <w:r>
        <w:rPr>
          <w:rFonts w:ascii="Times New Roman" w:hAnsi="Times New Roman" w:eastAsia="Times New Roman" w:cs="Times New Roman"/>
        </w:rPr>
        <w:t>“Hermanokuéra ha hermanakuéra, aipotaite ikatu hag̃uáicha ha’e peteĩ mba’e penemombáy hag̃ua peikuaa hag̃ua ko tiempo importancia, ha mba’éichapa tuicha he’ise umi mba’e oikóva ko’ág̃a. Ahechauka peẽme umi movimiento kyre’ỹ ha ojepysóva ko’ág̃a ojejapóva oñemboguejy hag̃ua pe sãso religioso. Ñandejára mandamiento mandu’arã oñembosanto va’ekue oñehundi, ha hendaguépe oñemoĩ peteĩ sábado japu, ndaijaraséiva marangatukue, ha upéva oĩ ko yvy arigua renondépe. Ha aja umi pytũmbýra pokatu omongu’évo umi elemento yvýgui guýpe, Tupã Ñandejára yvágagui ombou pokatu yvate guive ombohovái hag̃ua ko tekotevẽ pya’e, omombáyvo hembiguái oikovéva omomba’eguasu hag̃ua pe léi yvagapegua. Ko’ág̃a, ko’ág̃aite, ha’e ñande ára ñamba’apo hag̃ua tetã ambuekuérape. América, pe tetã ojeheróva sãso religioso retã, joajúramo papado ndive opoko hag̃ua conciencia rehe ha ombopy’a hag̃ua kuimba’ekuéra omomba’e hag̃ua pe sábado japu, upéicharõ opa tetãygua ko yvy ape ári oguerahaukáta oho hag̃ua hapykuéri ijehémplo. Ñane retãyguakuéra ndopytái ni mbytepeve okakuaa hag̃ua ha ojapo hag̃ua opa ikatúva, umi medio orekóva ipope rupive, omyasãi hag̃ua pe marandu ñe’ẽñemi rehegua.”</w:t>
      </w:r>
    </w:p>
    <w:p>
      <w:pPr>
        <w:pStyle w:val="ArticleScripture"/>
        <w:jc w:val="left"/>
      </w:pPr>
      <w:r>
        <w:rPr>
          <w:rFonts w:ascii="Times New Roman" w:hAnsi="Times New Roman" w:eastAsia="Times New Roman" w:cs="Times New Roman"/>
        </w:rPr>
        <w:t>“Ñandejára Tupã yvágagui ndoúi mo’ã arapýpe Hembiapo jehechakuaa hag̃ua omoĩva’ekue tekotevẽ’ỹre ha ñembyai rehe, ohenói mboyve Iñangarekohárape ome’ẽ hag̃ua pe ñe’ẽmondo ñemomarandu. Ndojokomo’ãi pe ára pytyvõrã oñemohu’ãva peve pe marandu ndojekuaaukái porãve hag̃uáicha. Tupã Léi oñembojegua va’erã; umi hembijerure oñemombe’u va’erã henda añeteguápe ha marangatu hag̃uáicha, ikatu hag̃uáicha tavayguakuéra ojapo hembipota hag̃ua pe añetegua rehe térã hese. Upéicharõ jepe, pe tembiapo oñemohu’ãta tekojoja reheve. Cristo rekojoja marandu osẽ va’erã yvy apýra peteĩ guive ambue peve ombosako’i hag̃ua Ñandejára rape. Kóva hína Tupã mimbipa, omohu’ãva pe tembiapo mbohapyha ánhel rehegua.” Testimonies, volúmen 6, 18, 19.</w:t>
      </w:r>
    </w:p>
    <w:p>
      <w:pPr>
        <w:pStyle w:val="ArticleBody"/>
        <w:jc w:val="left"/>
      </w:pPr>
      <w:r>
        <w:rPr>
          <w:rFonts w:ascii="Times New Roman" w:hAnsi="Times New Roman" w:eastAsia="Times New Roman" w:cs="Times New Roman"/>
        </w:rPr>
        <w:t>Pe marandu oñepyrũva julio paha, ary 2023-pe koʼág̃a “oikuaauka porãite”, pe “ñeñangarekorã”, ohechakuaa hag̃ua “ko tiempo mbaʼeteguasu, koʼág̃a oikóva mbaʼe heʼiséva.” Haʼe ohechauka porãite “pytũmbýpe mbaretekuéra” umi “ombopyʼaguapýva umi elemento yvýgui guýpe”, ha “Ñandejára Tupã yvágagui” oñepyrũ hague “ombou mbarete yvate guive” setiembre 11, 2001-pe. Haʼe “ombopúta” “Cristo tekojoja marandu” “yvy apýra guive ambue apýra peve.” Koʼág̃aite niko ára yvate “japáy hag̃ua” “ko tiempo mbaʼeteguasúre”, Tupã koʼág̃a niko oñepyrũta “omboúva ári ko yvy ape ári Hembiapo poravopyre iñeʼẽrendúʼỹre ha hembiapo vai rehe.”</w:t>
      </w:r>
    </w:p>
    <w:p>
      <w:pPr>
        <w:pStyle w:val="ArticleBody"/>
        <w:jc w:val="left"/>
      </w:pPr>
      <w:r>
        <w:rPr>
          <w:rFonts w:ascii="Times New Roman" w:hAnsi="Times New Roman" w:eastAsia="Times New Roman" w:cs="Times New Roman"/>
        </w:rPr>
        <w:t>Pe línea profesía ojehechaukáva 1989 ramo opaha áraicha pe versíkulo cuarenta-pe, omomba’e guasu pe tembiasakue okapeguáva, pe línea profesía hyepypegua ojehechaukáva 1798 ramo opaha áraicha Daniel 11 versíkulo cuarenta-pe. Pe tembiasa profesiagua oñepyrũva 1989-pe pe versíkulope ohechauka pe mbohapy jepokuaa rape ojejapohápe papado Roma ñekutu omano hag̃uáicha monguera. 1989 guive pe ñekutu okuera peve pe léi domingo pya’e oútavape, upéva orrepresenta peteĩ período profesiagua hekopeteva. Daniel 11 versíkulo mokõi ombojoapy peteĩ línea mokõiha, ohechauka rupi mburuvichakuéra Tetã peteĩ reko Amérikagua-pegua rembiapo profesiagua, oñepyrũvo Ronald Reagan rehe 1989-pe. Pe período profesiagua ogueraháva pe léi domingo peve, oguereko avei peteĩ mokõiha testígo pe treinta ary ñembosako’i ojejapova’ekue 508 guive 538 peve, upe jave pe papado oguapy pe tróno ári peteĩha jey ha ombohasa peteĩ léi domingo upe arýpe voi.</w:t>
      </w:r>
    </w:p>
    <w:p>
      <w:pPr>
        <w:pStyle w:val="ArticleBody"/>
        <w:jc w:val="left"/>
      </w:pPr>
      <w:r>
        <w:rPr>
          <w:rFonts w:ascii="Times New Roman" w:hAnsi="Times New Roman" w:eastAsia="Times New Roman" w:cs="Times New Roman"/>
        </w:rPr>
        <w:t>Cristo oñemongarai ha oñepyrũ hembiapo mbohapy áño ha mbyte jave, oguerekórõ guare treinta áño. Pe papado ha’e peteĩ ñembojoguaha satanigua Cristo rehegua, ha umi treinta áño 508 guive 538 peve oñembojoguaha umi treinta áño peteĩha Cristo rekovépegua, oguerahava’ekue Ichupe Iñemongarai peve. Hembiapo mbohapy áño ha mbyte oñembojoguaha umi mbohapy áño ha mbyte proféticape, upe jave pe papado omoĩva’ekue yvy tuichakue renondépe imbiapo omanova rehegua, peteĩ ñembojoguaha ramo Cristo rembiapo tekovépegua rehe.</w:t>
      </w:r>
    </w:p>
    <w:p>
      <w:pPr>
        <w:pStyle w:val="ArticleBody"/>
        <w:jc w:val="left"/>
      </w:pPr>
      <w:r>
        <w:rPr>
          <w:rFonts w:ascii="Times New Roman" w:hAnsi="Times New Roman" w:eastAsia="Times New Roman" w:cs="Times New Roman"/>
        </w:rPr>
        <w:t>Imba’apýpe omohu’ãkuri, omanóma, opytu’u pe sepultúrape ára sietehápe, ha upéi oñemoingove jey. Áño 1798-pe, opa hag̃ua pe papado rembiapo satanás rehegua mbohapy áño ha mbyte profético rire, pe papado orresivi ikyhyje vaiete hag̃uáicha ipohyikue omano hag̃uáicha; upéi oñeñembyesarái hese setenta áño simbólico pukukue, peve oñemoingove jey hag̃ua pe ochoha ramo, pe oúva umi siete-gui. Cristo oñemoingove jey pe arapokõindy ára peteĩhápe, ha katu, ñeisãmbyhy rupive, pe ára peteĩha hína “pe ochoha” ára, ha ha’e “umi siete” ára apytégua Cristo ojapo va’ekue. Pe ocho, papapy ramo, he’ise “ñemoingove jey”, ha pe papado oñemoingove jey, ha’égui upe tetãnguéra apytépe peteĩva, umi marandu’ypy Biblia pegua omombe’úva apytépe, oñemombe’u porã hag̃ua orresivi hague peteĩ herida omano hag̃uáicha.</w:t>
      </w:r>
    </w:p>
    <w:p>
      <w:pPr>
        <w:pStyle w:val="ArticleBody"/>
        <w:jc w:val="left"/>
      </w:pPr>
      <w:r>
        <w:rPr>
          <w:rFonts w:ascii="Times New Roman" w:hAnsi="Times New Roman" w:eastAsia="Times New Roman" w:cs="Times New Roman"/>
        </w:rPr>
        <w:t>Pablo he’i porã Ñandejára oguerahárõ guare Israel yma guarépe Yguasu Pytã rupi, upe ñemongarai ojehechauka hague upépe ta’ãnga ramo.</w:t>
      </w:r>
    </w:p>
    <w:p>
      <w:pPr>
        <w:pStyle w:val="ArticleScripture"/>
        <w:jc w:val="left"/>
      </w:pPr>
      <w:r>
        <w:rPr>
          <w:rFonts w:ascii="Times New Roman" w:hAnsi="Times New Roman" w:eastAsia="Times New Roman" w:cs="Times New Roman"/>
        </w:rPr>
        <w:t>Hiʼarive, che joyke hag̃ua peikuaaʼỹ hag̃ua, peẽ che pehẽnguekuéra, opa ñande ru ypykuéra oĩ hague arai guýpe, ha opavave ohasa hague yguasu rupi; ha opavave oñemongarai hague Moiséspe guarã araípe ha yguasúpe. 1 Corintios 10:1, 2.</w:t>
      </w:r>
    </w:p>
    <w:p>
      <w:pPr>
        <w:pStyle w:val="ArticleBody"/>
        <w:jc w:val="left"/>
      </w:pPr>
      <w:r>
        <w:rPr>
          <w:rFonts w:ascii="Times New Roman" w:hAnsi="Times New Roman" w:eastAsia="Times New Roman" w:cs="Times New Roman"/>
        </w:rPr>
        <w:t>Tupã rehegua Israel espíritual-pe g̃uarã pe bautismo ritu omyengovia Israel literal-pe g̃uarã pe circuncisión ritu, ha pe circuncisión ojejapo vaʼerãkuri ára poapyhápe. Upévare Cristo oñemopuʼã jeykuri ára poapyhápe, pe oúva umi siete apytégui, ha papado oñemopuʼã jey vove pe poapyha ramo, pe oúva umi siete apytégui, upéva hína pe paralelo satánico Cristo línea rehegua ndive. Umi treinta ary oñembosakoʼi haguã papado oñemoĩ hag̃ua guapyha yvatepe, ojehechauka vaʼekue Cristo rekove treinta ary rupive oñembosakoʼívo I-bautismorã, I-ministeriorã ha Imano hag̃uarã. Mokõivéva umi línea omombeʼu peteĩ período ogueraháva Biblia profecía-pe pe sexto reino mano peve. Mokõivéva umi línea ohechauka pe período paha yvy mymba rehegua. Cristo línea-pe, Hekunoʼõ ohechauka vaʼekue pe “ára pahápe” upe tembiasakuepe g̃uarã.</w:t>
      </w:r>
    </w:p>
    <w:p>
      <w:pPr>
        <w:pStyle w:val="ArticleBody"/>
        <w:jc w:val="left"/>
      </w:pPr>
      <w:r>
        <w:rPr>
          <w:rFonts w:ascii="Times New Roman" w:hAnsi="Times New Roman" w:eastAsia="Times New Roman" w:cs="Times New Roman"/>
        </w:rPr>
        <w:t>Upéicha, jaguereko irundy línea. Pe ára paha oñeñe’ẽva versíkulo cuaréntape, ary 1989 guive pe léi domingo rehe versíkulo cuarenta y unope. Pe versíkulo mokõi ohechauka mburuvichakuérape, ha umi treinta ary ñembosako’i rehegua Cristo ha anticristo mokõivévape g̃uarã. Umi treinta ary Cristo rehegua oñepyrũ kuri pe “ára pahápe” ilíneape, ojehechaukáva iñemoñarete rupive. Pe ára paha ary 1798-pe oñetipifika vaʼekue pe setenta ary ñembyasy apytégui osẽha Israel tee Babilonia teépe. Upévare, Daniel once versíkulo mokõi oñepyrũ Darío reheve, Daríogui oñepyrũ rupi ogoverna Babilonia hoʼáramo guare. Ary 1989 haʼe pe ára paha versíkulo cuaréntape, ha Daniel once versíkulo mokõi avei haʼe pe ára paha, ha umi treinta ary Cristo ñembosako’i rehegua oñepyrũ “pe ára pahápe”. Ko’ã irundy línea apytégui mbohapy oguereko “pe ára paha” hasy’ỹ hag̃uáicha ojehechakuaa hag̃ua tekorã ñepyrũrãramo.</w:t>
      </w:r>
    </w:p>
    <w:p>
      <w:pPr>
        <w:pStyle w:val="ArticleBody"/>
        <w:jc w:val="left"/>
      </w:pPr>
      <w:r>
        <w:rPr>
          <w:rFonts w:ascii="Times New Roman" w:hAnsi="Times New Roman" w:eastAsia="Times New Roman" w:cs="Times New Roman"/>
        </w:rPr>
        <w:t>Mokõi línea mokõiciento ha mokõipa aryguáva pe ángel peteĩha remimbokuérape ha pe ángel mbohapyha remimbokuérape ohechauka mokõiciento ha mokõipa ha’eha peteĩ símbolo joaju rehegua yvypóra rekove ha Tupã rekove apytépe. Ñepyrũrã pe joaju simbólico mokõiciento ha mokõipa ary rehegua, oñepyrũva’ekue 1776-pe, ogueraha 1996 peve.</w:t>
      </w:r>
    </w:p>
    <w:p>
      <w:pPr>
        <w:pStyle w:val="ArticleBody"/>
        <w:jc w:val="left"/>
      </w:pPr>
      <w:r>
        <w:rPr>
          <w:rFonts w:ascii="Times New Roman" w:hAnsi="Times New Roman" w:eastAsia="Times New Roman" w:cs="Times New Roman"/>
        </w:rPr>
        <w:t>Upéva ojehechauka Millerita rembiasápe mokõisientos veinte ary 1611 guive 1831 peve rupive. Pe período oúva Declaración de Independencia rehegua 1776-gui 1798 peve, yvygua mymba ojapyhy jave guapyha mbohapyvéva peteĩha ramo, Biblia marandu profesía pegua sexto reino-rõ, ohechauka umi mokõi peteĩha umi mbohapy techaukaha apytégui umi mokõisientos veinte ary ryepýpe, oñemohu’ãva 1996-pe.</w:t>
      </w:r>
    </w:p>
    <w:p>
      <w:pPr>
        <w:pStyle w:val="ArticleBody"/>
        <w:jc w:val="left"/>
      </w:pPr>
      <w:r>
        <w:rPr>
          <w:rFonts w:ascii="Times New Roman" w:hAnsi="Times New Roman" w:eastAsia="Times New Roman" w:cs="Times New Roman"/>
        </w:rPr>
        <w:t>1776 guive 1798 peve ohechauka peteĩ tiémpo ogueraháva pe mburuvichakue poténte hag̃ua pe sexto rréino marandu profesía bíblica-peguáva, ha upévare oñembojoja Cristo ha anticristo preparación treinta ary rehe. Pe tiémpo omotenondéva pe yvy mymba poténte hag̃ua ohechauka pe tiémpo omotenondéva pe joaju mbohapy hendáicha poténte hag̃ua, upéva hína pe poapyha mymba oúva umi siete-gui. Pe poapyha mymba, pe oúva umi siete-gui, ha’e pe mokõiha ha paha jehechauka papado oisãmbyhyha ko yvy ape ári. Pe peteĩha jehechauka papado oisãmbyhy ramo guare ko yvy ape ári, oĩkuri peteĩ tiémpo preparación rehegua treinta ary pukukue.</w:t>
      </w:r>
    </w:p>
    <w:p>
      <w:pPr>
        <w:pStyle w:val="ArticleBody"/>
        <w:jc w:val="left"/>
      </w:pPr>
      <w:r>
        <w:rPr>
          <w:rFonts w:ascii="Times New Roman" w:hAnsi="Times New Roman" w:eastAsia="Times New Roman" w:cs="Times New Roman"/>
        </w:rPr>
        <w:t>Línea ári línea, pe tembiasakue 1989 guive pe léi domingo peve; pe tembiasakue mbohapypa ary rehegua ogueraháva 538 peve; pe tembiasakue mbohapypa ary rehegua ogueraháva Cristo ñemongarai peve; ha pe tembiasakue Daniel 11, versíkulo mokõi rehegua, oñepyrũva Ronald Reagan guive pe léi domingo peve; ha avei pe tembiasakue 1776 guive 1798 peve, opavave ohechauka peteĩchante pe tembiasakue ára pahápe. Tekotevẽiterei ojeikuaa porã ko añetegua, pe tembiasakue oñepyrũva 1776-pe, 1798 peve, ha’e rupi pe línea ombyaty hag̃uáicha opaite línea ha ome’ẽ hag̃ua hesakã porã.</w:t>
      </w:r>
    </w:p>
    <w:p>
      <w:pPr>
        <w:pStyle w:val="ArticleBody"/>
        <w:jc w:val="left"/>
      </w:pPr>
      <w:r>
        <w:rPr>
          <w:rFonts w:ascii="Times New Roman" w:hAnsi="Times New Roman" w:eastAsia="Times New Roman" w:cs="Times New Roman"/>
        </w:rPr>
        <w:t>Pe línea de historia profética-pe, ha’éva pe yvyrary’i rembiapokue paha pe mymba yvygua Apocalipsis 13-peguápe, oĩ peteĩ línea hyepypegua oñe’ẽva Tupã tavayguakuéra rehe, oñerrepresentáva pe hatĩ Protestantismo añeteguá rehe; ha oĩ avei peteĩ línea okápeguáva, oñerrepresentáva pe hatĩ Republicanismo rehe. Mokõivéva hatĩme oĩ peteĩ ñorairõ ha peteĩ ñembyaty mokõi hendáicha profecía omombe’úva. Ñaime kuri jahechakuaávo umi elemento profético dragón, mymba, proféta japu ha Islam rehegua, ojehechaukáva pe historia 1989 guive pe léi domingo peve.</w:t>
      </w:r>
    </w:p>
    <w:p>
      <w:pPr>
        <w:pStyle w:val="ArticleBody"/>
        <w:jc w:val="left"/>
      </w:pPr>
      <w:r>
        <w:rPr>
          <w:rFonts w:ascii="Times New Roman" w:hAnsi="Times New Roman" w:eastAsia="Times New Roman" w:cs="Times New Roman"/>
        </w:rPr>
        <w:t>Pe dragón rembiapo profétikamente ojehechauka kóicha: ha’e hína japu ru, porojukaha, ha umi ñemiháme oñembosako’íva ko yvy ape ári ruvicha, haguéicha avei yvágape. Irrelihión hína pe espiritísmo. Ha’e hína pe oñorairõvéva upe ko’ág̃a oñehenóivare “lawfare”, ha’e hína pe avogádo marangatu’ỹva, ñande pehẽnguekuéra mombe’úva vaiha, haguéicha oiko va’ekue pe huísio yvagapegua ryepýpe oñemoĩrõ guare Job ñe’ẽrendúre ha ijeroviáre, ha oñemoĩrõ guare Moisés rete rehe, ha avei oñemoĩrõve guare Cristo rembiapo rehe omosẽvo Josuégui umi ao ky’a Zacarías kapítulo mbohapy-pe. Ha’e hína upe oguerekóva mburuvicha hag̃ua umi rréino rehe, ha upe oñemopu’ãva ijehe ári Tupãramo.</w:t>
      </w:r>
    </w:p>
    <w:p>
      <w:pPr>
        <w:pStyle w:val="ArticleBody"/>
        <w:jc w:val="left"/>
      </w:pPr>
      <w:r>
        <w:rPr>
          <w:rFonts w:ascii="Times New Roman" w:hAnsi="Times New Roman" w:eastAsia="Times New Roman" w:cs="Times New Roman"/>
        </w:rPr>
        <w:t>Pe mymba guigua ha’e Católica, ha ha’e pe kuña ombotavýva ko yvy ape ári oikóvape tembiapo ypykuéra ha jepokuaa rupi, ogueroviapykue hag̃ua hembiguáikuérape umi mba’e oñeñe’ẽva’erãha Ñandejára Ñe’ẽ ári. Ombotavy ko yvy ape ári oikóvape ipohãno ñembotavy rupi, ha upéva, Apocalipsis kapítulo 18 versículo 23-pe, ha’e ñe’ẽ griego *pharmakeia*, he’iséva “pohã”. Ha’e upe ombojehe’áva ijehe umi mburuvichakuéra ko yvy ape ári guáre. Ha’e pe japu ojoguaséva Pe Omano va’ekue, ha oikove jey. Ha’e upe oñembyesaráiva ha upéi imandu’áva hese, ha ha’e pe poapyha osẽva umi siete-gui. Ha’e pe mymba Estados Unidos omoheñóiva ta’ãnga chugui ha ta’ãnga hag̃ua.</w:t>
      </w:r>
    </w:p>
    <w:p>
      <w:pPr>
        <w:pStyle w:val="ArticleBody"/>
        <w:jc w:val="left"/>
      </w:pPr>
      <w:r>
        <w:rPr>
          <w:rFonts w:ascii="Times New Roman" w:hAnsi="Times New Roman" w:eastAsia="Times New Roman" w:cs="Times New Roman"/>
        </w:rPr>
        <w:t>Proféta japu ha’e pe Protestantismo apóstata, oñemomba’eguasúva ha’e hag̃ua mba’e Ñandejára Ñe’ẽ omoneĩ’ỹva, ha Ñandejára Ñe’ẽ ojeheja hag̃uére, ndorekói pe pu’aka Ñandejára Ñe’ẽ ome’ẽva. Ñandejára Ñe’ẽ pu’aka’ỹre, peteĩ tupaó térã peteĩ tavayguakuéra, oñemomba’eguasúvante gueteri ha’e hag̃ua Ñandejára tavaygua, iñarandupy rupive ojejopy hag̃ua ojerovia mburuvicha reko rehe ojapose hag̃uáicha gua’u oñemboguataha Ñandejára rembiapo. Protestantismo apóstata ha’e umi proféta Baal ha Astarotpegua, ome’ẽva pe jeroky ombotavýva Jezabel ha Herodíaspe g̃uarã, ha ha’ekuéra hína Salomé, Herodías rajy.</w:t>
      </w:r>
    </w:p>
    <w:p>
      <w:pPr>
        <w:pStyle w:val="ArticleBody"/>
        <w:jc w:val="left"/>
      </w:pPr>
      <w:r>
        <w:rPr>
          <w:rFonts w:ascii="Times New Roman" w:hAnsi="Times New Roman" w:eastAsia="Times New Roman" w:cs="Times New Roman"/>
        </w:rPr>
        <w:t>Koʼã mbohapy pokatu ojoaju peteĩ joaju mbohapýpe, ha añetépe ojoayhuʼỹ ojupe. Ñantendéiramo pe añetegua oĩha hikuái ñorairõme ojupe ndive, ndaikatumoʼãi ñantende mbaʼéichapa pe paʼũ porundy mburuvicha guasu (Tetã Joajuaty), omoneĩta omeʼẽ hag̃ua hoguãme pe papadópe, ha upe capítulo-pe voi hoʼúta heʼo ha ohapýta tata reheve. Pe ñorairõ oĩva koʼã pokatu apytépe oñemboʼe vaʼerã Tupã maranduhára kuérape.</w:t>
      </w:r>
    </w:p>
    <w:p>
      <w:pPr>
        <w:pStyle w:val="ArticleBody"/>
        <w:jc w:val="left"/>
      </w:pPr>
      <w:r>
        <w:rPr>
          <w:rFonts w:ascii="Times New Roman" w:hAnsi="Times New Roman" w:eastAsia="Times New Roman" w:cs="Times New Roman"/>
        </w:rPr>
        <w:t>Islam ha’e pe trompéta, ha, mbohapyha ñembyasyicha, ha’e pe tembiporu huísio rehegua Tupã oiporúva ogueru hag̃ua huísio Babilonia modernape, umi irundy trompéta peteĩha ogueru haguéicha huísio Roma pagána occidental ári, ha pe trompéta poha ha poteĩha ogueru haguéicha huísio Roma papal ha Roma pagána oriental ári.</w:t>
      </w:r>
    </w:p>
    <w:p>
      <w:pPr>
        <w:pStyle w:val="ArticleBody"/>
        <w:jc w:val="left"/>
      </w:pPr>
      <w:r>
        <w:rPr>
          <w:rFonts w:ascii="Times New Roman" w:hAnsi="Times New Roman" w:eastAsia="Times New Roman" w:cs="Times New Roman"/>
        </w:rPr>
        <w:t>Jaikuaáta ko ñemoarandu ambue artículo-pe.</w:t>
      </w:r>
    </w:p>
    <w:p>
      <w:pPr>
        <w:pStyle w:val="ArticleScripture"/>
        <w:jc w:val="left"/>
      </w:pPr>
      <w:r>
        <w:rPr>
          <w:rFonts w:ascii="Times New Roman" w:hAnsi="Times New Roman" w:eastAsia="Times New Roman" w:cs="Times New Roman"/>
        </w:rPr>
        <w:t>“Ko’ã ára iñinteres especialitévape, Tupã ovecha aty ñangarekoha kuéra ombo’eva’erã tavayguápe umi pokatu espiritual oĩha ñorairõme. Ndaha’éi yvypóra kuéra umi omoheñóiva ko’ãga pe tensión hatãitéva oĩva ko mundo religioso-pe. Peteĩ pokatu Satanás sinagóga espiritual-gua ombohasahína pokatu umi elemento religioso-kuérape ko yvy ape ári, omokyre’ỹvo kuimba’e kuérape tembiapo hatãme oipyso hag̃ua umi ventaja Satanás oguerekóma va’ekue, oguerahávo ko mundo religioso-pe peteĩ ñorairõ mbaretehápe umi oiporavóva Tupã Ñe’ẽ ipoguairã ha doctrina pyenda año hag̃ua ndive. Satanás ñeha’ã katupyryite ko’ág̃a oñemoĩ hína oñembyaty hag̃ua opa principio ha opa pokatu ikatúva oiporu ombohovái hag̃ua Jehová léi rembijerure jejopy rehegua, ko’ýte pe irundyha mandamiento, omyesakãva máva pa hína pe Apohare yvága ha yvy.”</w:t>
      </w:r>
    </w:p>
    <w:p>
      <w:pPr>
        <w:pStyle w:val="ArticleScripture"/>
        <w:jc w:val="left"/>
      </w:pPr>
      <w:r>
        <w:rPr>
          <w:rFonts w:ascii="Times New Roman" w:hAnsi="Times New Roman" w:eastAsia="Times New Roman" w:cs="Times New Roman"/>
        </w:rPr>
        <w:t>“Pe kuimbaʼe angaipa rehegua opensa omoambue hag̃ua ára ha léi; péro, ¿ojapópa upéva? Kóva hína pe mbaʼe tuichavéva ojehechavaʼerã. Roma ha opaite umi iglésia hoʼúvaʼekue iñembiapo vai kópa guive, opensa hag̃ua omoambue hag̃ua ára ha léi, omombaʼeguasu ijupekuéra Tupã ári, ha omboguejy Tupã manduʼarã guasu, pe sábado ára pokõiha. Pe sábado opytavaʼerã ohechauka hag̃ua Tupã pokatu omopuʼãvo ko yvy ape ári seis ára pukukue, ha opytuʼu hague ára pokõihape. ‘Upévare ojohovasa pe sábado ára, ha omomarangatu chupe,’ pórke ipype opytuʼu vaʼekue opa hembiapo guive, umi Tupã omoheñói ha ojapo vaʼekue. Pe tembiapo katupyry tuicháva pe mbotavypavẽ guasu rehegua rembiapokue niko oĩ vaʼekue ombyekovia hag̃ua Tupãme. Iñehaʼãme omoambue hag̃ua ára ha léi, haʼe ombaʼapo hína omopyenda hag̃ua peteĩ pokatu oñemoĩva Tupã rehe, ha hiʼári.”</w:t>
      </w:r>
    </w:p>
    <w:p>
      <w:pPr>
        <w:pStyle w:val="ArticleScripture"/>
        <w:jc w:val="left"/>
      </w:pPr>
      <w:r>
        <w:rPr>
          <w:rFonts w:ascii="Times New Roman" w:hAnsi="Times New Roman" w:eastAsia="Times New Roman" w:cs="Times New Roman"/>
        </w:rPr>
        <w:t>“Kóva hína pe mba’e tuichavéva oñe’ẽva ko’ápe. Kóva hína mokõi pu’aka guasu ojoavy ha oñemoĩva ojupe, — Tupã Ruvicha, Jesucristo; ha pytũ mbytépegua ruvicha, Satanás. Ko’ág̃a oguahẽ pe ñorairõ ojehechaukáva hesakã hag̃uáicha. Mokõi aty añónte oĩ ko yvy ape ári, ha opa yvypóra oñemoĩta peteĩva ko mokõi poyvi guýpe, — pe poyvi pytũ ruvichaguigua térã Jesucristo poyvi guýpe.”</w:t>
      </w:r>
    </w:p>
    <w:p>
      <w:pPr>
        <w:pStyle w:val="ArticleScripture"/>
        <w:jc w:val="left"/>
      </w:pPr>
      <w:r>
        <w:rPr>
          <w:rFonts w:ascii="Times New Roman" w:hAnsi="Times New Roman" w:eastAsia="Times New Roman" w:cs="Times New Roman"/>
        </w:rPr>
        <w:t>“Tupã ombopypukúta Ita’ýra kuéra jeroviaha ha añeteguáva Ipytuhẽ rupive. Pe Espíritu Santo ha’e Tupã rembiapoha, ha oikóta tembiapoha mbarete ñane yvy ape ári ombyaty hag̃ua atyhápe umi jeroviaha ha añeteguávape Ñandejára ryrupe g̃uarã. Satanás avei, tembiapo hatãme, ombyaty hína atyhápe itarãi kuéra trigo apytégui.</w:t>
      </w:r>
    </w:p>
    <w:p>
      <w:pPr>
        <w:pStyle w:val="ArticleScripture"/>
        <w:jc w:val="left"/>
      </w:pPr>
      <w:r>
        <w:rPr>
          <w:rFonts w:ascii="Times New Roman" w:hAnsi="Times New Roman" w:eastAsia="Times New Roman" w:cs="Times New Roman"/>
        </w:rPr>
        <w:t>“Pe mbo’epy ome’ẽva opaite añeteguáva embahadór Cristo rehehápe ko’ág̃a ha’e peteĩ mba’e ijojaha’ỹva tekotevẽháicha ñeñangareko ha pytu’u’ỹme. Ñañemoĩ peteĩ ñorairõme, ha upéva ndojejokomo’ãi araka’eve pe tembiapo paha oñemoĩmbáicha opa ára g̃uarã peve. Taha’e peteĩteĩ temimbo’e Jesús rehegua oñemomandu’a hag̃ua ñande ‘ndajajokói so’o ha tuguy rehe, síno mburuvichakuéra rehe, pu’akakuéra rehe, ko yvy pytũmbýpe oisãmbyhývakuéra rehe, ha aña arandukuaa vaíre yvateguápe.’ ¡Ajépa, ko ñorairõme oĩ mba’e pyahu’ỹva tapia guarã rehegua, ha upévare ndaikatúi oĩ tembiapo peguaite, ni peteĩ jeikove reko hepy’ỹva, ko mba’e ojehovasávo hag̃ua! ‘Ñandejára oikuaa mba’éichapa osalva hag̃ua umi hekojojáva jejopy vaígui, ha omboyke hag̃ua umi tekojoja’ỹvape ára huísio peve oñekastiga hag̃ua…. Umi ánhel, jepe tuichavéva mbarete ha pu’akápe, ndojapói hesekuéra ñe’ẽ vai ñemboja’o Ñandejára renondépe.’” General Conference Daily Bulletin, March 4, 1895.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Kuatiañe'ẽ - Sa Po Mokõi Pa’ẽ hag̃ua Mbohapypa hag̃ua</dc:title>
  <dc:subject>Pe Transisión Profétika Estados Unidos rehegua: Mbohapyve Reino-gui Unión Mbohapyve hag̃uápe</dc:subject>
  <dc:creator>Jeff Pippenger</dc:creator>
  <cp:keywords/>
  <dc:description>Generated by ArticleDigger from daniel\130_daniel.json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