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Sa cien treinta y cuatro hag̃ua</w:t>
      </w:r>
    </w:p>
    <w:p>
      <w:pPr>
        <w:pStyle w:val="ArticleSubtitle"/>
        <w:jc w:val="left"/>
      </w:pPr>
      <w:r>
        <w:rPr>
          <w:rFonts w:ascii="Arial" w:hAnsi="Arial" w:eastAsia="Arial" w:cs="Arial"/>
        </w:rPr>
        <w:t>Pe Despliegue Profético: 11 jasyporundy 2001 guive pe Léy Domingo oúva hag̃uáicha Estados Unidos-pe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Tata ñemboty ára umi cien cuarenta y cuatro milgua-pe g̃uarã, 11 de septiembre de 2001 guive pe ley dominical pya’éte oútava Estados Unidos-pe peve, ha’e pe tiempo profético oñemoañetehápe opaite visión Ñandejára Ñe’ẽmegua umi ára pahápe.</w:t>
      </w:r>
    </w:p>
    <w:p>
      <w:pPr>
        <w:pStyle w:val="ArticleScripture"/>
        <w:jc w:val="left"/>
      </w:pPr>
      <w:r>
        <w:rPr>
          <w:rFonts w:ascii="Times New Roman" w:hAnsi="Times New Roman" w:eastAsia="Times New Roman" w:cs="Times New Roman"/>
        </w:rPr>
        <w:t>Upévare ere chupekuéra: Péicha he’i Ñandejára Tupã; ajapóta ko ñe’ẽnga opa hag̃ua, ha ndaiporivéima oiporúta hikuái ñe’ẽngáramo Israel-pe; ha ere chupekuéra: Hi’aguĩma ára, ha opaite visión oñemoañetévo. Ezequiel 12:23.</w:t>
      </w:r>
    </w:p>
    <w:p>
      <w:pPr>
        <w:pStyle w:val="ArticleBody"/>
        <w:jc w:val="left"/>
      </w:pPr>
      <w:r>
        <w:rPr>
          <w:rFonts w:ascii="Times New Roman" w:hAnsi="Times New Roman" w:eastAsia="Times New Roman" w:cs="Times New Roman"/>
        </w:rPr>
        <w:t>Upe líniape, pe mbohapyha ánhel og̃uahẽ jey, ha upéicha ojegueraha hag̃ua ta’ãngaicha pe mbohapyha ánhel og̃uahẽhague 22 jasypa 1844-pe, pe ñepu’ã 1863 peve. Pe ñepu’ã 1863-pe ojehechauka va’ekue yma guaréicha Israel ñepu’ã peteĩha Kadesh-pe, ha upévare ojehechauka opaite tembiasakue Mar Pytã ohasa guive pe ñepu’ã peteĩha Kadesh peve. Pe ñepu’ã peteĩha Kadesh-pe ojapo hag̃ua ta’ãnga pe ñepu’ã mokõiha Kadesh-pe, ha upéicha pe línia Aarón omanóva guive pe ñepu’ã mokõiha Kadesh peve oñembopyahu jey pe línia sellamiento-pe.</w:t>
      </w:r>
    </w:p>
    <w:p>
      <w:pPr>
        <w:pStyle w:val="ArticleBody"/>
        <w:jc w:val="left"/>
      </w:pPr>
      <w:r>
        <w:rPr>
          <w:rFonts w:ascii="Times New Roman" w:hAnsi="Times New Roman" w:eastAsia="Times New Roman" w:cs="Times New Roman"/>
        </w:rPr>
        <w:t>Ojerejere jey oiko umi Millerita rembiasakuepe, 1840 guive 1844 peve, upéva oñemombeʼúva Cristo ñemongarai guive kurusúpe peve rupi; ha upéva avei ohechauka kurusu rembiasakue Esteban jejapípe itápe peve. Tysýi ári tysýi, káda peteĩ umi maranduhára yma guaréva oñeʼẽ ko aravo rehe hetave umi ára haʼekuéra oiko haguegui.</w:t>
      </w:r>
    </w:p>
    <w:p>
      <w:pPr>
        <w:pStyle w:val="ArticleScripture"/>
        <w:jc w:val="left"/>
      </w:pPr>
      <w:r>
        <w:rPr>
          <w:rFonts w:ascii="Times New Roman" w:hAnsi="Times New Roman" w:eastAsia="Times New Roman" w:cs="Times New Roman"/>
        </w:rPr>
        <w:t>“Peteĩteĩ yma guare maranduhára kuéra oñe’ẽ vaʼekue saʼive ijatiʼarã tee hag̃ua, ha hetave ñandéve g̃uarã; upévare iñemarandu hag̃ua oĩ mbarete ñandéve g̃uarã. ‘Koʼã mbaʼe opavave ojehu chupekuéra techapyrãrã; ha ojehai ñane ñeʼẽmondorã, ñande ári oguahẽmava arapaha paha.’ 1 Corintios 10:11. ‘Ndahaʼéi hag̃ua ijehegui kuérape guarã, síno ñandéve guarã haʼekuéra ombaʼapo vaʼekue umi mbaʼépe, koʼág̃a oñemombeʼúva peẽme umi opredikáva peẽme evangelio Espíritu Santo yvágagui oñembou vaʼekue reheve; umi mbaʼe umi ánhel kuéra jepe hiʼãiterei omaña hag̃ua hese.’ 1 Pedro 1:12....”</w:t>
      </w:r>
    </w:p>
    <w:p>
      <w:pPr>
        <w:pStyle w:val="ArticleScripture"/>
        <w:jc w:val="left"/>
      </w:pPr>
      <w:r>
        <w:rPr>
          <w:rFonts w:ascii="Times New Roman" w:hAnsi="Times New Roman" w:eastAsia="Times New Roman" w:cs="Times New Roman"/>
        </w:rPr>
        <w:t>“La Biblia ombyaty ha oñongatu oñondivepa hepykue ko generación paha rã. Opa umi mba’e guasu ha umi tembiapo solemne historia del Antiguo Testamento pegua oiko va’ekue, ha oĩ hína oñembopyahu jey tupaópe ko’ã ára pahápe.” Selected Messages, book 3, 338, 339.</w:t>
      </w:r>
    </w:p>
    <w:p>
      <w:pPr>
        <w:pStyle w:val="ArticleBody"/>
        <w:jc w:val="left"/>
      </w:pPr>
      <w:r>
        <w:rPr>
          <w:rFonts w:ascii="Times New Roman" w:hAnsi="Times New Roman" w:eastAsia="Times New Roman" w:cs="Times New Roman"/>
        </w:rPr>
        <w:t>Pe “última generación” ha’e pe generación ojeporavóva Pedro rehegua, ha upéva hína umi cien cuarenta y cuatro mil, ha ha’ekuéra ojeporavo 11 de septiembre de 2001 guive pe léi dominical og̃uahẽ hag̃ua pya’e peve, upépe upéi oñemopu’ã hag̃ua kuéra peteĩ poyvi ramo. “Maymáva”, ndaha’éi algunos, síno “maymáva umi mba’e guasu oikóva ha umi tembiapo solemne” Ñandejára Ñe’ẽme, “ojejapo jey hína” pe “última generación”-pe pe “iglesia”-gui umi “ára pahápe”gua. Pe línea del sellamiento-pe, opaite umi lívro Bíbliajegua ojoaju ha opaha.</w:t>
      </w:r>
    </w:p>
    <w:p>
      <w:pPr>
        <w:pStyle w:val="ArticleScripture"/>
        <w:jc w:val="left"/>
      </w:pPr>
      <w:r>
        <w:rPr>
          <w:rFonts w:ascii="Times New Roman" w:hAnsi="Times New Roman" w:eastAsia="Times New Roman" w:cs="Times New Roman"/>
        </w:rPr>
        <w:t>“Pe Apocalípsispe opaite lívrokuéra la Bibliapegua oñembojoaju ha opa. Ko’ápe oĩ pe myenyhẽmba Daniel aranduka rehegua. Peteĩva ha’e peteĩ profesía; ambue katu peteĩ revelasión. Pe aranduka oñembotysýiva ndaha’éi Apocalípsis, síno upe pehẽngue Daniel profesía rehegua oñe’ẽva ára paháre. Pe ánhel he’i kuri: ‘Ha nde, Daniel, emboty umi ñe’ẽ, ha emoĩ sello pe arandukáre, ipahaitépe peve.’ Daniel 12:4.” Hechos de los Apóstoles, 585.</w:t>
      </w:r>
    </w:p>
    <w:p>
      <w:pPr>
        <w:pStyle w:val="ArticleBody"/>
        <w:jc w:val="left"/>
      </w:pPr>
      <w:r>
        <w:rPr>
          <w:rFonts w:ascii="Times New Roman" w:hAnsi="Times New Roman" w:eastAsia="Times New Roman" w:cs="Times New Roman"/>
        </w:rPr>
        <w:t>Pe “porción de la profecía de Daniel concerniente a los últimos días”, que fue desellada, son las visiones dadas a Daniel junto a los dos grandes ríos de Sinar, el Ulai y el Hiddekel. Esas visiones representan Daniel capítulo ocho, versículos trece y catorce, y el capítulo once, versículos cuarenta al cuarenta y cinco. El tiempo del sellamiento de los ciento cuarenta y cuatro mil es la historia en la cual Cristo, como Sumo Sacerdote celestial, sella eternamente a los escogidos de la generación final dentro de una relación compuesta de lo divino y lo humano. El versículo cuarenta de Daniel once identifica la relación del dragón, de la bestia y del falso profeta, quienes juntos están ahora conduciendo al mundo al Armagedón, según se representa en la historia del cuerno del Republicanismo sobre la bestia de la tierra, que gobierna como el sexto reino de la profecía bíblica durante la historia del versículo cuarenta. El versículo cuarenta también identifica la separación de los sabios y los insensatos que define la historia del cuerno del Protestantismo en esa misma historia, comenzando en 1798 hasta la pronta ley dominical.</w:t>
      </w:r>
    </w:p>
    <w:p>
      <w:pPr>
        <w:pStyle w:val="ArticleBody"/>
        <w:jc w:val="left"/>
      </w:pPr>
      <w:r>
        <w:rPr>
          <w:rFonts w:ascii="Times New Roman" w:hAnsi="Times New Roman" w:eastAsia="Times New Roman" w:cs="Times New Roman"/>
        </w:rPr>
        <w:t>Opavave umi “opaiteva Bíblia aranduka” “ojoaju ha opa” Apocalipsis arandukápe, ha upe ojoajúvo, Apocalipsis aranduka “ombojoaju hag̃ua iporãite” Daniel arandúkape, ha pe ñe’ẽ “ombojoaju hag̃ua iporãite” he’ise ogueru hag̃ua mbytépe tekoaguĩ. Umi cien cuarenta y cuatro mil ñembyasýpe, ojehechaukaháicha Apocalipsis arandúkap e, Daniel marandu’ẽnguéry ipaha ára peguápe ojeipe’áma va’ekue ogueru hag̃ua tekoaguĩ, oñembojoajúvo hikuái línea ári línea, tembiasakue línea ári, ojehechaukáva Apocalipsis capítulo dieciocho-pe, oñepyrũva pe ñe’ẽ rehe umi versículo peteĩ guive mbohapy peve, ha opa hag̃ua pe mokõiha ñe’ẽ versículo irundy pegua rehe.</w:t>
      </w:r>
    </w:p>
    <w:p>
      <w:pPr>
        <w:pStyle w:val="ArticleBody"/>
        <w:jc w:val="left"/>
      </w:pPr>
      <w:r>
        <w:rPr>
          <w:rFonts w:ascii="Times New Roman" w:hAnsi="Times New Roman" w:eastAsia="Times New Roman" w:cs="Times New Roman"/>
        </w:rPr>
        <w:t>Pe visión profética rehegua ojehechaukáva ysyry Hiddekel rupive Daniel kuatiañe'ẽme, ohechauka pe perfección pe visión externa rehegua umi Ñandejára retaygua enemigo-kuéra rehegua, umi opyrũmbáva pe santuario ha pe ehérsito ári. Pe perfección pe visión profética rehegua ojehechaukáva ysyry Ulai rupive Daniel kuatiañe'ẽme, ohechauka pe perfección pe visión interna rehegua Cristo ojehechauka hag̃ua ipu'akapáva itavayguakuéra ryepýpe, ha'e omohu'ãvo pe ñe'ẽme'ẽ pacto rehegua ombojoajúva divinidad ha humanidad pe generación paha poravopyrévare.</w:t>
      </w:r>
    </w:p>
    <w:p>
      <w:pPr>
        <w:pStyle w:val="ArticleBody"/>
        <w:jc w:val="left"/>
      </w:pPr>
      <w:r>
        <w:rPr>
          <w:rFonts w:ascii="Times New Roman" w:hAnsi="Times New Roman" w:eastAsia="Times New Roman" w:cs="Times New Roman"/>
        </w:rPr>
        <w:t>Pe sellamiento rembiasakue, ojesarekóva mymba yvýpegua ratĩ republicano rehe, oñepyrũ mymba yvýpegua oñeʼẽvo Patriot Act rehe ary 2001-pe, ha opa pe ñeʼẽme ojehechaukáva Alien and Sedition Acts of 1798 rupive, upekuéva Apocalipsis kapítulo trece-pe ojehechauka mymba yvýpegua oñeʼẽ hag̃ua dragónicha. Alien and Sedition Acts of 1798 ohechauka peteĩ línea paha, oñepyrũva pe ñeʼẽme ojejapóva Declaration of Independence rehe ary 1776-pe. Mbyte pe período tembiasakue profético-pe, mymba yvýpegua omoinge vaʼekue Constitución rembiapo hag̃uáicha ary 1789-pe.</w:t>
      </w:r>
    </w:p>
    <w:p>
      <w:pPr>
        <w:pStyle w:val="ArticleBody"/>
        <w:jc w:val="left"/>
      </w:pPr>
      <w:r>
        <w:rPr>
          <w:rFonts w:ascii="Times New Roman" w:hAnsi="Times New Roman" w:eastAsia="Times New Roman" w:cs="Times New Roman"/>
        </w:rPr>
        <w:t>Pe ñeʼẽ 1776 rehegua ojoaju pe ñeʼẽ Patriot Act reheguándi, ha pe Alien and Sedition Acts ohechauka pe aranduka domingo rehegua pyaʼe hag̃uáva oúta Estados Unidos-pe. Pe tembiasakue mbytépente oĩvaʼerã ambue ñeʼẽ ojoajúva 1789 rehe. Pe ñeʼẽ peteĩha Apocalipsis 18-pe, versíkulo peteĩ guive mbohapy peve, hesakã porã oñemombeʼúvo oguahẽ hague umi óga guasu Nueva York táva pegua oñembyaipa jave. Pe ñeʼẽ mokõiha versíkulo irundy pegua, avei hesakã porã oñemombeʼúvo haʼeha pe aranduka domingo rehegua pyaʼe hag̃uáva oúta. Mokõivéva umi ñeʼẽ haʼe ñeʼẽ yvagaguágui, mokõivéva ningo pe ánhel ñeʼẽ, pe omyesakã vaʼerã yvy Iglória reheve, pe Sister White ohechauka hag̃uaha pe ánhel peteĩha Apocalipsis 14-pe guare. Jesús haʼe vaʼekue pe ánhel peteĩha, ha Haʼe tapiaite ohechauka peteĩ mbaʼe paha iñepyrũ reheve; upévare Haʼe avei pe ánhel mbohapyha, pe ánhel omyesakãva yvy Iglória reheve.</w:t>
      </w:r>
    </w:p>
    <w:p>
      <w:pPr>
        <w:pStyle w:val="ArticleBody"/>
        <w:jc w:val="left"/>
      </w:pPr>
      <w:r>
        <w:rPr>
          <w:rFonts w:ascii="Times New Roman" w:hAnsi="Times New Roman" w:eastAsia="Times New Roman" w:cs="Times New Roman"/>
        </w:rPr>
        <w:t>Pe ánhel peteĩha oñemoha’anga avei Apocalipsis kapítulo diez-pe, oguejyva’ekue 11 de agosto de 1840-pe, upéicha ohechauka hag̃ua pe ánhel oguejyha 11 de septiembre de 2001-pe. Hermana White he’i porãite pe ánhel oguejyva’ekue kapítulo diez-pe ha’eha “ndaha’éi peteĩ tapicha michĩvéva Jesucristo-gui.” Pe ñe’ẽ peteĩha ha mokõiha Apocalipsis dieciocho-pegua, ha’e Cristo ñe’ẽ. Umi tembiasakue ojehechauka typo ramo 1776, 1789 ha 1798 rehe, pe mymba yvýgui osẽva oñe’ẽ ramo guare mbohapy jey. Cristo ñe’ẽ oñe’ẽva mbytépe umi mokõi ñe’ẽ Apocalipsis dieciocho-pegua, ha’e oñe’ẽ ramo Apocalipsis kapítulo once-pe.</w:t>
      </w:r>
    </w:p>
    <w:p>
      <w:pPr>
        <w:pStyle w:val="ArticleScripture"/>
        <w:jc w:val="left"/>
      </w:pPr>
      <w:r>
        <w:rPr>
          <w:rFonts w:ascii="Times New Roman" w:hAnsi="Times New Roman" w:eastAsia="Times New Roman" w:cs="Times New Roman"/>
        </w:rPr>
        <w:t>Ha mbohapy ára ha mbyte rire, pe Espíritu de vida oúva Tupãgui oike hesekuéra, ha haʼekuéra opuʼã hiʼári; ha tuicha kyhyje oguejy umi ohecha vaʼekue ári. Ha ohendu hikuái peteĩ ñeʼẽ guasu yvágagui heʼíva chupekuéra: Pejú koʼápe. Ha ojupi hikuái yvágape peteĩ arai rupive; ha iñenemigokuéra ohecha chupekuéra. Apocalipsis 11:11, 12.</w:t>
      </w:r>
    </w:p>
    <w:p>
      <w:pPr>
        <w:pStyle w:val="ArticleBody"/>
        <w:jc w:val="left"/>
      </w:pPr>
      <w:r>
        <w:rPr>
          <w:rFonts w:ascii="Times New Roman" w:hAnsi="Times New Roman" w:eastAsia="Times New Roman" w:cs="Times New Roman"/>
        </w:rPr>
        <w:t>Jasypokõi ary 2023-pe, peteĩ ñeʼẽ yvágagui (Cristo ñeʼẽ) oñepyrũ omopuʼã jey hag̃ua umi mokõi testígo ojejukávaʼekue tape rupi dragón ateo yvykua pypukúgui osẽva rupive. Upe jave, umi mbaʼe ojoajúva Tetã peteĩ rekojoja United States-pegua rehe oiko peteĩ marandu profétika ramo, péva rehe, pe ñeʼẽ oúta hag̃uápe upe rire, ojehechaukáva 1798 rupive, pe Tetã peteĩ rekojoja oñembyai hag̃uaitéta. Káda peteĩ umi mbohapy techaukaha 1776, 1789 ha 1798-pegua, ojoja umi mbohapy ñeʼẽ Tupãgui ndive, ojehechaukáva septiembre 11, 2001, julio 2023 ha pe léi domingo oguahẽ hag̃uaitévape.</w:t>
      </w:r>
    </w:p>
    <w:p>
      <w:pPr>
        <w:pStyle w:val="ArticleBody"/>
        <w:jc w:val="left"/>
      </w:pPr>
      <w:r>
        <w:rPr>
          <w:rFonts w:ascii="Times New Roman" w:hAnsi="Times New Roman" w:eastAsia="Times New Roman" w:cs="Times New Roman"/>
        </w:rPr>
        <w:t>Umi mbohapy oĩ peteĩcha pe mbohapy paso pe mbohapyha ñembyasy guasu rehegua ndive, ojehechaukáva 11 jasyporundy 2001, 7 jasypa 2023 ha pe arapokõindy rape hi’aguĩmava rupive, upe jave pe trompéta poapyha, ha’éva pe mbohapyha Ñembyasy Guasu, sapy’aitépe oguahẽ pe aravo “yvy ryryi guasu” rehegua-pe. Ary 2023-pe, oñepyrũ pe mokõi hatĩ pe mymba yvýgui osẽva rehegua ñemoambue, ojehechaukaháicha pe ta’anga ñemikõi rehegua ikérape Nabucodonosor ohechava’ekuépe. Nabucodonosor pe ikéra, mokõiha capítulo-pe, ha’eva’ekue peteĩ ñemiguáva Tupã añoite ikatúva oikuaauka, ha Ha’e oikuaauka umi ohasámava’ekuépe pe peteĩha prueba ojehechaukáva Daniel peteĩha capítulo-pe.</w:t>
      </w:r>
    </w:p>
    <w:p>
      <w:pPr>
        <w:pStyle w:val="ArticleBody"/>
        <w:jc w:val="left"/>
      </w:pPr>
      <w:r>
        <w:rPr>
          <w:rFonts w:ascii="Times New Roman" w:hAnsi="Times New Roman" w:eastAsia="Times New Roman" w:cs="Times New Roman"/>
        </w:rPr>
        <w:t>Daniel ha umi mbohapy kuimba’e iporãva capítulo peteĩme, ohasa va’ekue pe ñeha’ã peteĩha, ha’e umi oiporavo va’ekue ho’u hag̃ua pe tembi’u yvagagua ha omboyke hag̃ua Babilonia rembi’u. Ha’ekuéra hína umi ojehechaukáva Juan rupive Apocalipsis capítulo diez-pe, umi oguenohẽva pe aranduka michĩva pe ánhel po-gui, ha’éva ndaha’éi ambue, síno Jesucristo voi, ha ho’úva pe marandu ipype oĩva. Ha’ekuéra hína umi Juan capítulo seis-pe, umi oiporavo va’ekue ho’u hag̃ua pe ro’o ha hoy’u hag̃ua pe tuguy pe maná yvagagua rehegua, pe ambue aty omboyke va’ekue ha upéi ojere oheja hag̃ua Cristo-pe ha ndaiguatavéi hendive araka’eve, capítulo SEIS, versículo SESENTA Y SEIS-pe.</w:t>
      </w:r>
    </w:p>
    <w:p>
      <w:pPr>
        <w:pStyle w:val="ArticleBody"/>
        <w:jc w:val="left"/>
      </w:pPr>
      <w:r>
        <w:rPr>
          <w:rFonts w:ascii="Times New Roman" w:hAnsi="Times New Roman" w:eastAsia="Times New Roman" w:cs="Times New Roman"/>
        </w:rPr>
        <w:t>Upe línea-pe Cristo ombo’e vaʼekue Galiléape, heʼiséva “pytã joajuha” térã “mombyry jeroviaha”. Upépe Haʼe opresenta vaʼekue yvága maná rehegua marandu, hemimboʼekuéra okaru vaʼerã hese, Juan okaru haguéicha Apocalipsis capítulo diez-pe, ha Ezequiel okaru haguéicha capítulo tres-pe, ha Jeremías okaru haguéicha capítulo quince-pe. Pe tembiasakue ojehechaukáva Juan rupive Apocalipsis capítulo diez-pe, hoʼu ramo guare pe lívro michĩva, ohechauka kuri pe historia Millerita-kuéra rehegua ary 1840 guive 1844 peve; ha katu iporãve hag̃uáicha, ohechauka hag̃ua directamente pe período oñemboty hag̃ua pe cien cuarenta y cuatro mil rehegua, ndahaʼéi añónte pe historia Millerita-kuéra rehegua. Kóva ojekuaa porã pe capítulope umi instrucción Juan ohupyty vaʼekue rupive oñehenói ramo guare chupe hoʼu hag̃ua pe lívro michĩva.</w:t>
      </w:r>
    </w:p>
    <w:p>
      <w:pPr>
        <w:pStyle w:val="ArticleScripture"/>
        <w:jc w:val="left"/>
      </w:pPr>
      <w:r>
        <w:rPr>
          <w:rFonts w:ascii="Times New Roman" w:hAnsi="Times New Roman" w:eastAsia="Times New Roman" w:cs="Times New Roman"/>
        </w:rPr>
        <w:t>Ha aha ángel rendápe ha haʼe chupe: Emeʼẽ chéve pe lívro michĩmi. Ha haʼe heʼi chéve: Ejapyhy ha ekaru hag̃ua; ha ombojoheʼáta nde ryepýpe, péro nde jurúpe heʼẽta eícha. Apocalipsis 10:9.</w:t>
      </w:r>
    </w:p>
    <w:p>
      <w:pPr>
        <w:pStyle w:val="ArticleBody"/>
        <w:jc w:val="left"/>
      </w:pPr>
      <w:r>
        <w:rPr>
          <w:rFonts w:ascii="Times New Roman" w:hAnsi="Times New Roman" w:eastAsia="Times New Roman" w:cs="Times New Roman"/>
        </w:rPr>
        <w:t>Pe versíkulope, Juánpe oñemombe’u voi kuri, oipyhy ha ho’u mboyve pe lívro michĩva, mba’e jehasa pa omoheñóita pe marandu ho’úva. Umi Millerita ndoikuaái kuri voi tenonderã pe jehasa he’ẽ ha ro’ẽva, oñekumpli mboyve históricamente Juán simbolismo iñemoñare profétikape. Péro umi cien cuarenta y cuatro milpe oñemombe’u voi kuri tenonderã, ha tekotevẽ oikuaa hikuái. Juán ohechaukáramo taha’e pe angél peteĩha ñemongu’e rembiasakue térã pe angél mbohapyha rembiasakue, pe marandu omoheñói mokõi aty oadora hag̃uáva, ha upéi opa pe ñembyasy ro’ẽme. Jeremías ho’úrõ guare pe lívro michĩva, upéi ndojehe’ái véima pe “aty opuka vaíva” ndive.</w:t>
      </w:r>
    </w:p>
    <w:p>
      <w:pPr>
        <w:pStyle w:val="ArticleScripture"/>
        <w:jc w:val="left"/>
      </w:pPr>
      <w:r>
        <w:rPr>
          <w:rFonts w:ascii="Times New Roman" w:hAnsi="Times New Roman" w:eastAsia="Times New Roman" w:cs="Times New Roman"/>
        </w:rPr>
        <w:t>Nache aguapy’ỹi umi opuka ñembohoryhápe aty apytépe, ni avy’avýi; aguapy cheaño nde po rupi, nde rehechaukágui chéve ne pochy. Jeremías 15:17.</w:t>
      </w:r>
    </w:p>
    <w:p>
      <w:pPr>
        <w:pStyle w:val="ArticleBody"/>
        <w:jc w:val="left"/>
      </w:pPr>
      <w:r>
        <w:rPr>
          <w:rFonts w:ascii="Times New Roman" w:hAnsi="Times New Roman" w:eastAsia="Times New Roman" w:cs="Times New Roman"/>
        </w:rPr>
        <w:t>Ezequiel okaru pe kuatia’i, he’ívo chupe tome’ẽ hag̃ua pe ñe’ẽmondo umi opuʼãvape Israel rógagua, nohenduséimoʼãiva.</w:t>
      </w:r>
    </w:p>
    <w:p>
      <w:pPr>
        <w:pStyle w:val="ArticleScripture"/>
        <w:jc w:val="left"/>
      </w:pPr>
      <w:r>
        <w:rPr>
          <w:rFonts w:ascii="Times New Roman" w:hAnsi="Times New Roman" w:eastAsia="Times New Roman" w:cs="Times New Roman"/>
        </w:rPr>
        <w:t>Ha he’i chéve avei: Ta’ýra yvypóra, re’u pe rejuhúva; e’u ko kuatiañe’ẽ ryrýi, ha tereho eñe’ẽ Israel róga peguakuérape.... Ha Israel róga ndoikuaasemo’ãi ne ñe’ẽ; ndoikuaaséi rupi che ñe’ẽ avei: opa Israel róga niko hova’atã ha ikorasõ hatã. Ezequiel 3:1,7.</w:t>
      </w:r>
    </w:p>
    <w:p>
      <w:pPr>
        <w:pStyle w:val="ArticleBody"/>
        <w:jc w:val="left"/>
      </w:pPr>
      <w:r>
        <w:rPr>
          <w:rFonts w:ascii="Times New Roman" w:hAnsi="Times New Roman" w:eastAsia="Times New Roman" w:cs="Times New Roman"/>
        </w:rPr>
        <w:t>Cristo oikuave’ẽrõ guare pe mbujape yvagagua, ha’éva Hete ha Huguy, hogaygua iglésiape Galiléape, pe aty ojei vaʼekue ndoguatái heseve peteĩ jeyve; ha pe mbaʼe oiko hague capítulo SEIS, versículo SESENTA Y SEIS-pe, ohechauka pe jeʼu haʼeha peteĩha peteĩ apytépe mbohapy paso orekóva pe prueba, oñepyrũva pe ánhel oguejy reheve. Pe mokõiha prueba haʼe upe rupi ojehechauka hag̃ua mokõi aty, tahaʼe Ezequiel ha pe óga Israel rehegua ikorasõ hatãva joavy, térã umi vírgen arandu ha itavýva, mokõivéva Adventismo ñepyrũ ha paha rehegua, térã Jeremías ha pe aty ñembohoryhára ndive, térã Daniel ha umi mbohapy kuimbaʼe porãite, joavy hag̃uáicha umi aranduhára Babiloniagua ndive Daniel capítulo mokõi-pe.</w:t>
      </w:r>
    </w:p>
    <w:p>
      <w:pPr>
        <w:pStyle w:val="ArticleBody"/>
        <w:jc w:val="left"/>
      </w:pPr>
      <w:r>
        <w:rPr>
          <w:rFonts w:ascii="Times New Roman" w:hAnsi="Times New Roman" w:eastAsia="Times New Roman" w:cs="Times New Roman"/>
        </w:rPr>
        <w:t>Juan kapítulo seis-pe ojehecháva rupi, og̃uahẽ hag̃ua Galiléape ha’e 11 de septiembre de 2001. Pe marandu oñe’ẽva ja’u hag̃ua ho’o ha ja’u hag̃ua huguy ha’e pe tembiasakue ipahápe ogueraháva pe léi dominical og̃uahẽmbotávape. “Nde ha’e upe re’úva”, ojehechaukaháicha Daniel ha umi mbohapy imarangatúva kapítulo peteĩme, ha Juan seis-pe, umi oiporavóva okaru hag̃ua Cristo ro’óre ha ho’u hag̃ua Hemby, oiko pe ta’anga upe ho’úva rehegua. Ha’ekuéra oiko Cristo ra’ãngáramo, ha pe ambue aty ojere ha ndoikovéima Cristo ndive ohechauka mymbaguasu ra’ãnga. Peteĩ aty ha’e pe Apohare ra’ãnga, pe ambue katu pe jejapo ra’ãnga. Juan kapítulo seis omoĩve 11 de septiembre de 2001-pe “Galilea” he’iséva, pe he’iséva hína “bisagra”, upéicha ojehechauka pe jereha umi temimbo’épe g̃uarã. ¿Ojerepátapa hikuái pe tembi’u yvagapeguápe térã Babilonia rembi’úpe? Ha’e umi jereha profétikape Cristo ohechaukahápe pe tesape pe período oúvape g̃uarã, ojehechaukaháicha Hae oguejy ramo 2001-pe, yvy oñesãmbyhy tesapépe Iglória reheve.</w:t>
      </w:r>
    </w:p>
    <w:p>
      <w:pPr>
        <w:pStyle w:val="ArticleScripture"/>
        <w:jc w:val="left"/>
      </w:pPr>
      <w:r>
        <w:rPr>
          <w:rFonts w:ascii="Times New Roman" w:hAnsi="Times New Roman" w:eastAsia="Times New Roman" w:cs="Times New Roman"/>
        </w:rPr>
        <w:t>“Oĩva temimbo’e ñañemoaranduva’erã yma guare rembiasakuegui; ha ko’ãvare oñehenói ñañangareko hag̃ua, opavave ikatu hag̃uáicha oikũmby Ñandejára omba’apoha ko’ág̃a peteĩchaiténte upe tape rehe ha’e akóinte ojapohaguéicha. Ipo ojehecha hembiapópe ha tetãnguéra apytépe ko’ág̃a avei, peteĩchaiténte oikohaguéicha akóinte marandu porã oñemoherakuã ypy guive Adánpe Edénpe.</w:t>
      </w:r>
    </w:p>
    <w:p>
      <w:pPr>
        <w:pStyle w:val="ArticleScripture"/>
        <w:jc w:val="left"/>
      </w:pPr>
      <w:r>
        <w:rPr>
          <w:rFonts w:ascii="Times New Roman" w:hAnsi="Times New Roman" w:eastAsia="Times New Roman" w:cs="Times New Roman"/>
        </w:rPr>
        <w:t>“Oĩ ára ha’e ñemoambue tuicháva tetãnguéra rembiasápe ha pe iglesia rembiasápe. Tupã providéncia ryepýpe, ko’ã crisis opaichagua oguahẽ vove, pe tesakã upe ararã oñeme’ẽ. Oñemoneĩramo, oĩ ñemotenonde espiritual; oñemboykéramo, oúta guejy espiritual ha ñehundi. Ñandejára Iñe’ẽme ohechauka porã marandu porã rembiapo oñorairõva, ojejapohaguéicha yma, ha ojejapótaháicha tenonderãme, pe ñorairõ paha peve, upérõ umi pochy satanás guigua ojapóta iñemongu’e ipaha ha hechapyrãva.” Bible Echo, August 26, 1895.</w:t>
      </w:r>
    </w:p>
    <w:p>
      <w:pPr>
        <w:pStyle w:val="ArticleBody"/>
        <w:jc w:val="left"/>
      </w:pPr>
      <w:r>
        <w:rPr>
          <w:rFonts w:ascii="Times New Roman" w:hAnsi="Times New Roman" w:eastAsia="Times New Roman" w:cs="Times New Roman"/>
        </w:rPr>
        <w:t>Tupã akóinte omba’apo peteĩchaite umi línea tembiasakue yma guarépe, ha Ha’e araka’eve ndojemoambuéi. Oĩ “moambueha renda” (Galilea), ha umíva hína “apytépe ojejuhu jave mba’e ijetu’úva”, ha umi “moambueha rendápe” “ome’ẽva pe tesakã upe ára guarã.” Pe tesakã upe árape pe sellado rehegua umi cien cuarenta y cuatro mil rehe, oñeme’ẽkuri pe apytépe ojejuhu jave mba’e ijetu’úva oñepyrũva’ekue 11 jasyporundy 2001-pe. Pe tesakã “oñemoguahẽramo, oĩ ñemotenonde espiritual; oñemboykeramo, ou ñemboguejy espiritual ha oñehundi.” Pe tesakã omoheñói mokõi aty umi oñemomba’eguasúva. Pe tesakã oúva pe moambueha renda rire ohechauka pe marandu omoheñóiva mokõi aty umi oñemomba’eguasúva.</w:t>
      </w:r>
    </w:p>
    <w:p>
      <w:pPr>
        <w:pStyle w:val="ArticleBody"/>
        <w:jc w:val="left"/>
      </w:pPr>
      <w:r>
        <w:rPr>
          <w:rFonts w:ascii="Times New Roman" w:hAnsi="Times New Roman" w:eastAsia="Times New Roman" w:cs="Times New Roman"/>
        </w:rPr>
        <w:t>Daniel kapítulo mokõi ohechauka pe mokõiha prueba, pe prueba oúva pe tembi’u rehegua prueba rire pe kapítulo peteĩme. Daniel kapítulo peteĩ, versíkulo peteĩme, Judá ojejapyhy ramoite vaʼekue Nabucodonosor rehe, ha upéi haʼe oiko pe peteĩha reino profesía bíblica-pe. Upéva haʼe vaʼekue peteĩ mbaʼe iñimportánteva tetãnguéra rembiasápe ha avei pe iglesia rembiasápe; haʼe vaʼekue peteĩ apañuãi tuicha, ha upérõ oñemeʼẽ pe tesape peteĩ tembi’u rehegua prueba rehegua. Daniel ha umi mbohapy kuimbaʼe imarangatúva ohasa porã pe prueba, ha upéi, pe kapítulo mokõime, haʼekuéra jey ohechauka umi ohasa vaʼekue pe mokõiha prueba. Pe mokõiha prueba haʼe vaʼekue peteĩ prueba peteĩ mbaʼe kañymby rehegua, avave kuimbaʼe ndoikuaáiva, ni Nabucodonosor jepe.</w:t>
      </w:r>
    </w:p>
    <w:p>
      <w:pPr>
        <w:pStyle w:val="ArticleBody"/>
        <w:jc w:val="left"/>
      </w:pPr>
      <w:r>
        <w:rPr>
          <w:rFonts w:ascii="Times New Roman" w:hAnsi="Times New Roman" w:eastAsia="Times New Roman" w:cs="Times New Roman"/>
        </w:rPr>
        <w:t>Pe jehaipyre vaʼekue haʼe vaʼekue Nebucadnesar kerayvoty taʼanga. Upéva haʼe vaʼekue peteĩ jehasa’asy tekove ha ñemano rehegua peteĩ taʼanga rehe, avave ndoikuaáiva. Pe taʼanga ohechauka umi mburuvicharenda kuéra maranduʼypy Bibliapegua, ha Daniel aranduka vore pokõiha ha poapyha-pe, umi mburuvicharenda peteĩchagua Daniel mokõiha pegua ojehechauka mymbakuéra ramo. Nebucadnesar jehasa’asy haʼe vaʼekue pe jehasa’asy “pe mymbakuéra raʼanga” rehegua, umi ára pahápe oikóva umi cien cuarenta y cuatro mil oñemboselláva ára pukukue jave.</w:t>
      </w:r>
    </w:p>
    <w:p>
      <w:pPr>
        <w:pStyle w:val="ArticleBody"/>
        <w:jc w:val="left"/>
      </w:pPr>
      <w:r>
        <w:rPr>
          <w:rFonts w:ascii="Times New Roman" w:hAnsi="Times New Roman" w:eastAsia="Times New Roman" w:cs="Times New Roman"/>
        </w:rPr>
        <w:t>Umi ára pahápe, pe mbymba ra’anga oñemoheñóivo hína pe prueba guasu Tupã tavayguakuérape g̃uarã, oñerepresentáva Daniel ha umi mbohapy kuimba’e imarangatuvévape. Kóva hína pe prueba ohasava’erã hikuái, oñembyasýi mboyve chupekuéra; upévare, kóva hína pe marandu sellado-ha-prueba rehegua, ha upéva térã omoheñói peteĩ aty ohupytyva pe Tupã sellado ha omimbíva Tupã ra’angáicha, térã peteĩ aty ohupytyva pe mbymba sellado, ha upévare omimbíva pe mbymba ra’angáicha. Daniel kapítulo mokõihápe, pe marandu pe mbymba ra’anga rehegua oñembotýkuri peteĩ sellope pe tembiasakue peve, upérõ ramoite oiko hag̃ua peteĩ porandu tekove ha ñemano rehegua. Nabucodonosor ra’anga oikuaaporãkuri umi Milleritakuéra, péro pe sellado rembiasakuépe peteĩ añetegua kañymby oĩva joajúpe Nabucodonosor ra’angándi oñeipe’ávo pe sellógui, ha ndaha’éi opavavépe g̃uarã, síno umi oguerahava’ekuépe pe marandu oje’úva’erãva pe mbojere guasu og̃uahẽvo.</w:t>
      </w:r>
    </w:p>
    <w:p>
      <w:pPr>
        <w:pStyle w:val="ArticleBody"/>
        <w:jc w:val="left"/>
      </w:pPr>
      <w:r>
        <w:rPr>
          <w:rFonts w:ascii="Times New Roman" w:hAnsi="Times New Roman" w:eastAsia="Times New Roman" w:cs="Times New Roman"/>
        </w:rPr>
        <w:t>Upe tembi’u hína pe marandu ama paha rehegua oñepyrũva’ekue pe ánhel Apocalipsis dieciochopegua oguejy ramo guare, ha pe marandu ama paha rehegua hína pe tape line upon line rehegua. Oje’u’ỹre upe añetegua, ndaikatúi ojehecha pe marandu ñemiguáva ta’anga mymba ñarõ rehegua oñemoheñóiha.</w:t>
      </w:r>
    </w:p>
    <w:p>
      <w:pPr>
        <w:pStyle w:val="ArticleBody"/>
        <w:jc w:val="left"/>
      </w:pPr>
      <w:r>
        <w:rPr>
          <w:rFonts w:ascii="Times New Roman" w:hAnsi="Times New Roman" w:eastAsia="Times New Roman" w:cs="Times New Roman"/>
        </w:rPr>
        <w:t>Ellen White-pe ojechauka porã kuri “mbaʼe ryrýi raʼanga oñemoheñóitaha tekove ñehesaʼỹijo ñemboty mboyve.” Pe marandu oñeʼẽva mbaʼe ryrýi raʼanga ñemoheñói rehe, Daniel mokõi-pe, ohechauka peteĩ taʼanga ñemoheñói ojehechávaʼerãva añoite pe tembiasakue ou vaʼekuépe upe “mbaʼe jerovia moambueha” rire, upe ára tesape oñemeʼẽ vove. Koʼág̃a ojeikuaa Nebucodonosor raʼanga rehegua ndahaʼeiha ohechauka hag̃uánte Biblia marandu hag̃ua guasu irundyha mburuvichakuéra retã peteĩha irundyva, síno ohechauka hag̃ua opa umi poapyha retãnguéra; ha upe entendimiento ogueru peteĩ pyahu mbaʼe ryrýi-raʼanga ñemoheñói.</w:t>
      </w:r>
    </w:p>
    <w:p>
      <w:pPr>
        <w:pStyle w:val="ArticleBody"/>
        <w:jc w:val="left"/>
      </w:pPr>
      <w:r>
        <w:rPr>
          <w:rFonts w:ascii="Times New Roman" w:hAnsi="Times New Roman" w:eastAsia="Times New Roman" w:cs="Times New Roman"/>
        </w:rPr>
        <w:t>Upéva ohechauka pe mymba ñarõha poapyha ha’eha umi siete-gui, ha avei ohechauka Estados Unidos, peteĩha omoheñóiva ta’anga mymba ñarõha rehegua, ha upéi ombohape opaite yvy ape ári ojapo hag̃ua upéicha avei, orekotaha pe característica profética pe mymba ñarõha rehegua oguerekóva pe ta’anga ojapóva. Upe ta’anga oguereko avei ha’eha poapyha, ha upéva ha’eha umi siete-gui, ha Cristo rembiapokue mbytépe umi mbohapy ñe’ẽme, ha’e ohechaukáva pe punto de inflexión 11 de septiembre de 2001-pe, pe ñe’ẽ 2023-pe ohenóiva umi kangue omanóva ha isekáva mokõi testígope opu’ã hag̃ua ipy rehe, ha pe ñe’ẽ pe ñehenói osẽ hag̃ua Babilonia-gui.</w:t>
      </w:r>
    </w:p>
    <w:p>
      <w:pPr>
        <w:pStyle w:val="ArticleBody"/>
        <w:jc w:val="left"/>
      </w:pPr>
      <w:r>
        <w:rPr>
          <w:rFonts w:ascii="Times New Roman" w:hAnsi="Times New Roman" w:eastAsia="Times New Roman" w:cs="Times New Roman"/>
        </w:rPr>
        <w:t>Pe ñeʼẽ 2023-gua hína pe ñeʼẽ oikuaaukáva Nebucodonosor raʼanga remimínte, ha arakaʼépa oñeʼẽ.</w:t>
      </w:r>
    </w:p>
    <w:p>
      <w:pPr>
        <w:pStyle w:val="ArticleBody"/>
        <w:jc w:val="left"/>
      </w:pPr>
      <w:r>
        <w:rPr>
          <w:rFonts w:ascii="Times New Roman" w:hAnsi="Times New Roman" w:eastAsia="Times New Roman" w:cs="Times New Roman"/>
        </w:rPr>
        <w:t>11 jasyporundy 2001-pe oñerrepresenta pe período oñepyrũhápe upépe ha opa 18 jasypokõi 2020-pe. Pe período pe mokõiha ñe’ẽ, capítulo once-gua, oñerrepresenta pe período 18 jasypokõi 2020 guive pe mbohapyha ñe’ẽ pe léi domingo oúva pya’évape peve. Pe mokõiha período oñepyrũva 18 jasypokõi 2020-pe oike ipype pe waymark 3 jasypateĩ 2020-gua ha pe waymark 6 jasypokõi 2021-gua, upe jave umi ojukava’ekue mokõi testígope oñepyrũ vy’a ha omondo jopói, ha oike avei ipype julio 2023, upe jave pe ñe’ẽ desiértope oñepyrũ ohenduuka pe marandu ñemongyhyjeha pe séptimo trompéta rehegua.</w:t>
      </w:r>
    </w:p>
    <w:p>
      <w:pPr>
        <w:pStyle w:val="ArticleBody"/>
        <w:jc w:val="left"/>
      </w:pPr>
      <w:r>
        <w:rPr>
          <w:rFonts w:ascii="Times New Roman" w:hAnsi="Times New Roman" w:eastAsia="Times New Roman" w:cs="Times New Roman"/>
        </w:rPr>
        <w:t>Rojapo ko ñehesa’ỹijo ambue artíkulope.</w:t>
      </w:r>
    </w:p>
    <w:p>
      <w:pPr>
        <w:pStyle w:val="ArticleScripture"/>
        <w:jc w:val="left"/>
      </w:pPr>
      <w:r>
        <w:rPr>
          <w:rFonts w:ascii="Times New Roman" w:hAnsi="Times New Roman" w:eastAsia="Times New Roman" w:cs="Times New Roman"/>
        </w:rPr>
        <w:t>“Mbya ysyry Kébar rembe’ýre, Ezequiel ohecha peteĩ yvytu atãgua ha’etéva ouha yvate gotyo guive, ‘araí tuicháva, tata ojerejeýva ijehe, ha hendyjeréva ijerére, ha ipytũmby mbytégui osẽva ku ámbar joguaha.’ Heta rueda, ojuasáva ojuehe, omýiva irundy tekove oikovéva rupive. Yvate opavave ko’ãva ári ‘oĩkuri peteĩ guapyha ra’anga, zafiro ita rechaukahaicha: ha guapyha ra’anga ári oĩkuri peteĩ kuimba’e joguaha rechaukaha hi’ári.’ ‘Ha querubín-kuérape ojehechakuaa peteĩ kuimba’e po ra’anga ipepo guýpe.’ Ezequiel 1:4, 26; 10:8. Umi rueda iporãiterei hasy hag̃uáicha iñemohenda, ha peteĩ jehechápente ha’ete va’ekue oĩha sarambi; upéicharõ jepe, omýikuri peteĩ joaju porãme. Yvágagui oúva, oñemombarete ha oñesãmbyhyva’ekue pe po oĩva querubín pepo guýpe rupive, omomýikuri ko’ã rueda; ha hi’ári, pe guapyha zafíro ári, oĩkuri pe Opave’ỹva; ha guapyha jerére oĩkuri peteĩ arco iris, Tupã poriahuvereko rechaukaha.”</w:t>
      </w:r>
    </w:p>
    <w:p>
      <w:pPr>
        <w:pStyle w:val="ArticleScripture"/>
        <w:jc w:val="left"/>
      </w:pPr>
      <w:r>
        <w:rPr>
          <w:rFonts w:ascii="Times New Roman" w:hAnsi="Times New Roman" w:eastAsia="Times New Roman" w:cs="Times New Roman"/>
        </w:rPr>
        <w:t>“Umi apañuãiva ojoguáva rueda-pe oĩhaguéicha po ogueraháva guýpe umi querubín pepo guýpe, upéicha avei umi mba’e ojehupyty ha oñembojehe’áva yvypóra rembiasakuépe oĩ Tupã poguýpe. Tetãnguéra apytépe ñorairõ ha sarambi mbytépe, pe oguapýva umi querubín ári gueteri omboguata ko yvy rehegua mba’e.”</w:t>
      </w:r>
    </w:p>
    <w:p>
      <w:pPr>
        <w:pStyle w:val="ArticleScripture"/>
        <w:jc w:val="left"/>
      </w:pPr>
      <w:r>
        <w:rPr>
          <w:rFonts w:ascii="Times New Roman" w:hAnsi="Times New Roman" w:eastAsia="Times New Roman" w:cs="Times New Roman"/>
        </w:rPr>
        <w:t>“Umi tetãnguéra rembiasakue, peteĩ rire peteĩ oikupytyva’ekue pe ára ha tenda oñeme’ẽva’ekue chupekuéra, ohechauka ñandéve, oikuaa’ỹre voi, pe añetegua ha’ekuéra voi ndoikuaáiva he’iséva. Opa tetãme ha opa tapichápe ko ára peve Tupã ome’ẽ peteĩ tenda Iñembiaporã guasúpe. Ko árape yvyporakuéra ha tetãnguéra ojeha’a hína pe plomada rupive orekóva ipópe pe ndojavyvéimava. Opavave, ijeheguiete poravópe, oikuaa’ỹre hína hikuái omohenda hag̃ua heko rapykuere; ha Tupã oisãmbyhy opa mba’e ojapo hag̃ua umi tembipota oguerekóva.”</w:t>
      </w:r>
    </w:p>
    <w:p>
      <w:pPr>
        <w:pStyle w:val="ArticleScripture"/>
        <w:jc w:val="left"/>
      </w:pPr>
      <w:r>
        <w:rPr>
          <w:rFonts w:ascii="Times New Roman" w:hAnsi="Times New Roman" w:eastAsia="Times New Roman" w:cs="Times New Roman"/>
        </w:rPr>
        <w:t>“Pe tembiasakue pe Che Hína Guasu omohendava’ekue Iñe’ẽme, joajuha peteĩteĩ pe joajuha kuéra profecía sãmbyhy ryepýpe, opa’ỹva yma guive opa’ỹva tenonderã peve, he’i ñandéve moõpa ñaime ko árape ára kuéra rape rupi, ha mba’épa ikatu oñeha’arõ umi ára oútavape. Opa mba’e profecía he’iva’ekue oikótaha, ko’ág̃a peve, ojehechakuaa tembiasakuépe, ha ikatu jajerovia porã opa mba’e gueteri oútava oñekumplitaha hekópe ha ijapytepekuépe.”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Sa cien treinta y cuatro hag̃ua</dc:title>
  <dc:subject>Pe Despliegue Profético: 11 jasyporundy 2001 guive pe Léy Domingo oúva hag̃uáicha Estados Unidos-pe</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