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de Daniel - Número Ciento Tréinta y Nueve</w:t>
      </w:r>
    </w:p>
    <w:p>
      <w:pPr>
        <w:pStyle w:val="ArticleSubtitle"/>
        <w:jc w:val="left"/>
      </w:pPr>
      <w:r>
        <w:rPr>
          <w:rFonts w:ascii="Arial" w:hAnsi="Arial" w:eastAsia="Arial" w:cs="Arial"/>
        </w:rPr>
        <w:t>Daniel 11:40 oñembojoaju hag̃ua profétikamente umi añetegua polítika ko ág̃agua reheve: oñembohesakãvo pe misterio Mburuvicha Ruvicha Pahaguévare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Ñahesa’ỹijo hína Daniel kapítulo 11, versíkulo 40 joajuha, upe kapítulo peteĩchagua versíkulo 1 ha 2 ndive. Versíkulo 1 omombe’u pe ára paha 1989-pe, ha versíkulo 40 avei omarka pe ára paha 1989-pe, Unión Soviética ho’apa reheve, ojehechauka hag̃uáicha Muro de Berlín ñembyai rupive 9 de noviembre de 1989-pe.</w:t>
      </w:r>
    </w:p>
    <w:p>
      <w:pPr>
        <w:pStyle w:val="ArticleBody"/>
        <w:jc w:val="left"/>
      </w:pPr>
      <w:r>
        <w:rPr>
          <w:rFonts w:ascii="Times New Roman" w:hAnsi="Times New Roman" w:eastAsia="Times New Roman" w:cs="Times New Roman"/>
        </w:rPr>
        <w:t>Pe mokõiha oñe'ẽ hína tetã peteĩ rekoha Estados Unidos peisõhára poteĩha rehe ary 1989 rire, ha he'i ha'eha opa umi tetã ruvicha apytégui imba'evéva, upévare ohechauka porã Donald Trump-pe. Péicha ojapóvo, ohechauka avei Trump omombaretetaha “opa Grecia”-pe, upéva hína Alejandro el Grande rembiasakue griego pe mokõiha'ỹgui mbohapyha ayvupe. Pe tetã griega oje'eva umi mbohapyha ha irundyha ayvupe ha'e peteĩ símbolo peteĩ tetã guasu oisãmbyhýva yvy tuichakue rehegua Daniel capítulo once-pe.</w:t>
      </w:r>
    </w:p>
    <w:p>
      <w:pPr>
        <w:pStyle w:val="ArticleBody"/>
        <w:jc w:val="left"/>
      </w:pPr>
      <w:r>
        <w:rPr>
          <w:rFonts w:ascii="Times New Roman" w:hAnsi="Times New Roman" w:eastAsia="Times New Roman" w:cs="Times New Roman"/>
        </w:rPr>
        <w:t>William Miller omoheñói ko ñe’ẽ: “tembiasakue ha marandu py’aguigua oñemoĩ peteĩ ñe’ẽme”, ha Donald Trump rembiasakue ome’ẽ techaukaha ndaikatúiva oñemboyke hag̃ua he’íva ha’e ndaha’éi añoite pe ipirapire hetavéva umi poapy mburuvicha guasu pahápe Estados Unidos pegua apytépe, ha katu avei Estados Unidos globalistakuéra, ha opaite yvóra, ndaija’éi Donald Trump rehe peteĩ ñembyai reheve hasýva oñentende hag̃ua, hetápe ombohéra hag̃uáicha tavykue.</w:t>
      </w:r>
    </w:p>
    <w:p>
      <w:pPr>
        <w:pStyle w:val="ArticleBody"/>
        <w:jc w:val="left"/>
      </w:pPr>
      <w:r>
        <w:rPr>
          <w:rFonts w:ascii="Times New Roman" w:hAnsi="Times New Roman" w:eastAsia="Times New Roman" w:cs="Times New Roman"/>
        </w:rPr>
        <w:t>Pe umi ocho presidente pahapegua tenondegua, oñepyrũva 1989-pe, ohechauka porãiterei Trúmppe opaichagua tape rupi; upéicha rupi omombarete pe sexto presidente versíkulo mokõi-pe, ipahaitépe oikotaha pe octavo ha pahaguáicha. Reagan, peteĩha ramo peteĩ serie de ocho-pe, ohechaukáta pe octavo ha pahagua; Jesús ningo tapiaite ohechauka peteĩ mba’e paha peteĩ mba’e ñepyrũ rupive.</w:t>
      </w:r>
    </w:p>
    <w:p>
      <w:pPr>
        <w:pStyle w:val="ArticleBody"/>
        <w:jc w:val="left"/>
      </w:pPr>
      <w:r>
        <w:rPr>
          <w:rFonts w:ascii="Times New Roman" w:hAnsi="Times New Roman" w:eastAsia="Times New Roman" w:cs="Times New Roman"/>
        </w:rPr>
        <w:t>Ronald Reagan rembiapokue, mburuvicha guasu pe ára paha peguáicha ary 1989-pe, marandu’ypy rehehápe ohechauka mburuvicha guasu oikotahápe pe pahaite umi poapy mburuvicha guasu apytégui. Oĩ va’erã mokõiha’ỹi mburuvicha guasu Reagan rire, pórke Tetã peteĩ reko Amérika pegua opyta hag̃ua pe mbohapyha’ẽ hag̃ua reino peteĩha profecía bíblicape, pe léi domingo hi’aguĩva vove; ha upe léi domingo mboyve, Tetã peteĩ reko Amérika pegua omopu’ã mymba ra’ãnga, ha upe mymba ha’e pe poapyha, umi siete mymba apytégui. Reagan ha’e va’ekue pe peteĩha mburuvicha guasu pe ára paha peguápe ary 1989-pe, ha pe pahaiteva’erã pe poapyha, upéva hína pe umi siete-gua.</w:t>
      </w:r>
    </w:p>
    <w:p>
      <w:pPr>
        <w:pStyle w:val="ArticleBody"/>
        <w:jc w:val="left"/>
      </w:pPr>
      <w:r>
        <w:rPr>
          <w:rFonts w:ascii="Times New Roman" w:hAnsi="Times New Roman" w:eastAsia="Times New Roman" w:cs="Times New Roman"/>
        </w:rPr>
        <w:t>Reagan he’i, 12 jasypoteĩ 1987-pe, peteĩ ñe’ẽme’ẽ aja Brandenburg Rokẽme, muro de Berlín ykére, Berlín Kuarahyreike gotyo, Alemania-pe, oñe’ẽvo Unión Soviética Partido Comunista Secretario General, Mikhail Gorbachev-pe: “Secretario General Gorbachev, rehekáramo py’aguapy, rehekáramo prosperidad Unión Soviética ha Europa Kuarahyresẽ gotyo-pe g̃uarã, rehekáramo liberalización: ¡Eju ko’ẽme ko rokẽme! ¡Karai Gorbachev, eipe’a ko rokẽ! ¡Karai Gorbachev, emboguejy ko muro!” Pe peteĩha umi pahápegua ocho mburuvicha guasukuéra ñe’ẽ herakuãvévagui ohechauka pe ñembyaty ojehupytyha pe muro ñemboguejýpe mokõi ary rire, 9 jasypateĩ 1989-pe.</w:t>
      </w:r>
    </w:p>
    <w:p>
      <w:pPr>
        <w:pStyle w:val="ArticleBody"/>
        <w:jc w:val="left"/>
      </w:pPr>
      <w:r>
        <w:rPr>
          <w:rFonts w:ascii="Times New Roman" w:hAnsi="Times New Roman" w:eastAsia="Times New Roman" w:cs="Times New Roman"/>
        </w:rPr>
        <w:t>Upéicha ojapóvo, Reagan omoĩ hag̃ua ñembarete pe murálla oñembyai hag̃ua, oñeʼẽ pe presidente poapyha rehe, haʼe vaʼekue, oñani aja oiko hag̃ua presidente poteĩha, omopyenda ikampaña pe ñeʼẽme “omopuʼã hag̃ua pe murálla.” Umi pahápegua poapy presidente apytégui pe peteĩha ohenói vaʼekue oñembyai hag̃ua pe murálla, ha pe Murálla de Berlín oñembyai ary 1989-pe, pe ára pahápe. Pe léi dominical oguahẽmbotávape, pe “murálla” ombojaʼóva Tupao ha Tetã oñembyaíta, ojehechaukaramoguáicha pe oñepyrũvaʼekue ary 1989-pe. Pe período mbytepe, pe presidente poteĩha, omokyreʼỹva umi globalista-kuérape, oñehaʼã omopuʼã peteĩ murálla haʼekuéra ndoipotái vaʼekue, ha haʼe jey vove pe presidente poapyha umi siete-gui, ambue “murálla” hoʼáta.</w:t>
      </w:r>
    </w:p>
    <w:p>
      <w:pPr>
        <w:pStyle w:val="ArticleBody"/>
        <w:jc w:val="left"/>
      </w:pPr>
      <w:r>
        <w:rPr>
          <w:rFonts w:ascii="Times New Roman" w:hAnsi="Times New Roman" w:eastAsia="Times New Roman" w:cs="Times New Roman"/>
        </w:rPr>
        <w:t>Pe peteĩha umi ocho mburuvichakuéra apytégui ojehechauka peteĩ murálla oñemboguejývo, upe ohechaukáva pe ára paha, oñerrepresentaháicha Daniel kapítulo once, versíkulo cuarenta-pe; ha pe pahague umi ocho mburuvichakuéragui ojehechauka peteĩ “murálla” oñemboguejývo, upe ohechaukáva pe hu’ã ára paha umi cien cuarenta y cuatro mil rehegua, oñerrepresentaháicha Daniel kapítulo once, versíkulo cuarenta y uno-pe.</w:t>
      </w:r>
    </w:p>
    <w:p>
      <w:pPr>
        <w:pStyle w:val="ArticleBody"/>
        <w:jc w:val="left"/>
      </w:pPr>
      <w:r>
        <w:rPr>
          <w:rFonts w:ascii="Times New Roman" w:hAnsi="Times New Roman" w:eastAsia="Times New Roman" w:cs="Times New Roman"/>
        </w:rPr>
        <w:t>Mburuvicha Reagan ha’e vaʼekue peteĩ demócrata yma guare ojeréva republicano-rã, peteĩ yma guare mbaʼekuaarã momarandu rupi herakuãva, peteĩ kuimbaʼe ojekuaáva iñeʼẽ porã ha hesakã rupi, oguerekóva peteĩ puku pukukue mbaʼerechaukaha vyrore’ẽ porã, peteĩ conservador fiscal ombaʼapovaʼekue kampáñape Washington, DC pe sistema mbarete oñembohekopyréva rehe. Upéicharõ jepe, Reagan ñeʼẽngatu ñepyrũrã ikampáñape sistema mbarete (yvyraity) tetã táva guasúpe oñemoĩporãmbáva rehe, ipahápe omoĩ hekópe hetave político globalista oñemoneĩmava ikabinéte rendápe oimeraẽ ambue mburuvicha modernogui pe ára peve. Avei oguahẽ peve ojeporavo hag̃ua George Bush peteĩha, hembipotápe Vice Presidente-rã, peteĩ kuimbaʼe hogaygua rapo oho mombyryeterei globalismo rembiasakue peve.</w:t>
      </w:r>
    </w:p>
    <w:p>
      <w:pPr>
        <w:pStyle w:val="ArticleBody"/>
        <w:jc w:val="left"/>
      </w:pPr>
      <w:r>
        <w:rPr>
          <w:rFonts w:ascii="Times New Roman" w:hAnsi="Times New Roman" w:eastAsia="Times New Roman" w:cs="Times New Roman"/>
        </w:rPr>
        <w:t>Trump ojapo pe omopotĩtaha hag̃ua pe tekoveha ombohérava’ekue “pe yvytymimi”, ha katu hembiapo kuatia umi kuimba’e oiporavo va’ekue omba’apo hag̃ua hendive hi’aguĩetépe, ohechauka iñakãratãveha. Haimete mayma umi kuimba’e ha’e va’ekue “pe yvytymimi” rehegua rembiguái Trump ojehecharamóvaicha omboykéva mbarete reheve. Trump, Reaganicha avei, ha’e va’ekue peteĩ yma guare Demócrata oiko va’ekue Republicano-rã, peteĩ yma guare momaranduha rupive herakuãva, peteĩ kuimba’e oñekuaa va’ekue iñe’ẽporã rehe, oguerekóva peteĩ puka pypuku, ha peteĩ oñangarekóva mbarete hag̃ua viru ñesãmbyhy rehe.</w:t>
      </w:r>
    </w:p>
    <w:p>
      <w:pPr>
        <w:pStyle w:val="ArticleBody"/>
        <w:jc w:val="left"/>
      </w:pPr>
      <w:r>
        <w:rPr>
          <w:rFonts w:ascii="Times New Roman" w:hAnsi="Times New Roman" w:eastAsia="Times New Roman" w:cs="Times New Roman"/>
        </w:rPr>
        <w:t>Pe mburuvicha paha ipaháva Estados Unidos-pegua ha’éta pe mburuvicha ojejapohápe ta’anga papadogua (mymba ra’anga) Estados Unidos-pe. Upévare, pe poapyha ha paháva mburuvicha ary 1989 guive oñembojoajúta peteĩ ñorairõ rehe peteĩ mburuvicha guasu dragón ndive; mba’érepa, peteĩ ñorairõ puku ha hasývape dragón ndive niko papado oñemohendajey raka’e peteĩ mburuvicha guasu dragón rupive ary 538-pe, upéi ojeity chugui pe tenda upe mismo mburuvicha guasu dragón rupive ary 1798-pe, ha jeyta oñemohendajey pe mburuvicha guasu dragón rupive ojehechaukáva umi pa rekuái rupive oñemoĩva peteĩ ñe’ẽme ome’ẽ hag̃ua pe séptimo reino papado-pe, ha upéi hikuái voi omboguejyta pe mymba papal oapývo chupe tata reheve ha ho’úvo he’o oguahẽvo ipahápe avave ndoipytyvõi hag̃uáicha.</w:t>
      </w:r>
    </w:p>
    <w:p>
      <w:pPr>
        <w:pStyle w:val="ArticleBody"/>
        <w:jc w:val="left"/>
      </w:pPr>
      <w:r>
        <w:rPr>
          <w:rFonts w:ascii="Times New Roman" w:hAnsi="Times New Roman" w:eastAsia="Times New Roman" w:cs="Times New Roman"/>
        </w:rPr>
        <w:t>Pe mburuvicha oikótava poapyha ramo, ha’éva umi siete apytégui, avei ha’éta pe mburuvicha oikeva peteĩ ñorairõme peteĩ pokatu dragón rehe. Upéva ñorairõ ojekuaa hag̃ua, pe sexto ha ipirapire hetavéva mburuvicha omombáy umi pokatu dragón globalista pukukue. Umi poapy pahaguápe mburuvichakuéragui, oñepyrũvo 1989-pe, mokõi omanóma, ha upéicha opyta seis mburuvicha ikatúva oike peteĩ ñorairõme peteĩ pokatu dragón rehe.</w:t>
      </w:r>
    </w:p>
    <w:p>
      <w:pPr>
        <w:pStyle w:val="ArticleBody"/>
        <w:jc w:val="left"/>
      </w:pPr>
      <w:r>
        <w:rPr>
          <w:rFonts w:ascii="Times New Roman" w:hAnsi="Times New Roman" w:eastAsia="Times New Roman" w:cs="Times New Roman"/>
        </w:rPr>
        <w:t>Umi poteĩ posibilidad apytégui irundy ha’e claramente globalista mburuvicha guasu dragón pu’aka rehegua. Umi poteĩ apytégui peteĩva, itúvaicha, he’i ha’eha Republicano, ha katu ha’e Republicano héra-pente año; ha itúvaicha avei, ha’e peteĩ representante pe pu’aka globalista dragón rehegua. Umi seis presidente oikovéva apytégui peteĩnte añónte ndaha’éi claramente globalista, ha ha’e upe presidente omombýiva globalistakuérape. Ha’e añoite umi ocho presidente paha apytégui ikatúva omyenyhẽ pe elemento ta’anga papado rehegua, oñeñe’ẽvo oĩha involucrado peteĩ ñorairõme peteĩ pu’aka dragón rehe.</w:t>
      </w:r>
    </w:p>
    <w:p>
      <w:pPr>
        <w:pStyle w:val="ArticleBody"/>
        <w:jc w:val="left"/>
      </w:pPr>
      <w:r>
        <w:rPr>
          <w:rFonts w:ascii="Times New Roman" w:hAnsi="Times New Roman" w:eastAsia="Times New Roman" w:cs="Times New Roman"/>
        </w:rPr>
        <w:t>Pe primer presidente Republicano ojeporavoite guive peteĩ Ñandejára Ñe’ẽ oñe’ẽva Estados Unidos ñorairõ civil rehe, ha upéva omombe’u ko añeteguaite.</w:t>
      </w:r>
    </w:p>
    <w:p>
      <w:pPr>
        <w:pStyle w:val="ArticleScripture"/>
        <w:jc w:val="left"/>
      </w:pPr>
      <w:r>
        <w:rPr>
          <w:rFonts w:ascii="Times New Roman" w:hAnsi="Times New Roman" w:eastAsia="Times New Roman" w:cs="Times New Roman"/>
        </w:rPr>
        <w:t>Ha Jesús oikuaa hag̃ua hepy’apykuéra, ha he’i chupekuéra: Opa mburuvicharenda ojoavyva’ẽ ijehegui oñembyai hag̃uáicha; ha opa táva térã óga ojoavyva’ẽ ijehegui ndaikatumo’ãi opyta hag̃ua: Ha Satanás omosẽramo Satanáspe, ojoavy ijehegui; mba’éicha rupi upéicharõ opytáta imburuvicharenda? Ha che amosẽramo añánga vai kuérape Beelzebub rupive, máva rupípa pene ra’ykuéra omosẽ chupekuéra? upévare ha’ekuéra voi ha’éta pene juez-kuéra. Péro che amosẽramo añánga vai kuérape Tupã Espíritu rupive, upéicharõ Tupã reino oguahẽma pene rendápe. Mateo 12:25–28.</w:t>
      </w:r>
    </w:p>
    <w:p>
      <w:pPr>
        <w:pStyle w:val="ArticleBody"/>
        <w:jc w:val="left"/>
      </w:pPr>
      <w:r>
        <w:rPr>
          <w:rFonts w:ascii="Times New Roman" w:hAnsi="Times New Roman" w:eastAsia="Times New Roman" w:cs="Times New Roman"/>
        </w:rPr>
        <w:t>Pe dragón ñorairõ pe mburuvicha guasu ipirapire hetavéva omongu’éva Grecia retãygua reko, ikatu añoite oiko Donald Trump ha umi globalista kuéra apytépe, pórke opa ambue cinco mburuvicha guasu ikatúva oikove gueteri ha’e globalista antiamericano. Lincoln omombe’úrõ umi versíkulo mboyveguáva, oñe’ẽ hag̃uáicha tetã ñemboja’o rehe mokõi aty-pe, tembiguái reko rayhúva ha tembiguái reko contra-gua, ha’e oñe’ẽkuri umi demócrata tembiguái reko rayhúvape, ha umi republicano tembiguái reko contra-guápe, ha upéicha ojapóvo oñe’ẽhína kuri umi ára pahápegua ñorairõ rehe, umi demócrata globalista kuéra ndive, umívape pe pahápegua mburuvicha guasu republicano omongu’e imovimiento MAGA-ismo rupive, ha’e voi orepresentáva ha omoakãva.</w:t>
      </w:r>
    </w:p>
    <w:p>
      <w:pPr>
        <w:pStyle w:val="ArticleBody"/>
        <w:jc w:val="left"/>
      </w:pPr>
      <w:r>
        <w:rPr>
          <w:rFonts w:ascii="Times New Roman" w:hAnsi="Times New Roman" w:eastAsia="Times New Roman" w:cs="Times New Roman"/>
        </w:rPr>
        <w:t>Mburuvicha republikáno peteĩha ramo, Lincoln ohechaukarã pe mburuvicha republikáno pahaguéva. Pe mburuvicha pahaguéva ojehechauka avei pe mburuvicha republikáno rupive oĩva ára paha jave ary 1989-pe. Ko’ã mokõi testígo ohechauka pe mburuvicha ha’ekuéra ohechaukarãva ha’eha republikáno. Pe mburuvicha republikáno oĩva ára paha jave ary 1989-pe ndaha’éi va’ekue peteĩ republikáno añónte, síno ha’e va’ekue pe peteĩha umi poapy mburuvicha pahagua apytégui. Pe mburuvicha pahaguéva ojehechaukarãta avei George Washington rupive, pe mburuvicha peteĩha ha pe Comandante en Jefe peteĩha.</w:t>
      </w:r>
    </w:p>
    <w:p>
      <w:pPr>
        <w:pStyle w:val="ArticleBody"/>
        <w:jc w:val="left"/>
      </w:pPr>
      <w:r>
        <w:rPr>
          <w:rFonts w:ascii="Times New Roman" w:hAnsi="Times New Roman" w:eastAsia="Times New Roman" w:cs="Times New Roman"/>
        </w:rPr>
        <w:t>Washington katu ojehechauka hag̃ua peteĩ techaukaha ramo pe peteĩha mburuvicha guasu rupive pe período ojehechaukáva 1776 reheve; ha upe peteĩha mburuvicha guasu (Peyton Randolph) vaʼekue peteĩ umi siete kuimbaʼe apytégui ombaʼapóva umi ocho período aja, umi siete kuimbaʼe rupive ojehechaukáva. Randolph vaʼekue peteĩha umi ocho apytégui, ha upévare ohechauka Reagan-pe, haʼe hag̃ua avei peteĩha umi ocho apytégui; ha haʼe vaʼekue pe ochoha ouvaʼekue umi siete-gui. Upévare Randolph ohechauka Washington-pe (pe peteĩha mburuvicha guasu), Lincoln-pe (pe peteĩha mburuvicha guasu republicano), Reagan-pe (pe peteĩha mburuvicha guasu umi pahápegua ocho apytégui) ha pe ochoha mburuvicha guasu 1989 rire, tekotevẽ hag̃uáicha profético rupi, haʼétava pe ochoha, ouvaʼekue umi siete-gui.</w:t>
      </w:r>
    </w:p>
    <w:p>
      <w:pPr>
        <w:pStyle w:val="ArticleBody"/>
        <w:jc w:val="left"/>
      </w:pPr>
      <w:r>
        <w:rPr>
          <w:rFonts w:ascii="Times New Roman" w:hAnsi="Times New Roman" w:eastAsia="Times New Roman" w:cs="Times New Roman"/>
        </w:rPr>
        <w:t>Washington avei ojehechaukaraka’e Juan Hancock rupive, ha’éva presidente pe tembiasakue ojehechaukávape 1789 rehe, ha ha’éva, Randolph-icha, pe poapyha, pe oúva umi siete-gui. Randolph ohechaukakuri Washington-pe; upévare, Hancock oñembojoajúvo Randolph ndive pe poapyha ramo, pe oúva umi siete-gui, Hancock orrepresenta pe poapyha presidente 1989 rire, ha’éva, marandu hag̃ua profétikamente tekotevẽháicha, pe poapyha, pe va’ekue umi siete-gui.</w:t>
      </w:r>
    </w:p>
    <w:p>
      <w:pPr>
        <w:pStyle w:val="ArticleBody"/>
        <w:jc w:val="left"/>
      </w:pPr>
      <w:r>
        <w:rPr>
          <w:rFonts w:ascii="Times New Roman" w:hAnsi="Times New Roman" w:eastAsia="Times New Roman" w:cs="Times New Roman"/>
        </w:rPr>
        <w:t>Randolph, Hancock, Washington, Lincoln ha Reagan opavave hína pe mburuvicha guasu pahague ipahápe. Mokõi umi testígo apytégui omopyenda pe mburuvicha guasu paha-taha peteĩ Republicano. Mokõi omopyenda pe mburuvicha guasu paha-taha pe poapyha, ha’éva umi siete-gui. Umi cinco mburuvicha guasu oikovéva umi poapy mburuvicha guasu apytépe, pe ára paha rire ary 1989-pe, ohechauka Trump añoite oguerekoha pe ideología política ikatúva oike peteĩ ñorairõme pe mbarete dragón ndive.</w:t>
      </w:r>
    </w:p>
    <w:p>
      <w:pPr>
        <w:pStyle w:val="ArticleBody"/>
        <w:jc w:val="left"/>
      </w:pPr>
      <w:r>
        <w:rPr>
          <w:rFonts w:ascii="Times New Roman" w:hAnsi="Times New Roman" w:eastAsia="Times New Roman" w:cs="Times New Roman"/>
        </w:rPr>
        <w:t>Lincoln mboyve oĩkuri James Buchanan, peteĩ demócrata, ha umi historiadór hekojoja ohechakuaa chupe pe mburuvicha guasu sa’ive iporãva ramo upe tembiasakue ypykuévo Estados Unidos-pe, ha máva ruvicha ñesãmbyhy ndoikoporãiva esencialmente omoheñói pe Guerra Civil Estados Unidos-pegua. Lincoln oñembohéra mboyve voi umi estado sudgua oñepyrũma va’ekue ojei hag̃ua joaju hag̃uagui, ha peteĩ jasy añónte rire Lincoln oñemoĩ rire ipóstepe, umi tenonderã disparo ojejapóma. Buchanan omoñepyrũ umi mba’e oguahẽva’ekue peteĩ ñorairõme, ha upéva Lincoln ojuhúkuri oñesẽ hag̃uáicha.</w:t>
      </w:r>
    </w:p>
    <w:p>
      <w:pPr>
        <w:pStyle w:val="ArticleBody"/>
        <w:jc w:val="left"/>
      </w:pPr>
      <w:r>
        <w:rPr>
          <w:rFonts w:ascii="Times New Roman" w:hAnsi="Times New Roman" w:eastAsia="Times New Roman" w:cs="Times New Roman"/>
        </w:rPr>
        <w:t>Reagan mboyve oĩva’ekue hína pe tendota ipyahuvéva araka’eve ndovaléi porãvéiva ko’ág̃a peve. Carter, peteĩ demócrata, omotĩ Estados Unidos-pe iñakatupyry’ỹ rupi ndoikuaáigui mba’éichapa oñembohovái hekopete islamismo radical oĩva Irán-pe.</w:t>
      </w:r>
    </w:p>
    <w:p>
      <w:pPr>
        <w:pStyle w:val="ArticleBody"/>
        <w:jc w:val="left"/>
      </w:pPr>
      <w:r>
        <w:rPr>
          <w:rFonts w:ascii="Times New Roman" w:hAnsi="Times New Roman" w:eastAsia="Times New Roman" w:cs="Times New Roman"/>
        </w:rPr>
        <w:t>Trump mboyve oĩkuri Obama, peteĩ demócrata, ha’e ojapo hag̃uáicha omoñepyrũ hag̃ua umi joavy cultural, político ha económico, upe guive añoite ojepyai hag̃ua ohóvo. Ijapokuéi ndovaléiva ojehechauka porãkuri Buchanan ha Carter rupive, ha pe tembiasakue oisãmbyhyhápe, pe Mainstream Media oñepyrũma kuri ojehechauka hag̃ua joja hag̃uáicha Adolph Hitler Reich Ministry of Public Enlightenment and Propaganda rehe. Obama ojapo va’ekue ñorairõ Estados Unidos remimoĩmby social, político, financiero ha religioso rehe oñemokañykuri, umi ndohechaséivape g̃uarã, ha ikangyha peteĩ ojuramentáva oñangareko hag̃ua Constitución rehe oñeñangarekópe oñemokañy porãme. Obama omotĩ Estados Unidos-pe ijehechakuaa’ỹ rehe ndoikuaáigui mba’éichapa oñembohovái hekoitépe pe islamismo radical, oĩva Irán-pe.</w:t>
      </w:r>
    </w:p>
    <w:p>
      <w:pPr>
        <w:pStyle w:val="ArticleBody"/>
        <w:jc w:val="left"/>
      </w:pPr>
      <w:r>
        <w:rPr>
          <w:rFonts w:ascii="Times New Roman" w:hAnsi="Times New Roman" w:eastAsia="Times New Roman" w:cs="Times New Roman"/>
        </w:rPr>
        <w:t>Ojejeporavóramo jey Trámp rehe 2024-pe, pe ochoha tendota ramo Reagan guive 1989 guive, peteĩ jey jeýta peteĩ demócrata globalista, dragón omombaretéva, tenondegua ramo; ko’ág̃a ha’e oguereko hag̃ua akãrague peteĩ tendota ramo tembiasakuepýpe ndaikatúiva ojapo porãve hag̃ua mba’eve, ha heta jeýma omotĩ Estados Unidos-pe iñeha’ãme ombohovái hag̃ua islamismo radical, Irán-pe oĩva; jepémo, peteĩ jey jey, umi Medio de Comunicación Mainstream moderno (ohechaukapyréicha Reich Ministerio de Ilustración Pública ha Propaganda) omba’apo oñotỹ hag̃ua upe añetegua hesakãva.</w:t>
      </w:r>
    </w:p>
    <w:p>
      <w:pPr>
        <w:pStyle w:val="ArticleBody"/>
        <w:jc w:val="left"/>
      </w:pPr>
      <w:r>
        <w:rPr>
          <w:rFonts w:ascii="Times New Roman" w:hAnsi="Times New Roman" w:eastAsia="Times New Roman" w:cs="Times New Roman"/>
        </w:rPr>
        <w:t>Reagan oike japyhy jave peteĩ apañuãi ndopytái vaʼekue islamismo radical ndive, oĩva Iránpe, ha upéva ndojesolusionái vaʼekue pe mburuvicha guasu demócrata. Reagan pyaʼevoi ojapo umi tembiapo oñemoambuévo hag̃ua pe tape oguerekóva pe tensión Estados Unidos ha islamismo radical apytépe, oñerrepresentaháicha Irán rupive. Trump oike jave japyhy peteĩ apañuãi ndopytái vaʼekue islamismo radical ndive, jevy jey oĩva Iránpe, ndahaʼéi mante ndojesolusionái vaʼekue, síno avei oñemongaru virúpe pe mburuvicha guasu demócrata rupive. Trump pyaʼevoi ojapo umi tembiapo oñemoambuévo hag̃ua pe tape oguerekóva pe tensión Estados Unidos ha islamismo radical apytépe, oñerrepresentaháicha Irán rupive. Pe mburuvicha guasu demócrata koʼág̃agua ombojere jey opaite pe progreso ohupyty vaʼekue Trump, ha koʼág̃a ko yvy ape ári tuichakue ojereraha hína pe ñorairõ guasu mbohapyha gotyo Biden ñesãmbyhy ndaikatúiva rupive.</w:t>
      </w:r>
    </w:p>
    <w:p>
      <w:pPr>
        <w:pStyle w:val="ArticleBody"/>
        <w:jc w:val="left"/>
      </w:pPr>
      <w:r>
        <w:rPr>
          <w:rFonts w:ascii="Times New Roman" w:hAnsi="Times New Roman" w:eastAsia="Times New Roman" w:cs="Times New Roman"/>
        </w:rPr>
        <w:t>Upéva omohu’ã ndaha’éi añoite tembiapo Islam ndive, ojehechaukáva Carter rembiapo’ỹme, ha Obama omokyre’ỹ haguére Islam-pe, ha avei Buchanan rembiapópe omoñepyrũvo peteĩ ñorairõ, upéva peteĩ mburuvicha rekovetã Republicano oikotevẽ va’ekue ombohekopyahu hag̃ua.</w:t>
      </w:r>
    </w:p>
    <w:p>
      <w:pPr>
        <w:pStyle w:val="ArticleBody"/>
        <w:jc w:val="left"/>
      </w:pPr>
      <w:r>
        <w:rPr>
          <w:rFonts w:ascii="Times New Roman" w:hAnsi="Times New Roman" w:eastAsia="Times New Roman" w:cs="Times New Roman"/>
        </w:rPr>
        <w:t>Peteĩha presidénte Republicano peteĩha ndive ojoguaháicha, Trump ojejuka políticamente umi mbarete dragón globalista rupive eleksión 2020-pe. Ojehechávo chupe omano ramo tape mbytépe, umi globalista mymba yvyguigua guive ha umi globalista opaite arapy rehegua oñepyrũ ovy’a, ojeprofetisahaguéicha Apocalipsis capítulo once-pe.</w:t>
      </w:r>
    </w:p>
    <w:p>
      <w:pPr>
        <w:pStyle w:val="ArticleScripture"/>
        <w:jc w:val="left"/>
      </w:pPr>
      <w:r>
        <w:rPr>
          <w:rFonts w:ascii="Times New Roman" w:hAnsi="Times New Roman" w:eastAsia="Times New Roman" w:cs="Times New Roman"/>
        </w:rPr>
        <w:t>Ha oñemohu’ã rire iñe’ẽtestimónio, pe mymba ojupi va’ekue pe yvykua pypuku’ỹgui ojapóta ñorairõ hesekuéra, ipu’akáta hesekuéra ha ojukáta chupekuéra. Ha hetekuéra omanóva opytáta pe táva guasu rapére, pe oñembohérava espirituálmente Sodoma ha Egipto, upépe avei ñande Ruvicha oĩhague kurusúre. Ha umi tavayguakuéra, ñemoñarekuéra, ñe’ẽnguéra ha tetãnguéra ohecháta hetekuéra omanóva mbohapy ára ha mbyte, ha ndohejamo’ãi oñeñotỹ hag̃ua hetekuéra omanóva. Ha umi oikóva yvy ape ári ovy’áta hesekuéra, ovy’a joáta ha omondóta jopói ojuehe; ko’ã mokõi maranduhára proféta niko ombohasa asy umi oikóva yvy ape ári. Ha mbohapy ára ha mbyte rire, pe Espíritu de vida oúva Tupãgui oike chuguikuéra, ha opu’ã ijypy hag̃uére; ha tuicha kyhyje ho’a umi ohecha va’ekue ári. Apocalipsis 11:7–11.</w:t>
      </w:r>
    </w:p>
    <w:p>
      <w:pPr>
        <w:pStyle w:val="ArticleBody"/>
        <w:jc w:val="left"/>
      </w:pPr>
      <w:r>
        <w:rPr>
          <w:rFonts w:ascii="Times New Roman" w:hAnsi="Times New Roman" w:eastAsia="Times New Roman" w:cs="Times New Roman"/>
        </w:rPr>
        <w:t>Ko'ág̃a ñahendu 2024-pe, ha upépe Trump oĩ hi'áva ári; ha mbói yvy, oike va'ekue vy'ápe ha ojapo va'ekue torýpe guive 6 jasypateĩ 2021, ko'ág̃a ojejuhu ombohováiva “kyhyje guasu”. Mainstream Media (MSM) oĩ peteĩ ñembyasy guasúpe. Iñe'ẽmbyrã tee voi oñepyrũ ohechauka hikuái ikyhyje, pe purahéi yma guare rock and roll he'iháicha, “upe kuimba'e tuja kane'õete omoĩ va'ekue hikuái mburuvicháramo”, ndorekoiha katupyry opyta hag̃ua hi'aguĩeterei Trump papapýgui ikatu hag̃uáicha ivotohárape oity Biden yvate gotyo. Mainstream Media ha'e ko'ág̃a peteĩ tembiporu propaganda reheguaite, oĩháicha Reich Ministry of Public Enlightenment and Propaganda Hitler ára kuérape.</w:t>
      </w:r>
    </w:p>
    <w:p>
      <w:pPr>
        <w:pStyle w:val="ArticleBody"/>
        <w:jc w:val="left"/>
      </w:pPr>
      <w:r>
        <w:rPr>
          <w:rFonts w:ascii="Times New Roman" w:hAnsi="Times New Roman" w:eastAsia="Times New Roman" w:cs="Times New Roman"/>
        </w:rPr>
        <w:t>Ko mba’e ojehechauka jey jeyma ohasa hag̃ua oimeraẽ ikatupyry matemátikape ikatu hag̃uáicha oje’e ambuéicha. Káda jeýnte peteĩ py’apy guasu globalista rehegua oñemoinge hag̃ua tekovekuéra apytépe, ojehai hag̃ua jey jeyma mba’éichapa umi tape opaichagua marandu rehegua oisãmbyhýva dragón propagánda rembiapoha oguenohẽ peteĩchagua ñe’ẽjoaju, ñe’ẽrõguáichaite, omombe’úvo ko mba’e térã pe tema.</w:t>
      </w:r>
    </w:p>
    <w:p>
      <w:pPr>
        <w:pStyle w:val="ArticleBody"/>
        <w:jc w:val="left"/>
      </w:pPr>
      <w:r>
        <w:rPr>
          <w:rFonts w:ascii="Times New Roman" w:hAnsi="Times New Roman" w:eastAsia="Times New Roman" w:cs="Times New Roman"/>
        </w:rPr>
        <w:t>Oiméramo peikuaa pe ñembosarái yma guaréva mitãnguéra rehegua oñehenóiva “teléfono”, térã sapy’ánte “ñeʼẽ ñemiguĩ chino”, peikuaa, tapichakuéra oguapýramo peteĩ círculo-pe, ha pe ñembosarái oñemoñepyrũvo, ha pe peteĩha oñeʼẽ ñemiguĩvo pe ótro apysápe, ha upéi upe ñeʼẽ ñemiguĩ oñembohasa jey jerére, upe ñeʼẽ ñemiguĩ ñepyrũrã oho hag̃ua círculo jerére, katuete oñemoambue peteĩ mbaʼépe iñambuéva upe peteĩha ñeʼẽ ñemiguĩ heʼisévagui. Upéicharamo jepe, pe Mainstream Media ohaʼarõ umi hese ojeroviávagui oguerovia hag̃ua opa umi periodista ko tetãme ha opa rupi arapýpe mbaʼéichapa, peteĩ hendáicha, oiporavo umi ñeʼẽ ha ñeʼẽjoaju peteĩchagua omyesakã hag̃ua pe dragón rembiapo térã ñemoĩ peteĩ mbaʼe térã peteĩ oikovaʼekue rehe. Hetaiterei umi oñembohérava periodistas omaʼẽ kuri pe peteĩchagua oikovaʼekuére, ha ndahaʼéi año pe oguahẽ hague peteĩchagua conclusión-pe, síno oiporavo avei hikuái umi ñeʼẽ ha ñeʼẽjoaju peteĩete avei hag̃ua omombeʼu pe oikovaʼekue.</w:t>
      </w:r>
    </w:p>
    <w:p>
      <w:pPr>
        <w:pStyle w:val="ArticleBody"/>
        <w:jc w:val="left"/>
      </w:pPr>
      <w:r>
        <w:rPr>
          <w:rFonts w:ascii="Times New Roman" w:hAnsi="Times New Roman" w:eastAsia="Times New Roman" w:cs="Times New Roman"/>
        </w:rPr>
        <w:t>Koʼág̃a ñañeʼẽhína koʼág̃a ndahaʼéi peteĩ ñorairõ umi globalista-kuéra propaganda máquina rehe; haʼe mante jahechakuaa hag̃ua peteĩ tekomeʼẽ maranduʼypy rehegua ñorairõ espiritual koʼág̃a oikóva yvy ape ári. Cristo ára-pe, umi judío ipahápe oiporavo César-pe públicamente hógarãnguéra ruvicha guasu ramo, omboykévo hikuái iMesíaspe. Upe aravo ñemoĩrõ guasúpe, paʼi guasu omeʼẽ peteĩ ñeʼẽmondo Cristo jejukápe g̃uarã, haʼéva satanás guigua ha oĩva razonamiento vai ári, upéicharõ jepe, peteĩcha avei haʼe añeteguáva.</w:t>
      </w:r>
    </w:p>
    <w:p>
      <w:pPr>
        <w:pStyle w:val="ArticleScripture"/>
        <w:jc w:val="left"/>
      </w:pPr>
      <w:r>
        <w:rPr>
          <w:rFonts w:ascii="Times New Roman" w:hAnsi="Times New Roman" w:eastAsia="Times New Roman" w:cs="Times New Roman"/>
        </w:rPr>
        <w:t>Ha peteĩva ijapytépe, hérava Caifás, ha'e rupi pe sumo sacerdote upe áñope, he'i chupekuéra: Peẽ ndapeikuaái mba'eveite, ha ndapehechakuaái avei iporãha ñandéve g̃uarã peteĩ kuimba'e omano hag̃ua tavayguakuéra rehehápe, ani hag̃ua pe tetã tuichakue oñehundi. Ha ko'ãva ndaha'éi he'íva ijehegui; síno, ha'e rupi sumo sacerdote upe áñope, oprofetisa Jesús omano va'erãha upe tetã rehehápe; ha ndaha'éi upe tetã rehe añónte, síno avei ombyaty hag̃ua peteĩme Tupã ra'ykuéra isarambíva mombyry. Juan 11:49–52.</w:t>
      </w:r>
    </w:p>
    <w:p>
      <w:pPr>
        <w:pStyle w:val="ArticleBody"/>
        <w:jc w:val="left"/>
      </w:pPr>
      <w:r>
        <w:rPr>
          <w:rFonts w:ascii="Times New Roman" w:hAnsi="Times New Roman" w:eastAsia="Times New Roman" w:cs="Times New Roman"/>
        </w:rPr>
        <w:t>Caifás oikuaaukase peteĩ lógica ojehupi hag̃ua Cristo rehe, ha ojapóvo upéva añetehápe oikuaauka peteĩ profecía añetegua. Ha’e ndogueroviái Cristo tekotevẽha oiko yvypóra rekove rehehápe sacríficioramo; ha’e mante oipotánte ojuka chupe. Ko’ág̃a dragón pu’aka rehegua Medio de Comunicación Principal ojapo hína peteĩ mba’e ojoguáva upéva Trump rehe. Ha’ekuéra oñeha’ã omoingove hag̃ua kyhyje tavayguakuérape, ha’évo Trump jevy jeporavóramo, ha’e oikotaha dictadóricha, Adolph Hitler-icha. Demócrata-kuéra hína pe partido oĩva tembiguái ñemoĩmbyry rehe, ha oguereko umi rasgo partido Nazi rehegua, oikehápe peteĩ máquina mundial de propaganda, ndaha’éi Alemania-pe añoite; upéicharõ jepe, ha’ekuéra he’i Trump jeiporavóramo oñembyaiha democracia ha Trump oikotaha peteĩ dictador Adolph Hitler-icha.</w:t>
      </w:r>
    </w:p>
    <w:p>
      <w:pPr>
        <w:pStyle w:val="ArticleBody"/>
        <w:jc w:val="left"/>
      </w:pPr>
      <w:r>
        <w:rPr>
          <w:rFonts w:ascii="Times New Roman" w:hAnsi="Times New Roman" w:eastAsia="Times New Roman" w:cs="Times New Roman"/>
        </w:rPr>
        <w:t>Upéva hína pe Ñandejára Ñe'ẽ he'íva mbegue'ỹ'ỹme pe mburuvicha pyahu paha rehe Estados Unidos-gua, jepe umi Medio de Comunicación Hegemónicos, dragón oinspira haguéicha Caifáspe, ndoikuaáiha umi ñe'ẽ ojepurúva hikuái proféticoha ha añetépe oikótaha.</w:t>
      </w:r>
    </w:p>
    <w:p>
      <w:pPr>
        <w:pStyle w:val="ArticleScripture"/>
        <w:jc w:val="left"/>
      </w:pPr>
      <w:r>
        <w:rPr>
          <w:rFonts w:ascii="Times New Roman" w:hAnsi="Times New Roman" w:eastAsia="Times New Roman" w:cs="Times New Roman"/>
        </w:rPr>
        <w:t>“Ñane retã oĩ mba’e vai tuicháva ryepýpe. Hi’aguĩma pe ára, iporokuáiva kuéra oñemboykéta hag̃ua upéicha Protestántismo reko ypykuégui ha ome’ẽ hag̃ua pytyvõ Romagua apostasiápe. Umi tetãygua, Ñandejára ojapova’ekue hesekuéra mba’e hechapyrãitéva, omombaretévo chupekuéra oipe’a hag̃ua chuguikuéra popería júgo pohýi hasýva, peteĩ tembiapo tetãygua rupive ome’ẽta mbarete Roma jerovia iky’áva peve, ha péicha omopu’ãta pe tyrania, oha’arõva añoite peteĩ jepokómi oñepyrũ jeývo hag̃ua py’aro ha despotismo-pe. Pya’e porã ñañemoag̃uíma voi ko ára rehe.” The Spirit of Prophecy, volume 4, 410.</w:t>
      </w:r>
    </w:p>
    <w:p>
      <w:pPr>
        <w:pStyle w:val="ArticleBody"/>
        <w:jc w:val="left"/>
      </w:pPr>
      <w:r>
        <w:rPr>
          <w:rFonts w:ascii="Times New Roman" w:hAnsi="Times New Roman" w:eastAsia="Times New Roman" w:cs="Times New Roman"/>
        </w:rPr>
        <w:t>Aikuaa porã, aikuaaukávo umi elemento oñembyaíva umi Demócrata-kuéra Estados Unidos-pe, umi oñemboheráva Republicano-kuéra ha añetehápe globalista, ha umi globalista progresista ko yvy ape ári, peteĩ lector ikatu hag̃uáicha oguerovia che arekoha mba’éichagua simpatía política Partido Republicano ndive, térã Donald Trump ndive. Kóva oĩ mombyryeterei umi mba’e añetegua-gui; pe presidente paha oikotaha dictador, peteĩchaite umi Mainstream Media he’iháicha, jepe ha’ekuéra ndoikuaavéi mba’eve pe mba’e añetehápe oikuaaukáva hikuái, peteĩcha Caifás ndoikuaáikuri guaréicha. Ore roikuaa porãnte hína umi dinámica profética ojoajúva “pe complejo entrelazamiento umi acontecimiento humano rehe”, umi oñerrepresentáva Ezequiel rueda-kuéra rueda-kuéra ryepýpe rupive.</w:t>
      </w:r>
    </w:p>
    <w:p>
      <w:pPr>
        <w:pStyle w:val="ArticleBody"/>
        <w:jc w:val="left"/>
      </w:pPr>
      <w:r>
        <w:rPr>
          <w:rFonts w:ascii="Times New Roman" w:hAnsi="Times New Roman" w:eastAsia="Times New Roman" w:cs="Times New Roman"/>
        </w:rPr>
        <w:t>Jasegíta ko estudio pe oúva hag̃uápe pe ambue artíkulope.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de Daniel - Número Ciento Tréinta y Nueve</dc:title>
  <dc:subject>Daniel 11:40 oñembojoaju hag̃ua profétikamente umi añetegua polítika ko ág̃agua reheve: oñembohesakãvo pe misterio Mburuvicha Ruvicha Pahaguévare</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