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peteĩsa ha irundy pa mokõi hag̃ua</w:t>
      </w:r>
    </w:p>
    <w:p>
      <w:pPr>
        <w:pStyle w:val="ArticleSubtitle"/>
        <w:jc w:val="left"/>
      </w:pPr>
      <w:r>
        <w:rPr>
          <w:rFonts w:ascii="Arial" w:hAnsi="Arial" w:eastAsia="Arial" w:cs="Arial"/>
        </w:rPr>
        <w:t>Mymba ra’anga ñemoheñói: Peteĩ viaje profético ojehechaukapyréva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Pe mbaʼe tuichavéva Ñandejára tavayguakuérape g̃uarã, ohasava’erã hikuái oñemboteguaha mboyve, ha’e mymba ñarõ ra’anga oñemoheñói hag̃ua. Upe ñemoheñói oiko ára 11 jasyporundy, ary 2001 guive peve pe léi arapokõindy rehegua Estados Unidos-pe. Upe ára profético ohechauka pe tiempo oñembotegua hag̃ua umi cien cuarenta y cuatro mil, ha avei pe tiempo opaite visión bíblica ojuhuhápe iñemoañete perfecto. Upe tiempo-pe pe hatĩ protestante añetegua oñemopotĩta ha opa ára g̃uarã ohechaukáta Cristo ra’anga, Cristo ha’égui Protestante.</w:t>
      </w:r>
    </w:p>
    <w:p>
      <w:pPr>
        <w:pStyle w:val="ArticleScripture"/>
        <w:jc w:val="left"/>
      </w:pPr>
      <w:r>
        <w:rPr>
          <w:rFonts w:ascii="Times New Roman" w:hAnsi="Times New Roman" w:eastAsia="Times New Roman" w:cs="Times New Roman"/>
        </w:rPr>
        <w:t>“Cristo ha’e peteĩ protestánte. Ha’e oñemoĩ vaʼekue pe ñemombaʼeguasu ñembohekorã rehegua guive judío retãgua rehe, haʼekuéra omboykérõ guare Ñandejára remiandu ijehegui voi. Heʼi chupekuéra omboʼeha doctrina ramo yvypóra mandamiento-kuérape, ha haʼekuéraha guaʼuapoha ha tekokaraiʼỹ. Sepulcro morotĩmbyreicha iporã okáguio, péro ipype henyhẽ kyʼágui ha tekovaírõgui. Umi Reformador oñepyrũ Cristo ha apostolkuéra guive. Osẽ hikuái ha ojepeʼa peteĩ religión peteĩchagua tekoha ha ceremonia-gui. Lutero ha umi hapicha ndojapói térã ndoheñóiri pe religión reformada. Haʼekuéra omoneĩnte pe oñepresentávaʼekue Cristo ha apostolkuéra rupive. La Biblia oñemeʼẽ ñandéve peteĩ guía suficiente ramo; péro pe papa ha umi ombaʼapóva hendive oipeʼa upéva tavayguakuéragui ku oikóvaicha peteĩ mbaʼe jehayhuʼỹrã, ohechauka rupi iñembotavykuéra ha omongyhyjéi rupi iñemombaʼeguasu taʼãnga rehegua.” Review and Herald, June 1, 1886.</w:t>
      </w:r>
    </w:p>
    <w:p>
      <w:pPr>
        <w:pStyle w:val="ArticleBody"/>
        <w:jc w:val="left"/>
      </w:pPr>
      <w:r>
        <w:rPr>
          <w:rFonts w:ascii="Times New Roman" w:hAnsi="Times New Roman" w:eastAsia="Times New Roman" w:cs="Times New Roman"/>
        </w:rPr>
        <w:t>Pe ára ñemokunumiha, pe hatĩ protestánte oñemopotĩ ha oñemongyʼaʼo. Upe mismo ára pukukue aja pe hatĩ republicano apóstata ojoaju umi protestánte apóstata ndive, ha upéicha omoheñói peteĩ hatĩ pokatu rehegua ha’éva peteĩ joaju tupaópegua ha tetãmegua. Upérõ umi mokõi hatĩ pe mymba yvykãgua rehegua ha’e pe mymba raʼanga, ha Cristo raʼanga. Pe hatĩ apostasía rehegua ha’e pe mokõive joaju peteĩ tupaó oñembyaíva rehegua peteĩ tetã oñembyaíva ndive, ha pe hatĩ tekojoja rehegua ha’e pe mokõive joaju Tupãrekove ndive yvypóra reko.</w:t>
      </w:r>
    </w:p>
    <w:p>
      <w:pPr>
        <w:pStyle w:val="ArticleBody"/>
        <w:jc w:val="left"/>
      </w:pPr>
      <w:r>
        <w:rPr>
          <w:rFonts w:ascii="Times New Roman" w:hAnsi="Times New Roman" w:eastAsia="Times New Roman" w:cs="Times New Roman"/>
        </w:rPr>
        <w:t>Upéi rire, mymba ra’ãnga oñemoheñói ko yvy ape ári, ha ha’e peteĩ mymba mokõi hendaigua ojehechaukáva peteĩ Tetã rupive (Tetã Joaju), omoneĩ va’ekue protestantísmo apostata mymba yvy pegua rehegua iñakã tenondegua ramo umi pa ñakã apytépe. Upe mymba ári pe kuña, ha’éva umi kuña reko vai sy, oguapy mburuvicha ramo pe mymba ári oguerekóva pa mburuvicha guasu. Pe mymba ha’e oguahẽva hi’ári niko peteĩ joaju Tupão ha Tetã rehegua, ojehechaukaháicha Herodes ñemongakuaa vai espiritual ombojoajúva Herodías rajy Salomé ndive. Ha pe joaju oĩva pe kuña oguapýva mburuvicha ramo pe mymba ári ndive avei ha’e peteĩ joaju Tupão ha Tetã rehegua, Roma kuña reko vaíva joaju ndaiporihápe léi ndive umi mburuvicha guasu omohendáva pe mymba opavave yvy ape ári, ojehechaukáva Tetã Joaju ramo. Pe mymba ra’ãngápe oñembohapéva mbaretépe opaite yvy ape ári, opa tetã oikepáta; opaite pokatu oñembyaíva oñondivepa oñembojoajúta.</w:t>
      </w:r>
    </w:p>
    <w:p>
      <w:pPr>
        <w:pStyle w:val="ArticleScripture"/>
        <w:jc w:val="left"/>
      </w:pPr>
      <w:r>
        <w:rPr>
          <w:rFonts w:ascii="Times New Roman" w:hAnsi="Times New Roman" w:eastAsia="Times New Roman" w:cs="Times New Roman"/>
        </w:rPr>
        <w:t>“Apocalipsis 17:13–14 oñeñeʼẽháicha. ‘Koʼãva peteĩ pyʼapýpe oĩ.’ Oĩta peteĩ joaju opavavépe guasúva, peteĩ joaju guasu ha peteĩ ñeʼẽjoja tuicháva, peteĩ atyguasu Satanás rembiguái kuéra rehegua. ‘Ha omeʼẽta hikuái ijapuʼa ha imbarete pe mymbápe.’ Péicha ojehechauka upe pokatu peteĩcha, jejopy ha mbarete ojejapóva pe sasõ rehe oñeñemboʼe hag̃ua Tupãme tekopotĩ remiandu heʼiháicha, pe ojehechaukahaguéicha papado rupive, yma guaréma, omuña ha ombohasa asy ramo guare umi ndoipotái vaʼekuépe ojogueraha hag̃ua Roma jerovia rehegua tembiapo ha ñemombaʼeguasu rehe.”</w:t>
      </w:r>
    </w:p>
    <w:p>
      <w:pPr>
        <w:pStyle w:val="ArticleScripture"/>
        <w:jc w:val="left"/>
      </w:pPr>
      <w:r>
        <w:rPr>
          <w:rFonts w:ascii="Times New Roman" w:hAnsi="Times New Roman" w:eastAsia="Times New Roman" w:cs="Times New Roman"/>
        </w:rPr>
        <w:t>“Pe ñorairõ ojejapótavape umi ára pahápe, oñembojoajúta, Tupã tavayguakuéra rehe oñemoĩ hag̃uáicha, opa umi pokatu ivaíva ojei vaʼekue iñeʼẽrendúgui Jehová léipe. Ko ñorairõme, pe sábado, irundyha mandamiéntopegua, haʼéta pe mbaʼe guasu oñemoĩhápe pe porandu; pórke pe mandamiénto sábado reheguape pe Léi Omeʼẽhára Guasu ojekuaauka ijehe voiha pe omoheñóiva yvága ha yvy.” The Seventh-day Adventist Bible Commentary, volume 8, 983.</w:t>
      </w:r>
    </w:p>
    <w:p>
      <w:pPr>
        <w:pStyle w:val="ArticleBody"/>
        <w:jc w:val="left"/>
      </w:pPr>
      <w:r>
        <w:rPr>
          <w:rFonts w:ascii="Times New Roman" w:hAnsi="Times New Roman" w:eastAsia="Times New Roman" w:cs="Times New Roman"/>
        </w:rPr>
        <w:t>Pe rebelión oñembojoajúva mymba ra’anga mundial rehegua ndive ha ha’éva “universal”, ha ohechaukáva “opaite mbarete ky’a ojei va’ekue iñe’ẽrendúgui Jehová léi rehe”, omombe’u porã mymba ra’anga ñemoheñói Tetã peteĩ reko Amérikape ohechaukaha peteĩ joaju opaite mbarete ky’a ojei va’ekue rehegua. Protestánte-kuéra Tetã peteĩ reko Amérikagua ojei hikuái oguerovia’ỹrõ guare ángel peteĩha marandu ary 1844-pe, ha Advéntismo Laodiceagua ojei ary 1863-pe. Protestantísmo apóstata ha Advéntismo Laodiceagua omoheñóita peteĩ “joaju renda”, umi atykuéra polítikova apytépe, pe hatĩ republicanísmo rehegua ryepýpe, oñembotavýva maranduhára japu rupive, ohejare hag̃ua imburuvicha guasu rehegua mbyte.</w:t>
      </w:r>
    </w:p>
    <w:p>
      <w:pPr>
        <w:pStyle w:val="ArticleBody"/>
        <w:jc w:val="left"/>
      </w:pPr>
      <w:r>
        <w:rPr>
          <w:rFonts w:ascii="Times New Roman" w:hAnsi="Times New Roman" w:eastAsia="Times New Roman" w:cs="Times New Roman"/>
        </w:rPr>
        <w:t>Ta’ãnga mymba ñarõ pegua mundial rehe, proféta japuha ha’e upe ombotavyva yvy tuichakue. Ta’ãnga mymba ñarõ pegua oĩva Estados Unidos ryepýpe rehe, upe proféta japuha omoheñóiva upe “Satanás mbaretekuéra joaju” marã’ỹva ha upéicharõ jepe peteĩcháva, tekotevẽ avei ha’e hag̃ua peteĩ “proféta japuha”. Pe ta’ãnga mymba ñarõ pegua mundial mokõive mba’e, ha katu avei peteĩ joaju mbohapyvegua. Upe joaju mbohapyvegua dragón, mymba ñarõ ha proféta japuha rehegua ogueraha yvórape Armagedónpe. Pe ta’ãnga mymba ñarõ pegua oñemoheñóiva raẽ Estados Unidos ryepýpe rehe, tekotevẽ oĩ peteĩ joaju mbohapyvegua, ha upéva avei ha’e peteĩ mymba mokõivegua. Mokõivéva ta’ãnga mymba ñarõ peguápe, pe tekotee mokõivegua ha’e Tupao ha Tetã joaju, ha tupao oisãmbyhy upe joaju.</w:t>
      </w:r>
    </w:p>
    <w:p>
      <w:pPr>
        <w:pStyle w:val="ArticleBody"/>
        <w:jc w:val="left"/>
      </w:pPr>
      <w:r>
        <w:rPr>
          <w:rFonts w:ascii="Times New Roman" w:hAnsi="Times New Roman" w:eastAsia="Times New Roman" w:cs="Times New Roman"/>
        </w:rPr>
        <w:t>Pe joaju mbohapyvegua ojehechaukava’erã mokõivéva mymba ra’angápe, ha katu oĩ mokõi jehechauka pe dragón, pe mymba ha pe proféta japu rehegua pe kuatiañe’ẽ Revelación-pe. Pe mymba ra’anga yvy ape ári guivegua ñemohenda mbohapyvegua ojehechauka espiritualismo rupive (pe dragón), catolicismo rupive (pe mymba) ha protestantismo apóstata rupive (pe proféta japu). Káda umi mbohapy oguereko ndaha’éi peteĩ elemento religioso añónte (espiritualismo, catolicismo ha protestantismo apóstata), síno avei oguereko peteĩ elemento político. Pe dragón (socialismo hekohetaichagua), pe mymba (mburuvicharenda peteĩsãmbyhyháicha) ha pe proféta japu (ñepyrũrã peteĩ república ramo, opa hag̃ua peteĩ democracia ramo).</w:t>
      </w:r>
    </w:p>
    <w:p>
      <w:pPr>
        <w:pStyle w:val="ArticleBody"/>
        <w:jc w:val="left"/>
      </w:pPr>
      <w:r>
        <w:rPr>
          <w:rFonts w:ascii="Times New Roman" w:hAnsi="Times New Roman" w:eastAsia="Times New Roman" w:cs="Times New Roman"/>
        </w:rPr>
        <w:t>Pe mbohapy joaju oĩva Estados Unidos-pe oñondive, oñemantene oñondive mbaretépe (ñembotavy rupive) maranduhára japu rehe, peteĩchaite umi mymba ra’anga yvóra tuichakue javevegua rehe. Apocalipsis kuatiápe oĩ ambue mbohapy joaju ojekuaaukáva umi mbohapy mbarete apóstata osẽva yvykua pypuku’ỹgui. Catolicismo osẽ yvykua pypuku’ỹgui capítulo diecisiete-pe, ha’e ha’e pe mymba upe mbohapy joaju yvykua pypuku’ỹgui.</w:t>
      </w:r>
    </w:p>
    <w:p>
      <w:pPr>
        <w:pStyle w:val="ArticleScripture"/>
        <w:jc w:val="left"/>
      </w:pPr>
      <w:r>
        <w:rPr>
          <w:rFonts w:ascii="Times New Roman" w:hAnsi="Times New Roman" w:eastAsia="Times New Roman" w:cs="Times New Roman"/>
        </w:rPr>
        <w:t>Pe mymba recha vaekue niko oĩ vaekue, ha ko'ág̃a ndaipóri; ha osẽta pe yvykua pypuku'ỹre guive, ha oho hag̃ua ñehundípe. Ha umi oikóva yvy ári oñemondýita, umi héra ndojehaíri vaekue tekove kuatiápe yvy oñemopyenda mboyve, ohechávo pe mymba recha vaekue, oĩ vaekue, ha ko'ág̃a ndaipóri, ha upéicharõ jepe oĩ. Apocalipsis 17:8.</w:t>
      </w:r>
    </w:p>
    <w:p>
      <w:pPr>
        <w:pStyle w:val="ArticleBody"/>
        <w:jc w:val="left"/>
      </w:pPr>
      <w:r>
        <w:rPr>
          <w:rFonts w:ascii="Times New Roman" w:hAnsi="Times New Roman" w:eastAsia="Times New Roman" w:cs="Times New Roman"/>
        </w:rPr>
        <w:t>Pe dragón rehecháva ateísmo osẽ yvykua pypuku’ỹme kapítulo once-pe.</w:t>
      </w:r>
    </w:p>
    <w:p>
      <w:pPr>
        <w:pStyle w:val="ArticleScripture"/>
        <w:jc w:val="left"/>
      </w:pPr>
      <w:r>
        <w:rPr>
          <w:rFonts w:ascii="Times New Roman" w:hAnsi="Times New Roman" w:eastAsia="Times New Roman" w:cs="Times New Roman"/>
        </w:rPr>
        <w:t>Ha oikopávo rire hikuái he’ẽtéva, pe mymba ojupíva pe yvykua pypuku’ỹgui ojapóta ñorairõ hesekuéra, ha ipu’akáta hesekuéra, ha ojukáta chupekuéra. Apocalipsis 11:7.</w:t>
      </w:r>
    </w:p>
    <w:p>
      <w:pPr>
        <w:pStyle w:val="ArticleBody"/>
        <w:jc w:val="left"/>
      </w:pPr>
      <w:r>
        <w:rPr>
          <w:rFonts w:ascii="Times New Roman" w:hAnsi="Times New Roman" w:eastAsia="Times New Roman" w:cs="Times New Roman"/>
        </w:rPr>
        <w:t>Islamo maranduhára japu osẽ pe yvykua pypuku’ỹva guive kapítulo nueve-pe.</w:t>
      </w:r>
    </w:p>
    <w:p>
      <w:pPr>
        <w:pStyle w:val="ArticleScripture"/>
        <w:jc w:val="left"/>
      </w:pPr>
      <w:r>
        <w:rPr>
          <w:rFonts w:ascii="Times New Roman" w:hAnsi="Times New Roman" w:eastAsia="Times New Roman" w:cs="Times New Roman"/>
        </w:rPr>
        <w:t>Ha pe ánhel ombopu, ha ahecha peteĩ mbyja hoʼáva yvágagui yvy ári; ha chupe oñemeʼẽ pe yvykua pypukuʼỹva ryruʼi. Haʼe oipeʼa pe yvykua pypukuʼỹva ryruʼi; ha osẽ pe yvykúagui tatatĩ, peteĩ horno tuicháva ratatĩicha; ha kuarahy ha yvytu pytũmba pe yvykua ratatĩ rupi. Ha pe tatatĩgui osẽ tuku kuéra ou hag̃ua yvy ári; ha chupekuéra oñemeʼẽ puʼaka, umi alacrán yvy arigua oguerekoháicha puʼaka. Apocalipsis 9:1–3.</w:t>
      </w:r>
    </w:p>
    <w:p>
      <w:pPr>
        <w:pStyle w:val="ArticleBody"/>
        <w:jc w:val="left"/>
      </w:pPr>
      <w:r>
        <w:rPr>
          <w:rFonts w:ascii="Times New Roman" w:hAnsi="Times New Roman" w:eastAsia="Times New Roman" w:cs="Times New Roman"/>
        </w:rPr>
        <w:t>Yvágagui ho’áva ha oipe’áva pe yvykua pypuku’ỹva, ha’e va’ekue pe maranduhára japu Mahoma; ha’e oipe’ávo pe yvykua, omoinge va’ekue Islam ñorairõhára kuérape, ojehechaukáva “tuku” ramo, ára pahápe guare marandu proféticape. Pe mbohapy joaju pe yvykua pypuku’ỹvagui osẽva oguereko peteĩ mbói guasu (ateísmo), peteĩ mymba (catolicismo), ha peteĩ maranduhára japu (Islam). Pe mymba ra’ãnga yvóra tuichakuére, pe maranduhára japu ha’e pe protestantismo apóstata. Upe maranduhára japu ombotavy opaite yvórape, Salomé jeroky porãmbáva rupive térã Baal maranduharakuéra jeroky rupive yvyty Karmélope. Apocalipsis capítulo trece-pe, ombotavy yvórape umi milágro ojapóva pe mymba renondépe rupive. Umi ta’ãnga simbóliko omombe’úva pe ñembotavy rehegua ohechauka pe fuerza oñembopohýiva extorsión económica ha mbarete militar rupive.</w:t>
      </w:r>
    </w:p>
    <w:p>
      <w:pPr>
        <w:pStyle w:val="ArticleScripture"/>
        <w:jc w:val="left"/>
      </w:pPr>
      <w:r>
        <w:rPr>
          <w:rFonts w:ascii="Times New Roman" w:hAnsi="Times New Roman" w:eastAsia="Times New Roman" w:cs="Times New Roman"/>
        </w:rPr>
        <w:t>Ha haʼe ojapo mbaʼe hechapyrã guasu, ha ojapo tata oguejy hag̃ua yvágagui yvy ári kuimbaʼekuéra resa renondépe, ha ombotavy umi oikóva yvy ári umi techaukarã rupive oñemeʼẽ vaʼekue ichupe ojapo hag̃ua mymba ñarõ rovake; heʼívo umi oikóva yvy ári tojejapo hag̃ua peteĩ taʼanga pe mymba ñarõme guarã, pe ojejapi vaʼekuépe kyse pukúpe ha upéicharõ jepe oikove jeýva. Ha oñemeʼẽ ichupe puʼaka omeʼẽ hag̃ua tekove pe mymba ñarõ raʼangápe, ikatu hag̃uáicha pe mymba ñarõ raʼanga oñeʼẽ, ha ojapo hag̃ua opa umi ndojeroviái térã nomombaʼéiva pe mymba ñarõ raʼanga tojejuka. Ha ojapo opavavépe, michĩva ha guasúva, ipirapire hetávape ha mboriahúpe, isãsóvape ha tembiguáipe, toñemoĩ hag̃ua peteĩ marca ipo akatúape térã isyváre; ha avave ani hag̃ua ikatu ojogua térã ovende, ndahaʼéiramo upe oguerekóva pe marca, térã pe mymba ñarõ réra, térã héra papapy. Apocalipsis 13:13–17.</w:t>
      </w:r>
    </w:p>
    <w:p>
      <w:pPr>
        <w:pStyle w:val="ArticleBody"/>
        <w:jc w:val="left"/>
      </w:pPr>
      <w:r>
        <w:rPr>
          <w:rFonts w:ascii="Times New Roman" w:hAnsi="Times New Roman" w:eastAsia="Times New Roman" w:cs="Times New Roman"/>
        </w:rPr>
        <w:t>Pe ñembotavy ha umi milágro ojoajúva proféta japu rehe añetete ohechauka pe mbarete oñemoheñóiva economía rupive (avave ndaikatúi hag̃ua ojogua térã ovende), ha mbarete militar rupive (tojejuka vaʼerã). Pe proféta japu Islamgua oñeñeʼẽva Biblia-pe ohechauka Islam rembiapo, omoñyrõ ha ombohasa asy hag̃ua umi tetãnguéra. Haʼekuéra omohuʼã hembiapo omoñyrõvo ha ombohasávo asy ñorairõ rupive, ha pe Biblia oikuaauka upéi pe ñorairõ ogueruha ñehundi económico. Islam ñorairõ ha pe ñehundi económico ouvaʼekue hapykuéri haʼe pe mbaʼe ombyatyva “opaite umi mbarete ivaíva oñemomombyrývaʼekue iñeʼẽrendu Jehovágui ha hembileikuégui” Estados Unidos-pe.</w:t>
      </w:r>
    </w:p>
    <w:p>
      <w:pPr>
        <w:pStyle w:val="ArticleBody"/>
        <w:jc w:val="left"/>
      </w:pPr>
      <w:r>
        <w:rPr>
          <w:rFonts w:ascii="Times New Roman" w:hAnsi="Times New Roman" w:eastAsia="Times New Roman" w:cs="Times New Roman"/>
        </w:rPr>
        <w:t>Kurusupe, saduceokuéra ha fariséokuéra oñe’ẽporãmbaitéma “ojei hag̃ua iñe’ẽrendágui Jehová léipe”, oñembyatyvo okueraha hag̃ua kurusúre pe Protestant rembiapoete teetéva. Oñembotovévo Cristo-pe, ha’ekuéra oiporavo Barrabáspe, ha’éva peteĩ Cristo japu rehegua ta’anga. “Bar” he’ise ta’ýra, ha “Abba” he’ise túva. Barrabás he’ise “Túva Ra’y”. Cristo ha’e va’ekue tuichavéva opa profetakuéragui, ha Barrabás ha’e va’ekue peteĩ proféta japu rehegua símbolo.</w:t>
      </w:r>
    </w:p>
    <w:p>
      <w:pPr>
        <w:pStyle w:val="ArticleBody"/>
        <w:jc w:val="left"/>
      </w:pPr>
      <w:r>
        <w:rPr>
          <w:rFonts w:ascii="Times New Roman" w:hAnsi="Times New Roman" w:eastAsia="Times New Roman" w:cs="Times New Roman"/>
        </w:rPr>
        <w:t>Umi 144.000 ñembyasýi rehegua ára-pe, yvy mymba ryepýpe oĩva mokõi hatĩ oguahẽ ipahaitépe ijehechauka profétikape. Peteĩva ohechauka Cristo ra’ãnga, ambue katu mymba ra’ãnga. Umi mokõi hatĩ ojehechauka hag̃ua pe tembiasakue-pe, Protestantismo apóstata oñepyrũ hembiapo rape pe arapokõindy oñembojerovia hag̃uápe pya’e ou hag̃uápe, pe Patriot Act rupive ary 2001-pe. Upéva tape rechaukaha oñemohenda peteĩcha Declaración de Independencia ndive, ha upéva iñepyrũmbýpe oñe’ẽ kuri peteĩ ovecha ra’ỹiicha, pórke omombe’u va’ekue Protestantismo ñeprotesta mburuvicha guasu pu’aka rehe ha pápape guare poguýre. Pe tape rechaukaha ha’e oñemohenda hag̃ua hendive ipahápe (pe Patriot Act) ohechauka Protestantismo jejoko.</w:t>
      </w:r>
    </w:p>
    <w:p>
      <w:pPr>
        <w:pStyle w:val="ArticleBody"/>
        <w:jc w:val="left"/>
      </w:pPr>
      <w:r>
        <w:rPr>
          <w:rFonts w:ascii="Times New Roman" w:hAnsi="Times New Roman" w:eastAsia="Times New Roman" w:cs="Times New Roman"/>
        </w:rPr>
        <w:t>Pe mokõiha tape rechaukaha umi mokõi hatĩ rape pe sellamiento ára pukukue jave oñetechauka ñepyrũrãme pe Constitución rupive, omoĩva kuatiare pe ñemboja’o umi mokõi mbarete apytépe, ha upéva hína pe yvy mymba pu’aka. Upe tape rechaukaha oguahẽ ijojahápe pe pahápe, pe “Kangaroo Court” rehegua audiencia-kuéra 6 jasypokõi, 2021-pe, upépe pe Constitución mba’éva privilegio básico-kuéra oñemboyke, tekotevẽ político rehehápe.</w:t>
      </w:r>
    </w:p>
    <w:p>
      <w:pPr>
        <w:pStyle w:val="ArticleBody"/>
        <w:jc w:val="left"/>
      </w:pPr>
      <w:r>
        <w:rPr>
          <w:rFonts w:ascii="Times New Roman" w:hAnsi="Times New Roman" w:eastAsia="Times New Roman" w:cs="Times New Roman"/>
        </w:rPr>
        <w:t>Pe mba’e rechaukaha paha mokõi hatĩ rape pahápe ha’e pe arapokõindy pypegua léi oúta hag̃uáicha pya’e, oñemombe’úva iñepyrũme pe Alien and Sedition Acts rupive. Upéicha, tembiasakue ñepyrũgua mbohapy mba’e rechaukaha ohechauka peteĩ jehasa pe ijeheguigua ha sãso, Ovecha Ra’y ohechaukáva (1776), ha’éva añoite tape añetehápe jaiko hag̃ua sãsópe, pe tekombo’e’ỹ ha ñapytĩmbýpe dragón mba’éva peve (1798).</w:t>
      </w:r>
    </w:p>
    <w:p>
      <w:pPr>
        <w:pStyle w:val="ArticleBody"/>
        <w:jc w:val="left"/>
      </w:pPr>
      <w:r>
        <w:rPr>
          <w:rFonts w:ascii="Times New Roman" w:hAnsi="Times New Roman" w:eastAsia="Times New Roman" w:cs="Times New Roman"/>
        </w:rPr>
        <w:t>Umi mbohapy ñemohu’ãrã tiémpo sellamiento rehegua ohechauka pe mymba yvy arigua rape paha, ha’éva proféta japu. Upe rape oguahẽ ipahápe Jerusalénpe, pe poyvi oñemopu’ã jave, ha upérõ heta he’íta: “Peju, ha jajupi Ñandejára yvýrape, Jacob Jára róga peve; ha’e ñanembo’éta haperãnguéra rehe, ha jajapóta hape kuérape: Sióngui osẽta léi, ha Ñandejára ñe’ẽ Jerusaléngui.”</w:t>
      </w:r>
    </w:p>
    <w:p>
      <w:pPr>
        <w:pStyle w:val="ArticleBody"/>
        <w:jc w:val="left"/>
      </w:pPr>
      <w:r>
        <w:rPr>
          <w:rFonts w:ascii="Times New Roman" w:hAnsi="Times New Roman" w:eastAsia="Times New Roman" w:cs="Times New Roman"/>
        </w:rPr>
        <w:t>Mbohapy tape paha oikóva yvy mymba rehegua ha’e peteĩ proféta japu rape gotyo Jerusalénpe. Proféta Añeteguáva ou ha oike rire Jerusalénpe, ojapo upéva oĩvo peteĩ vúrro ári. Yvy mymba avei ogueraha peteĩ “vúrro” ári Jerusalénpe, pórke, peteĩ proféta japu ramo (yvy mymba), ojehechauka Balaam rupive. Balaam, ohekávo terakuã ha mba’erepy, ojei peteĩ ñehenóigui hag̃ua proféta añetegua, ha “ojejavy heko hag̃ua ndopytái hag̃ua iñe’ẽme’ẽme Jehová léipe.” Ha’e ojedetermina oike hag̃ua Tupã tavayguakuéra ñemaldisiónpe, péichaite avei Estados Unidos ojapóta pe léi domingo pya’e oútavape.</w:t>
      </w:r>
    </w:p>
    <w:p>
      <w:pPr>
        <w:pStyle w:val="ArticleBody"/>
        <w:jc w:val="left"/>
      </w:pPr>
      <w:r>
        <w:rPr>
          <w:rFonts w:ascii="Times New Roman" w:hAnsi="Times New Roman" w:eastAsia="Times New Roman" w:cs="Times New Roman"/>
        </w:rPr>
        <w:t>Balaam rape oñemohu’ã peteĩ mburika ári, ha hape ohokuévo ojehechauka mbohapy jey Balaam mburika omoñembyasy hague Balaam-pe. Peteĩha jey, pe mburika ojei tapegui.</w:t>
      </w:r>
    </w:p>
    <w:p>
      <w:pPr>
        <w:pStyle w:val="ArticleScripture"/>
        <w:jc w:val="left"/>
      </w:pPr>
      <w:r>
        <w:rPr>
          <w:rFonts w:ascii="Times New Roman" w:hAnsi="Times New Roman" w:eastAsia="Times New Roman" w:cs="Times New Roman"/>
        </w:rPr>
        <w:t>Ha pe mburika ohecha Ñandejára remimbou oĩha tape ári, ikyse ojepo’ype ipytyvõ hag̃uáicha; ha pe mburika ojei tape gui ha oike ñúme; ha Balaam oinupã pe mburika, ombojevy hag̃ua chupe tapépe. Números 22:23.</w:t>
      </w:r>
    </w:p>
    <w:p>
      <w:pPr>
        <w:pStyle w:val="ArticleBody"/>
        <w:jc w:val="left"/>
      </w:pPr>
      <w:r>
        <w:rPr>
          <w:rFonts w:ascii="Times New Roman" w:hAnsi="Times New Roman" w:eastAsia="Times New Roman" w:cs="Times New Roman"/>
        </w:rPr>
        <w:t>11 jasyporundy ary 2001-pe, islam pe mbohapyha ñembyasy guasupegua, kavaju ka’aguygua árabe Biblia marandu hag̃uame oje’éva, omombo Balaámpe tapegui, pórke táva Nueva York pegua óga tuichaitéva ho’a ramo guare, upéva ha’e va’ekue peteĩ “momento ojereha” tetãnguéra ha pe iglesia rembiasápe. Pe ánhel tape mbytépe oĩva, ha’e va’ekue pe ánhel ipoderósova upérõ oguejy va’ekue omyesakã hag̃ua yvy iñmimbipa reheve. Pe kavaju ka’aguygua ojapo jeýta va’ekue Balaámpe py’ara’ã.</w:t>
      </w:r>
    </w:p>
    <w:p>
      <w:pPr>
        <w:pStyle w:val="ArticleScripture"/>
        <w:jc w:val="left"/>
      </w:pPr>
      <w:r>
        <w:rPr>
          <w:rFonts w:ascii="Times New Roman" w:hAnsi="Times New Roman" w:eastAsia="Times New Roman" w:cs="Times New Roman"/>
        </w:rPr>
        <w:t>Ha Ñandejára ángel oñembo’y peteĩ tape parral kuéra mbytépe, peteĩ tápia oĩvo ko ladope ha ambue tápia pe ladope. Ha vúrro ohechávo Ñandejára ángelpe, ojepyso tápia gotyo ha opyrũmba Balaam py tápia rehe; ha ha’e oinupã jey chupe. Números 22:24, 25.</w:t>
      </w:r>
    </w:p>
    <w:p>
      <w:pPr>
        <w:pStyle w:val="ArticleBody"/>
        <w:jc w:val="left"/>
      </w:pPr>
      <w:r>
        <w:rPr>
          <w:rFonts w:ascii="Times New Roman" w:hAnsi="Times New Roman" w:eastAsia="Times New Roman" w:cs="Times New Roman"/>
        </w:rPr>
        <w:t>11 jasyporire 2001 rire, Tupã tavayguakuéra opurahéi vaʼerã viñedo purahéi marandu (Isaías kapítulo mokõipa pokõi), koʼág̃a upépe oĩháme Balaam, peteĩ “muro” ko lado-pe, ha peteĩ “muro” amo lado-pe. Pe muro Estados Unidos yvy rembeʼy sur-pegua rehegua haʼe pe mbaʼe oñepyrũva mboyve hoʼa hag̃ua pe “Iglesia ha Estado ñembojaʼo muro” mbohapyha ha pahaitépe waymark-pe. Pe “muro” yvy rembeʼy sur-pegua rehegua haʼe pe tenda oñembyaihápe Balaam “py”, peteĩ ñorairõ hyepypegua inmigración rehegua oñepyrũvo ombojaʼo pe yvy mymba mokõi aty ojuehegui oñemoĩvape, oikóta hag̃uáicha tenonderãme pe Guerra Civil jevy.</w:t>
      </w:r>
    </w:p>
    <w:p>
      <w:pPr>
        <w:pStyle w:val="ArticleBody"/>
        <w:jc w:val="left"/>
      </w:pPr>
      <w:r>
        <w:rPr>
          <w:rFonts w:ascii="Times New Roman" w:hAnsi="Times New Roman" w:eastAsia="Times New Roman" w:cs="Times New Roman"/>
        </w:rPr>
        <w:t>Pe tembiasakue mokõi tápia apytépe hína pe tembiasakue ojehechaukáva pe haperã Constitucióngui 1789 guive 1798 peve, ha upéva ohechaukaraka’ekue pe tembiasakue 2015 pegua, araka’e Trump oikuaaukárõ guare ikampaña oikévo mburuvicha rendápe, omoĩ mbarete hag̃ua “ojepu’aka hag̃ua pe tápia”, pe léi domingo hi’aguĩetereíva ou peve ha omboyke pe tápia omboykéva Tupão ha Estado.</w:t>
      </w:r>
    </w:p>
    <w:p>
      <w:pPr>
        <w:pStyle w:val="ArticleBody"/>
        <w:jc w:val="left"/>
      </w:pPr>
      <w:r>
        <w:rPr>
          <w:rFonts w:ascii="Times New Roman" w:hAnsi="Times New Roman" w:eastAsia="Times New Roman" w:cs="Times New Roman"/>
        </w:rPr>
        <w:t>11 jasypa 2001 rire, pe mymba yvygua, ojehechaukáva Balaam rupive, oñepyrũ oñemboja’o. Balaam mokõi tapia oñemboja’oha, ohechauka peteĩ jepe’a mokõi aty apytépe, oĩva mokõive hatĩ pe mymba yvygua rehe, ojehechaukáva Trump ojeporavóramo 2016-pe, mokõi testígo omanóramo 2020-pe, umi juicio Pelosi rehegua 6 jasypokõi 2021-pe, mokõi testígo oñemoingove jeyramo 2023-pe, ha pe mburika omongu’áva Balaam-pe 7 jasypa 2023-pe.</w:t>
      </w:r>
    </w:p>
    <w:p>
      <w:pPr>
        <w:pStyle w:val="ArticleBody"/>
        <w:jc w:val="left"/>
      </w:pPr>
      <w:r>
        <w:rPr>
          <w:rFonts w:ascii="Times New Roman" w:hAnsi="Times New Roman" w:eastAsia="Times New Roman" w:cs="Times New Roman"/>
        </w:rPr>
        <w:t>Pe último señál tape ikatuhápe Balaam raperãme hína pe mburika “ñe’ẽ”, ha upéva oiko pe domingo léi pya’e oútavape, upépe Estados Unidos oñe’ẽ dragónicha, upépe Apocalipsis dieciocho pegua ánhel oñe’ẽ jey mokõiha, ha upépe Habacuc visión, ojoko are vaʼekue, oñe’ẽ. Pe visión ojoko are vaʼekue hína Islam rehegua, pe mbohapyha ñembyasy guasu rehegua, ha upéva oñe’ẽ peteĩ mburika ka’aguyguáicha ijejapo ñarõ ha ka’aguyguáva rupi pe domingo léi pya’e oútavape.</w:t>
      </w:r>
    </w:p>
    <w:p>
      <w:pPr>
        <w:pStyle w:val="ArticleScripture"/>
        <w:jc w:val="left"/>
      </w:pPr>
      <w:r>
        <w:rPr>
          <w:rFonts w:ascii="Times New Roman" w:hAnsi="Times New Roman" w:eastAsia="Times New Roman" w:cs="Times New Roman"/>
        </w:rPr>
        <w:t>Ha pe Ñandejára remimbou ohove, ha oñembo’y peteĩ tenda pyta’ípe, ndaipóriháme tape ojere hag̃ua akatúa térã asu gotyo. Ha pe mburika ohechávo Ñandejára remimbou, ho’a Balaam guýpe; ha Balaam pochy hendy, ha oinupã pe mburikápe peteĩ yvyra reheve. Upémarõ Ñandejára oipe’a pe mburika juru, ha ha’e he’i Balaámpe: Mba’épa ajapo nde rehe, cheinupã haguére ko’ã mbohapy jevy? Ha Balaam he’i pe mburikápe: Nde che ñembohory haguére; aipotaite peteĩ kyse puku taime che pópe, ko’ág̃a niko rojuka va’erãmo’ã. Ha pe mburika he’i Balaámpe: Ndahá’éi piko che nde mburika, reiporu va’ekue che ári ymaite guive che ne mba’e guive ko ára peve? Piko araka’eve ajapo jepi péicha nde rehe? Ha ha’e he’i: Nahániri. Upéi Ñandejára oipe’a Balaam resa, ha ha’e ohecha Ñandejára remimbou oñembo’yha tapére, ikyse puku ojesarekóva ipope; ha omoakãity, ha ho’a hova yvýre. Números 22:26–31.</w:t>
      </w:r>
    </w:p>
    <w:p>
      <w:pPr>
        <w:pStyle w:val="ArticleBody"/>
        <w:jc w:val="left"/>
      </w:pPr>
      <w:r>
        <w:rPr>
          <w:rFonts w:ascii="Times New Roman" w:hAnsi="Times New Roman" w:eastAsia="Times New Roman" w:cs="Times New Roman"/>
        </w:rPr>
        <w:t>Tetã peteĩ rekopegua Tetã peteĩ rekopegua Estados Unidos ha’e pe proféta japu ombotavýva yvy tuichakue hag̃ua oñemopu’ã mymba ra’anga opa yvy ape ári. Pe ára ha pe jave ojejapoha mymba ra’anga Estados Unidos ryepýpe, upérõ Estados Unidos ogueraha pe proféta japu, ojehechaukáva Balaam mburika rupive. Pe proféta japu peteĩ cien cuarenta y cuatro mil oñesella aja oporombojopýva opa umi mbaretépe iky’áva Estados Unidos-pe oñondive hag̃ua peteĩ tupaó ha estado joajúpe, ha’e Islam mbohapyha ñembyasy guasupegua.</w:t>
      </w:r>
    </w:p>
    <w:p>
      <w:pPr>
        <w:pStyle w:val="ArticleBody"/>
        <w:jc w:val="left"/>
      </w:pPr>
      <w:r>
        <w:rPr>
          <w:rFonts w:ascii="Times New Roman" w:hAnsi="Times New Roman" w:eastAsia="Times New Roman" w:cs="Times New Roman"/>
        </w:rPr>
        <w:t>Omohu’ã he rembiapo ñorairõ rupive, ha pe ñembyai económico oguerúva upe ñorairõ. Ko’ã mokõi tekome’ẽ ha’e umi mbarete peteĩchaite pe proféta japu Tetã Joajupegua oipurúva ombojerovia hag̃ua opaite yvy ape ári, ojapojey jave pe tembiapo ojejapova’ekue Tetã Joajupe pe proféta japu yvykua pypukúgui rupive.</w:t>
      </w:r>
    </w:p>
    <w:p>
      <w:pPr>
        <w:pStyle w:val="ArticleBody"/>
        <w:jc w:val="left"/>
      </w:pPr>
      <w:r>
        <w:rPr>
          <w:rFonts w:ascii="Times New Roman" w:hAnsi="Times New Roman" w:eastAsia="Times New Roman" w:cs="Times New Roman"/>
        </w:rPr>
        <w:t>Tetã peteĩ rekojojahápe koʼág̃a oĩ mokõi muralla apytépe: peteĩva haʼe pe muralla rehegua tema (inmigración), haʼéva vaʼekue pe Alien and Sedition Acts of 1798 mbyte guasu; ha ambue katu pe muralla ombojaʼóva iglesia ha Estado, ha upéva oñemboguepaitéta pe Sunday law og̃uahẽmbotávo. Tetã peteĩ rekojojaha koʼág̃amave oñembyai finansieramente, pórke ideuda nacional ndaikatúi oñemyatyrõ. Pe poder dragón rehegua koʼág̃a omopuʼã peteĩ marandu japu financiero, ha upéva peteĩ japu heʼíva mbaʼerepy ojejapoha peteĩ imprenta rupive; ha opavave mbaʼe rire, pe dragón haʼe pe ijapuha profecía bíblica-pe. Haʼe omyasãi ijapu Hitler pegua máquina de propaganda herakuãitéva representación moderna rupive, upéicha omeʼẽvo pe lógica pe cuarto elemento Alien and Sedition Acts rehegua oñehaʼarõ jey hag̃ua, upéva omeʼẽvaʼekue presidente-pe autoridad omboty hag̃ua oimeraẽ medio de comunicación omoĩva iñeʼẽme hag̃ua hag̃ua.</w:t>
      </w:r>
    </w:p>
    <w:p>
      <w:pPr>
        <w:pStyle w:val="ArticleBody"/>
        <w:jc w:val="left"/>
      </w:pPr>
      <w:r>
        <w:rPr>
          <w:rFonts w:ascii="Times New Roman" w:hAnsi="Times New Roman" w:eastAsia="Times New Roman" w:cs="Times New Roman"/>
        </w:rPr>
        <w:t>Jesús akóinte ohechauka peteĩ mba’e paha peteĩ mba’e ñepyrũ rupive. Mymba vai ra’anga Estados Unidos-pe oguerekova’erã umi característica profética peteĩchagua mymba vai ra’anga mundial rehegua ndive, ha upéicha avei, péro pe ñembotavy omoheñóiva pe joaju oñembyaíva pe profeta japu rehegua mymba yvyguápe ha’e Islam profeta japu. Mokõivéva, Balaam ha pe mburika, ha’e profeta japu símbolo. Umi cien cuarenta y cuatro mil oñesella hag̃ua rembiasakue ha’e umi mbohapy poder yvykua pypuku’ỹgui ne’ẽmbyry. Islam, yvykua pypuku’ỹgui, ha’e pe peteĩha waymark 11 de septiembre de 2001 rehegua. Ateísmo yvykua pypuku’ỹgui opu’ã ojuka hag̃ua umi mokõi testígope ary 2020-pe, ha Catolicismo yvykua pypuku’ỹgui opu’ã ijomanógui pe léi domingo oguahẽmbotaitévape.</w:t>
      </w:r>
    </w:p>
    <w:p>
      <w:pPr>
        <w:pStyle w:val="ArticleBody"/>
        <w:jc w:val="left"/>
      </w:pPr>
      <w:r>
        <w:rPr>
          <w:rFonts w:ascii="Times New Roman" w:hAnsi="Times New Roman" w:eastAsia="Times New Roman" w:cs="Times New Roman"/>
        </w:rPr>
        <w:t>Rojapóta jaipota ko ñehesa’ỹijo osëvape pe ambue artíkulope.</w:t>
      </w:r>
    </w:p>
    <w:p>
      <w:pPr>
        <w:pStyle w:val="ArticleScripture"/>
        <w:jc w:val="left"/>
      </w:pPr>
      <w:r>
        <w:rPr>
          <w:rFonts w:ascii="Times New Roman" w:hAnsi="Times New Roman" w:eastAsia="Times New Roman" w:cs="Times New Roman"/>
        </w:rPr>
        <w:t>“Ko múndo ndokakuaaporãi véima. Umi kuimba’e ivaíva ha umi ombotavýva ivaivevéta ha ivaivevéta, ombotavy ha oñembotavy aja. Ojekuaa hag̃ua pe tapicha oñemoĩha pe peteĩ añetegua Tupã ra’angáramo, pe Ta’ýra Tupãgui rehe, ha’e va’ekue oguerekóva teko porã, poriahuvereko ha mborayhu ikane’ỹva, ikorasõ katu tapiaite oñemomýi yvypóra ñembyasy rehe; ha oiporavóramo peteĩ porojukahárape hendaguépe, umi hudío ohechauka mba’épa ikatu ha ojapóta yvypóra reko, Ñandejára Espíritu ojokoha pokatu ojeipe’ávo, ha yvyporakuéra oĩvo pe apóstata poguýpe. Umi oiporavóva Satanáspe mburuvicháramo ohechaukáta pe espíritu oguerekóva ijára poravopyre.”</w:t>
      </w:r>
    </w:p>
    <w:p>
      <w:pPr>
        <w:pStyle w:val="ArticleScripture"/>
        <w:jc w:val="left"/>
      </w:pPr>
      <w:r>
        <w:rPr>
          <w:rFonts w:ascii="Times New Roman" w:hAnsi="Times New Roman" w:eastAsia="Times New Roman" w:cs="Times New Roman"/>
        </w:rPr>
        <w:t>“Ko mundo ndoikoporãmo’ãi Tupã osẽ peve ijapytégui ombopaga hag̃ua chupe hembiapo vai rehe. Upérõ yvy ohechaukáta huguy, ha ndojaho’imo’ãvéima umi ojukapývape. Cristo he’i va’ekue hemimbo’épe: ‘Peñatendéke ani hag̃ua avave penembotavy. Heta niko oútava che rérape, he’ívo: Che hína Cristo; ha ombotavýta hetápe. Ha pehendúta ñorairõ ha ñorairõ rehegua ñe’ẽngue: pehecháke ani hag̃ua pendepy’apy; opa ko’ã mba’e niko oiko va’erã, ha ndaha’éi gueteri paha. Tetã opu’ãta tetã rehe, ha mburuvicha guasu retã ambue mburuvicha guasu retã rehe; ha oĩta karu vai, mba’asy vai, ha yvyryrýi heta hendápe. Opa ko’ãva niko ñembyasy ñepyrũnte. Upérõ penejopy hag̃ua peneñeme’ẽta, ha penejukáta; ha opa tetãnguéra penembotovaíta che réra káusare. Upéi heta ipochýta, oñotĩ hag̃ua ojuehe, ha ojoayhu’ỹta ojuehe. Ha heta maranduhára japu opu’ãta, ha ombotavýta hetápe. Ha hembiapo vai oñembohetavévo, heta mborayhu ro’ysãta. Pe oikytĩ’ỹva peve paha, upéva oñesalváta.’”</w:t>
      </w:r>
    </w:p>
    <w:p>
      <w:pPr>
        <w:pStyle w:val="ArticleScripture"/>
        <w:jc w:val="left"/>
      </w:pPr>
      <w:r>
        <w:rPr>
          <w:rFonts w:ascii="Times New Roman" w:hAnsi="Times New Roman" w:eastAsia="Times New Roman" w:cs="Times New Roman"/>
        </w:rPr>
        <w:t>“Oĩ ramo Cristo oĩ ko yvy ári, ko múndo oiporavo vaʼekue Barrabáspe. Ha ko árape avei ko múndo ha umi iglésia ojapo upe jeiporavo hag̃uáicha. Umi escena ojehecháva pe traiciónpe, pe ñemboyképe ha pe kurusúre jejukápe Cristo rehegua oñemoingove jeyma vaʼekue, ha oñemoingove jeýta jey peteĩ tuichaite escala-pe. Yvyporakuéra henyhẽta enemigo rekopykuégui, ha hendivekuéra umi iñembotavykuéra oguerekóta peteĩ pokatu guasu. Pe tesape oñemboykégui peve, upépe oĩta jejavy ha jeikuaa vai. Umi omboykéva Cristope ha oiporavóva Barrabáspe ombaʼapo peteĩ ñembotavy vaietereíva poguýpe. Jehechauka vai ha testimonio japu okakuaáta oñemoĩ hag̃uáicha ñemoĩ hag̃ua guasu hag̃ua. Pe tesa ivaígui, pe tete tuichakue henyhẽta pytũgui. Umi omeʼẽva iñehayhu peteĩ myakãhárape Cristoʼỹre ojuhúta ijehe peteĩ infatuación omboguatáva ipo guýpe, hete, ánga ha espíritu, ha upe pokatu omondýiva rupive umi ánga ojepeʼa ohendu hag̃ua añetegua, oguerovia hag̃ua peteĩ japu. Oñembohysýi ha ojegueraha, ha opa ijejapópe osapukái hikuái: Peheja oréve Barrabáspe, ha pejukáke Cristope kurusúre.”</w:t>
      </w:r>
    </w:p>
    <w:p>
      <w:pPr>
        <w:pStyle w:val="ArticleScripture"/>
        <w:jc w:val="left"/>
      </w:pPr>
      <w:r>
        <w:rPr>
          <w:rFonts w:ascii="Times New Roman" w:hAnsi="Times New Roman" w:eastAsia="Times New Roman" w:cs="Times New Roman"/>
        </w:rPr>
        <w:t>“Koʼág̃a peve ojejapo hína ko ñemboaje. Umi mbaʼe ojehuvaʼekue kurusu ári ojejapo jey hína. Umi tupãópe ojeheja vaʼekuépe añetegua ha tekojoja, ojehechauka hína mbaʼe ikatuha ojapo ha ojapotaha yvypóra rekotee Tupã mborayhu ndahaʼéiramo peteĩ tekopyta opytáva ánga ryepýpe. Natekotevẽi ñañemondýi mbaʼeve rehe ikatúva oiko koʼág̃a. Natekotevẽi ñañepyrũ ñañemomorã umi mbaʼe vaiete osẽva rehe. Umi opyrũva ipy kyʼa reheve Tupã léi ári oguereko upe espíritu oguerekóva vaʼekue umi kuimbaʼe omboyke ha ombopochýva Jesúspe. Oñanduʼỹre mbaʼeve ikonsiénsiape, ojapóta hikuái itúva, aña, rembiapo. Opurandúta hikuái pe porandu osẽ vaʼekue Judas, pe oporomoĩvaʼekue, rembeʼýgui: Mbaʼe piko peẽ chemoĩta ameʼẽ hag̃ua peẽme Jesús pe Cristo? Koʼág̃a voi Cristo oñemeʼẽ tĩrã oñemotĩ hag̃ua umi imarangatúvape.” Review and Herald, January 30,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peteĩsa ha irundy pa mokõi hag̃ua</dc:title>
  <dc:subject>Mymba ra’anga ñemoheñói: Peteĩ viaje profético ojehechaukapyréva</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