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Ñe’ẽporã Daniel rehegua - Papapy Pakõi ha Irundy</w:t>
      </w:r>
    </w:p>
    <w:p>
      <w:pPr>
        <w:pStyle w:val="ArticleSubtitle"/>
        <w:jc w:val="left"/>
      </w:pPr>
      <w:r>
        <w:rPr>
          <w:rFonts w:ascii="Arial" w:hAnsi="Arial" w:eastAsia="Arial" w:cs="Arial"/>
        </w:rPr>
        <w:t>Daniel Kapítulo Mokõi – Mbyky ha Mboapu’a Peteĩha Parte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2023-12-09</w:t>
      </w:r>
    </w:p>
    <w:p>
      <w:pPr>
        <w:pStyle w:val="ArticleScripture"/>
        <w:jc w:val="left"/>
      </w:pPr>
      <w:r>
        <w:rPr>
          <w:rFonts w:ascii="Times New Roman" w:hAnsi="Times New Roman" w:eastAsia="Times New Roman" w:cs="Times New Roman"/>
        </w:rPr>
        <w:t>“Apocalipsis-pe opaite Biblia aranduka ojotopa ha opaha. Ko’ápe oĩ Daniel aranduka moĩmbaha.” Hechos de los Apóstoles, 585.</w:t>
      </w:r>
    </w:p>
    <w:p>
      <w:pPr>
        <w:pStyle w:val="ArticleBody"/>
        <w:jc w:val="left"/>
      </w:pPr>
      <w:r>
        <w:rPr>
          <w:rFonts w:ascii="Times New Roman" w:hAnsi="Times New Roman" w:eastAsia="Times New Roman" w:cs="Times New Roman"/>
        </w:rPr>
        <w:t>Pe añetegua ojehechakuaáva Juan rupive “Jesucristo Revelación” ramo, Judá ñemoñare León oipe’áva hína ipuévlope guarã guive julio ary 2023 guive, oguahẽ iporãmbaitépe araka’eve Daniel kuatiañe’ẽ oñembojoajúvo Revelación kuatiañe’ẽ ndive. Daniel capítulo mokõiha ohechauka pe ángel mokõiha marandu, pe mymba ra’anga rehegua prueba umi ára pahápe ryepýpe. Upéva ohechauka peteĩ proceso de prueba ha peteĩ ára peteĩhaite ojehechaukáva pe prueba rehegua.</w:t>
      </w:r>
    </w:p>
    <w:p>
      <w:pPr>
        <w:pStyle w:val="ArticleBody"/>
        <w:jc w:val="left"/>
      </w:pPr>
      <w:r>
        <w:rPr>
          <w:rFonts w:ascii="Times New Roman" w:hAnsi="Times New Roman" w:eastAsia="Times New Roman" w:cs="Times New Roman"/>
        </w:rPr>
        <w:t>Pe período ha pe mba’éichapa oiko Daniel capítulo mokõihápe, ojehechaukáva umi setenta ary Daniel jejokopyrépe, ohechaukarakaʼe umi Protestante-kuéra jehechaa aravo historia Millerita-pe. Umi Protestante-kuéra ndohasái porã ijehechaa rape ha oiko Roma rajykuéra ramo. Marandupykuaa profético-pe, peteĩ tajýra ohechaukáva isy; ha Roma ha’e peteĩ mymba profético. Ijejavy ha upe rire iñemoambue Roma rajykuérape, ohechaukarakaʼe mymba ra’ãnga jehechaa ñane rembiasakue ko’ág̃aguápe, pórke ha’ekuéra oñemoambue peteĩ mymba ra’ãngápe. Upévare ñane rembiapo jehechaa ko’ág̃a ojehechaukáva Daniel jejokopyrépe umi setenta ary rupive, ha avei pe segundo ángel marandu rembiasakue rupive pe movimiento Millerita aja.</w:t>
      </w:r>
    </w:p>
    <w:p>
      <w:pPr>
        <w:pStyle w:val="ArticleBody"/>
        <w:jc w:val="left"/>
      </w:pPr>
      <w:r>
        <w:rPr>
          <w:rFonts w:ascii="Times New Roman" w:hAnsi="Times New Roman" w:eastAsia="Times New Roman" w:cs="Times New Roman"/>
        </w:rPr>
        <w:t>Mokõiha ángel marandu rembiasakue-pe, oñepyrũva’ekue 11 jasyporundy ary 2001-pe, oĩ peteĩ ára ha peteĩ jehechapyra rape ojehechauka hag̃ua simbólikamente Nabucodonosor ra’anga-képe ha mymba kuéra rehegua kerayvoty rupive; peteĩ tetã ningo marandu hag̃ua Biblia profecía-pe ha’e avei peteĩ mymba. Nabucodonosor ha umi caldeo kuéra religión rehegua mburuvichaite ohechauka umi ohasa’ỹvape pe prueba, ha Daniel ha umi mbohapy imarangatuetéva ohechauka umi ohasa porãvape pe prueba. Ikatu hag̃uáicha ojehecha ambue hendáicha, Nabucodonosor jejavy oñemoneĩ Daniel capítulo mbohapy-pe.</w:t>
      </w:r>
    </w:p>
    <w:p>
      <w:pPr>
        <w:pStyle w:val="ArticleBody"/>
        <w:jc w:val="left"/>
      </w:pPr>
      <w:r>
        <w:rPr>
          <w:rFonts w:ascii="Times New Roman" w:hAnsi="Times New Roman" w:eastAsia="Times New Roman" w:cs="Times New Roman"/>
        </w:rPr>
        <w:t>Pe proceso de prueba-pe, ojejoguáva mokõivéva Daniel aranduka peteĩha ha mokõiha kapítulore, oĩ umi mba’e rechaukaha profético específico oñembojoajúva umi añetegua reheve ko’ág̃aite oñemoĩva’ekue Apocalipsis arandukápe. Pe peteĩha kapítulope, “pa ára” orrepresenta pe ára’i prueba rehegua ogueraháva Daniel-pe ohechauka hag̃ua ta’anga iporãvéva ha ikyravéva, okaru rupi pe tembi’u yvagapeguáre, ha ambue atýva eunuco-kuéra ohechauka pe ta’anga umi okarúva mburuvicha guasu rembi’úre. Peteĩ mburuvicha guasu, sentido profético-pe, ha’e peteĩ tetãnguéra mburuvicha térã peteĩ reino, ha proféticamente avei peteĩ mburuvicha guasu térã reino ha’e peteĩ mymba. Umi hova ohechaukáva mburuvicha guasu rembi’u ho’úva rembiapo rapykue, ohechauka pe mymba ra’ãnga.</w:t>
      </w:r>
    </w:p>
    <w:p>
      <w:pPr>
        <w:pStyle w:val="ArticleBody"/>
        <w:jc w:val="left"/>
      </w:pPr>
      <w:r>
        <w:rPr>
          <w:rFonts w:ascii="Times New Roman" w:hAnsi="Times New Roman" w:eastAsia="Times New Roman" w:cs="Times New Roman"/>
        </w:rPr>
        <w:t>Daniel kapítulo mokõihápe, Daniel oñembo’e oikuaa hag̃ua pe “ñemimby” kañymby Nebucodonosor ta’ãnga-ke’ẽgui. Tekotevẽ kuri oikuaa mba’épa pe ke’ẽ, ha avei mba’épa he’ise. Ha’e ohechauka umi ára pahápe ohekáva oikuaa hag̃ua umi ñemimby ojoajúva Jesucristo Revelación ojeipe’ávo rehe; pórke Jesucristo Revelación ojeipe’a hína pe “ñemimby” profético pahague ojeipe’áva pe probation oñemboty mboyve. Maymáva proféta, Daniel jepe, ohechauka hína umi ára pahápe guarãva. Daniel ñeha’ã oikuaa hag̃ua pe “ñemimby” ha’eva’ekue peteĩ ñeha’ã tekove térã ñemano rehegua, upéicha avei pe ta’ãnga mymba rehegua prueba Ñandejára tavayguakuérape guarã umi ára pahápe.</w:t>
      </w:r>
    </w:p>
    <w:p>
      <w:pPr>
        <w:pStyle w:val="ArticleScripture"/>
        <w:jc w:val="left"/>
      </w:pPr>
      <w:r>
        <w:rPr>
          <w:rFonts w:ascii="Times New Roman" w:hAnsi="Times New Roman" w:eastAsia="Times New Roman" w:cs="Times New Roman"/>
        </w:rPr>
        <w:t>“Pe Ñandejára ohechauka chéve hesakã porãhápe pe mymba ra’anga ojejapotaha mboyve pe gracia ára oñembotýva; péva rehe ha’e va’erã pe prueba tuichavéva Tupã tavayguakuérape ĝuarã, upévare oñemboaje haĝua hikuái moõpa ohóta opa árape ĝuarã.” Manuscript Releases, volume 15, 15.</w:t>
      </w:r>
    </w:p>
    <w:p>
      <w:pPr>
        <w:pStyle w:val="ArticleBody"/>
        <w:jc w:val="left"/>
      </w:pPr>
      <w:r>
        <w:rPr>
          <w:rFonts w:ascii="Times New Roman" w:hAnsi="Times New Roman" w:eastAsia="Times New Roman" w:cs="Times New Roman"/>
        </w:rPr>
        <w:t>Daniel ñembo’e, ohekávo ontende hag̃ua pe “misterio”, ohechauka peteĩ señal de camino específico Tupã tavayguakuéra rembiasakuepe ipahápe ára. Daniel kuatiañe’ẽ ome’ẽ mokõi testígo omopyendáva pe señal de camino “ñembo’e” rehegua ipahápe ára. Upéva oĩ pe tiempo pahápe ojehechaukáva káda línea de reforma marandu mokõiha rupive.</w:t>
      </w:r>
    </w:p>
    <w:p>
      <w:pPr>
        <w:pStyle w:val="ArticleBody"/>
        <w:jc w:val="left"/>
      </w:pPr>
      <w:r>
        <w:rPr>
          <w:rFonts w:ascii="Times New Roman" w:hAnsi="Times New Roman" w:eastAsia="Times New Roman" w:cs="Times New Roman"/>
        </w:rPr>
        <w:t>Mokõive profétika mokõivéva ñembo’e rehegua ha’e umi setenta ary jepokuaapymegua, ha upéva, techaukaha ramo, ohechauka pe “siete jey” Levítico mokõipa poteĩme. Daniel mokõipe, peteĩha versílope, téra “Nabucodonosor” oñembohetave mokõi jey; ha pe ñe’ẽ oñembohetave mokõi jey hag̃ua Ñandejára Ñe’ẽme ha’e peteĩ techaukaha pe marandu ánhel mokõiha rehegua.</w:t>
      </w:r>
    </w:p>
    <w:p>
      <w:pPr>
        <w:pStyle w:val="ArticleBody"/>
        <w:jc w:val="left"/>
      </w:pPr>
      <w:r>
        <w:rPr>
          <w:rFonts w:ascii="Times New Roman" w:hAnsi="Times New Roman" w:eastAsia="Times New Roman" w:cs="Times New Roman"/>
        </w:rPr>
        <w:t>Oĩ heta ñe’ẽmondo Tyekyra White kuatiajehaípe omombeʼúva Daniel aranduka mbohapyha kapítuloha peteĩ símbolo pe léi arapokõindygua rehegua. Daniel peteĩha kapítulo oguereko opaite mbaʼe ohechaukáva pe peteĩha ánhel marandu, ha ñañemomarandu ndikatui hag̃uáicha oĩ peteĩ mbohapyha marandu (Daniel mbohapyha kapítulo), ndaipóriramo peteĩha ha mokõiha marandu.</w:t>
      </w:r>
    </w:p>
    <w:p>
      <w:pPr>
        <w:pStyle w:val="ArticleBody"/>
        <w:jc w:val="left"/>
      </w:pPr>
      <w:r>
        <w:rPr>
          <w:rFonts w:ascii="Times New Roman" w:hAnsi="Times New Roman" w:eastAsia="Times New Roman" w:cs="Times New Roman"/>
        </w:rPr>
        <w:t>Pe mba’e ra’anga ñembosarái rehegua jehechauka Ellen White omyesakãramo pe ñeha’ã jajasa va’erãha ñemohu’ã mboyve ñane prueba ára, ha ñandejehe ójehuva’erã ñembyai’ỹrã mboyve. Pe purahéi osẽ jave Daniel aranduka mbohapyhápe, pe prueba ára oñembotýkuri ta’ãngaháicha, pe mbohapyha kapítulo ohechauka rupi pe arapokõindy ára léi. Nabucodonosor purahéi ohechauka pe melodía pe Tiro kuña reko vaiha upérõ oñepyrũ opurahéi hag̃ua yvy ruvicha kuérape, umi pokõi pa ary ta’ãngaha paha rire, ha’e oñeñembyesarái hague rire.</w:t>
      </w:r>
    </w:p>
    <w:p>
      <w:pPr>
        <w:pStyle w:val="ArticleScripture"/>
        <w:jc w:val="left"/>
      </w:pPr>
      <w:r>
        <w:rPr>
          <w:rFonts w:ascii="Times New Roman" w:hAnsi="Times New Roman" w:eastAsia="Times New Roman" w:cs="Times New Roman"/>
        </w:rPr>
        <w:t>Ha oikóta upe árape, Tiro rehe oñembyesaráita setenta ary pukukue, peteĩ mburuvicha guasu áraicha; ha setenta ary opa rire, Tiro opurahéita kuña rekovai ramo guaréicha. Ejapyhy peteĩ árpa, eguata tavaguasu rupi, nde kuña rekovai oñembyesaráiva; embopu porã, epurahéi heta purahéi, ikatu hag̃uáicha ñanemandu'a jey nderehe. Ha oikóta setenta ary opa rire, Ñandejára oikuaaukáta jey Tírope, ha ha'e ojevýta hepykue rendápe, ha oporomoakãratĩta opa yvy arigua mburuvichakuéra ndive ko yvy ape ári. Isaías 23:15–17.</w:t>
      </w:r>
    </w:p>
    <w:p>
      <w:pPr>
        <w:pStyle w:val="ArticleBody"/>
        <w:jc w:val="left"/>
      </w:pPr>
      <w:r>
        <w:rPr>
          <w:rFonts w:ascii="Times New Roman" w:hAnsi="Times New Roman" w:eastAsia="Times New Roman" w:cs="Times New Roman"/>
        </w:rPr>
        <w:t>Hermana White omombe’u umi mbohapy marandu ánhel rehegua mbohapy prueba ramo.</w:t>
      </w:r>
    </w:p>
    <w:p>
      <w:pPr>
        <w:pStyle w:val="ArticleScripture"/>
        <w:jc w:val="left"/>
      </w:pPr>
      <w:r>
        <w:rPr>
          <w:rFonts w:ascii="Times New Roman" w:hAnsi="Times New Roman" w:eastAsia="Times New Roman" w:cs="Times New Roman"/>
        </w:rPr>
        <w:t>“Heta oho hag̃ua osẽva'ekue ombohovái haguã Noviope peteĩha ha mokõiha ánhel mensáhe guýpe, omboyke pe mbohapyha, pe ipahaite porandu hag̃uáicha mensáhe oñeme'ẽva'erãva ko yvy ape ári; ha peteĩ ñemohenda ojoguáva upeichaitéva oñemoĩta avei pe pahaitéva ñehenói ojejapo vove.” Review and Herald, 31 de octubre de 1899.</w:t>
      </w:r>
    </w:p>
    <w:p>
      <w:pPr>
        <w:pStyle w:val="ArticleBody"/>
        <w:jc w:val="left"/>
      </w:pPr>
      <w:r>
        <w:rPr>
          <w:rFonts w:ascii="Times New Roman" w:hAnsi="Times New Roman" w:eastAsia="Times New Roman" w:cs="Times New Roman"/>
        </w:rPr>
        <w:t>Heta testígope ári, Daniel kapítulo mokõiha ha’e pe ánhel mokõiha marandu. Pe tembiasakue pe mombareteha pe ánhel peteĩha guive pe huísio peve, ha’e pe tembiasakue ojehechaukáva umi setenta ary Daniel jejapyhýpe. Pe ñemoĩ Daniel ñembo’e rehe kapítulo mokõihápe, oiko umi setenta ary ryepýpe, ha’éva peteĩ símbolo umi “siete tiempos” rehegua.</w:t>
      </w:r>
    </w:p>
    <w:p>
      <w:pPr>
        <w:pStyle w:val="ArticleBody"/>
        <w:jc w:val="left"/>
      </w:pPr>
      <w:r>
        <w:rPr>
          <w:rFonts w:ascii="Times New Roman" w:hAnsi="Times New Roman" w:eastAsia="Times New Roman" w:cs="Times New Roman"/>
        </w:rPr>
        <w:t>Pe ñembo’e kapítulo nuevepegua oñepyrũ peteĩ ñe’ẽngatuete reheve umi setenta ary rehe. Mokõivéva ñembo’e profétikamente oĩ peteĩchapaite jeikohápe. Ha’ekuéra ohechauka opaichagua aspecto peteĩchagua ñembo’egui, ha katu mokõivéva oñemoĩ peteĩchapaite pe “siete tiempo” rendápe, ha mokõivéva ojoaju pe techaukaha “ñembo’e” rehe oĩva umi ciento cuarenta y cuatro mil rembiasakue ára pahápeguápe.</w:t>
      </w:r>
    </w:p>
    <w:p>
      <w:pPr>
        <w:pStyle w:val="ArticleBody"/>
        <w:jc w:val="left"/>
      </w:pPr>
      <w:r>
        <w:rPr>
          <w:rFonts w:ascii="Times New Roman" w:hAnsi="Times New Roman" w:eastAsia="Times New Roman" w:cs="Times New Roman"/>
        </w:rPr>
        <w:t>Daniel oñembo’e jave pe capítulo nueve-pe, ha’e oĩ peteĩ “ára profético jehasaha” ryepýpe, Babilonia rréino guive Medo-kuéra ha Persa-kuéra rréino peve. Pe punto jehasa rehegua ha’e avei peteĩ señal de camino, ha avei oñembojoavy’ỹ peteĩchagua punto jehasa rehegua ndive pe tercer ángel rembiapópe, Ñandejára tavayguakuéra omanohápe tape mbytépe “Laodicenses” ramo, ha osẽhápe ityvýgui “Filadelfienses” ramo. Pe punto jehasa rehegua pe primer ángel rembiapópe oñembojoavy’ỹ Daniel punto jehasa rehegua ndive, ha pe tercer ángel rembiapo ndive avei, ha umi mbohapyvéva ojoaju hag̃uáichaite directamente pe “siete tiempos” de Levítico veintiséis rehe. Pe jehasa Filadelfia guive Laodicea peve pe movimiento Millerita-pe oiko va’ekue og̃uahẽvo “luz nueva” pe “siete tiempos” rehe ary 1856-pe, ha upe rire oñemboyke hag̃uaite pe “siete tiempos” ary 1863-pe. Daniel pe capítulo nueve-pe, pe primer ángel rembiapo pe tiempo Millerita-pe, ha pe tercer ángel rembiapo ñane tiempo-pe, maymáva oguereko peteĩ punto jehasa rehegua ojoavy’ỹva ojupe, ha umi mbohapy punto jehasa rehegua oñemohenda maymáva pe contexto del “siete tiempos” ryepýpe.</w:t>
      </w:r>
    </w:p>
    <w:p>
      <w:pPr>
        <w:pStyle w:val="ArticleBody"/>
        <w:jc w:val="left"/>
      </w:pPr>
      <w:r>
        <w:rPr>
          <w:rFonts w:ascii="Times New Roman" w:hAnsi="Times New Roman" w:eastAsia="Times New Roman" w:cs="Times New Roman"/>
        </w:rPr>
        <w:t>Pe proceso de prueba rembiasakuépe, Daniel ohechauka pe mensahéro oñeme’ẽva chupe pe tesape, ha upéva con primeramente ombohasa hag̃ua imbohapy irũnguérape; upéicha rupi ha’e ohechauka hag̃ua pe tembiaporã maranduhára “Elías” rehegua, ha’éva pe “ñe’ẽ osapukáiva desiértope”.</w:t>
      </w:r>
    </w:p>
    <w:p>
      <w:pPr>
        <w:pStyle w:val="ArticleBody"/>
        <w:jc w:val="left"/>
      </w:pPr>
      <w:r>
        <w:rPr>
          <w:rFonts w:ascii="Times New Roman" w:hAnsi="Times New Roman" w:eastAsia="Times New Roman" w:cs="Times New Roman"/>
        </w:rPr>
        <w:t>Pe “sekréto” oĩva Daniel kapítulo mokõi-pe ohechauka pe poapyha mburuvicharã Biblia profesía rehegua ha’eha “umi siete-gui” mburuvicharã. Ha’égui pe tenondegua ta’ãnga umi mburuvicharã Biblia profesía rehegua rehegua, upévare ojoaju pe pahaitegua ta’ãnga umi mburuvicharã Biblia profesía rehegua ojejuhúva Apocalipsis kapítulo diecisiete-pe. Pe poapyha mburuvicharã, ha’évo “umi siete-gui” mburuvicharã ymavegua, oñe’ẽ pe jehasaha rehe omopyendáva Babilonia moderna pe joaju mbohapyvegua dragón, mymba ñarõ ha proféta japu rehegua. Pe ta’ãnga-kéra Nabucodonosor rehegua, ipahápe, ohechauka pe poapyha mburuvicharã yvy arigua tembiasakue profesía rehegua.</w:t>
      </w:r>
    </w:p>
    <w:p>
      <w:pPr>
        <w:pStyle w:val="ArticleBody"/>
        <w:jc w:val="left"/>
      </w:pPr>
      <w:r>
        <w:rPr>
          <w:rFonts w:ascii="Times New Roman" w:hAnsi="Times New Roman" w:eastAsia="Times New Roman" w:cs="Times New Roman"/>
        </w:rPr>
        <w:t>Peteĩ rréino ha’e peteĩ mymba profecía bíblica-pe; upévare, pe añetegua ojehechaukáva Nabucodonosor ta’ãnga-képe, ha’e pe ñe’ẽpy peteĩha pe mymba paha rehegua, ojeikuaaháicha avei Apocalipsis kapítulo diecisiete-pe. Upévare, Nabucodonosor képe, ipahápe, ha’e pe ta’ãnga-képe pe mymba poapyha ha paháva rehegua. Ha’e pe képe “pe mymba ra’anga” rehegua.</w:t>
      </w:r>
    </w:p>
    <w:p>
      <w:pPr>
        <w:pStyle w:val="ArticleBody"/>
        <w:jc w:val="left"/>
      </w:pPr>
      <w:r>
        <w:rPr>
          <w:rFonts w:ascii="Times New Roman" w:hAnsi="Times New Roman" w:eastAsia="Times New Roman" w:cs="Times New Roman"/>
        </w:rPr>
        <w:t>Upéva voi ha’e pe ñemoneĩmbyre ijehegui pe mba’e iñimportánteva jaikuaa hag̃ua pe punto de transición oikóva pe movimiento pe ángel mbohapyháva rehe, ha pe “secreto” avei ha’e pe llave ombyatýva ha omopyendáva heta mba’e umi artículo ohasava’ekuépe ohechauka hague tembiasakue osẽva’ekue 18 de julio de 2020 rire. Umi artículo-pe ojehechauka kuri umi irundy waymark peteĩteĩva umi movimiento sagrado de reforma rehegua, oñerepresentáva Daniel rembiasápe umi setenta ary de cautiverio rupive, akóinte oguerekoha pe tema peteĩcha.</w:t>
      </w:r>
    </w:p>
    <w:p>
      <w:pPr>
        <w:pStyle w:val="ArticleBody"/>
        <w:jc w:val="left"/>
      </w:pPr>
      <w:r>
        <w:rPr>
          <w:rFonts w:ascii="Times New Roman" w:hAnsi="Times New Roman" w:eastAsia="Times New Roman" w:cs="Times New Roman"/>
        </w:rPr>
        <w:t>Umi irundy techaukaha Cristo tiempo-pe oñemoĩ vaʼekue “mano ha jeikove jey” ryepýpe. Peteĩha techaukaha, omoheñóiva pe mbarete pe marandu peteĩhára rehegua, haʼe vaʼekue Cristo ñemongarai, pe taʼanga ohechaukáva mano ha jeikove jey. Mokõiha techaukaha, ohechaukáva pe peteĩha ñembyasýi upéva historia-pe, haʼe vaʼekue Lázaro mano ha jeikove jey. Mbohapyha techaukaha haʼe vaʼekue pe oike jehecharamóva Jerusalén-pe, ohechaukáva pe Sapukái Pyharepytegua. Cristo oho kuri Imano ha Ijeikove jey gotyo, ha Lázaro, pe oikovéva ramo tekovépe pe mano ha jeikove jey rehegua, omotenonde pe atyguasu. Lázaro avei omopyenda porã pe Sapukái Pyharepytegua oñemomarandu aja, Tupã tavayguakuéra oñemohuʼãha “sello”-pe.</w:t>
      </w:r>
    </w:p>
    <w:p>
      <w:pPr>
        <w:pStyle w:val="ArticleScripture"/>
        <w:jc w:val="left"/>
      </w:pPr>
      <w:r>
        <w:rPr>
          <w:rFonts w:ascii="Times New Roman" w:hAnsi="Times New Roman" w:eastAsia="Times New Roman" w:cs="Times New Roman"/>
        </w:rPr>
        <w:t>“Ko milágro ipahápegua, Lázaro jeikove jevy, omboapysẽvaʼerã kuri Ñandejára selló Iporavopyre ári ha heʼíva heseha Tupã.” The Desire of Ages, 529.</w:t>
      </w:r>
    </w:p>
    <w:p>
      <w:pPr>
        <w:pStyle w:val="ArticleBody"/>
        <w:jc w:val="left"/>
      </w:pPr>
      <w:r>
        <w:rPr>
          <w:rFonts w:ascii="Times New Roman" w:hAnsi="Times New Roman" w:eastAsia="Times New Roman" w:cs="Times New Roman"/>
        </w:rPr>
        <w:t>Pe mba’e irundyha juicio rehegua ha’e pe kurusu, ha upéva avei ha’e vaekue peteĩ mano ha peteĩ jeikove jevy. Umi irundy mba’e rechaukaha periodo oñerepresenta Daniel rembiasápe umi setenta ary ñembyaty rekopegua rupive.</w:t>
      </w:r>
    </w:p>
    <w:p>
      <w:pPr>
        <w:pStyle w:val="ArticleBody"/>
        <w:jc w:val="left"/>
      </w:pPr>
      <w:r>
        <w:rPr>
          <w:rFonts w:ascii="Times New Roman" w:hAnsi="Times New Roman" w:eastAsia="Times New Roman" w:cs="Times New Roman"/>
        </w:rPr>
        <w:t>Millergua rembiasakuepe, pe téma ha’e va’ekue “ára peteĩ rehegua peteĩ áño”. Ha agosto 11, 1840 ha’e va’ekue upe principio jehechauka añetegua. Pe ñembyasy peteĩha oiko va’ekue peteĩ jeporu vai rehe “ára peteĩ rehegua peteĩ áño” principio rehe. Pe Midnight Cry ha’e va’ekue “ára peteĩ rehegua peteĩ áño” principio ñemohu’ã porãite, ojoajúvo pe profesía mokõi mil trescientos áño rehegua ha pe profesía dos mil quinientos veinte áño rehegua ndive, ha upéi pe Juicio Investigativo oñepyrũ, umi profesía “ára peteĩ rehegua peteĩ áño” oñekumpli rupi octubre 22, 1844-pe. Umi irundy waymark Millergua rembiasakuepe oguereko va’ekue peteĩchante téma: “ára peteĩ rehegua peteĩ áño” principio. Umi irundy waymark periodo ojehechauka Daniel rembiguái jejapyhy setenta áño reheve.</w:t>
      </w:r>
    </w:p>
    <w:p>
      <w:pPr>
        <w:pStyle w:val="ArticleBody"/>
        <w:jc w:val="left"/>
      </w:pPr>
      <w:r>
        <w:rPr>
          <w:rFonts w:ascii="Times New Roman" w:hAnsi="Times New Roman" w:eastAsia="Times New Roman" w:cs="Times New Roman"/>
        </w:rPr>
        <w:t>Mburuvicha guasu David ára-pe, pe ñe’ẽmbyrã ha’eva’ekue “Tupã karameguã”. David oñemombarete rire, upéi odesidi ogueru hag̃ua pe karameguã Táva David-pe.</w:t>
      </w:r>
    </w:p>
    <w:p>
      <w:pPr>
        <w:pStyle w:val="ArticleScripture"/>
        <w:jc w:val="left"/>
      </w:pPr>
      <w:r>
        <w:rPr>
          <w:rFonts w:ascii="Times New Roman" w:hAnsi="Times New Roman" w:eastAsia="Times New Roman" w:cs="Times New Roman"/>
        </w:rPr>
        <w:t>Ha David osegui oguata ha tuicha ohóvo, ha Ñandejára Tupã de los ejércitos oĩ hendive. 2 Samuel 5:10.</w:t>
      </w:r>
    </w:p>
    <w:p>
      <w:pPr>
        <w:pStyle w:val="ArticleBody"/>
        <w:jc w:val="left"/>
      </w:pPr>
      <w:r>
        <w:rPr>
          <w:rFonts w:ascii="Times New Roman" w:hAnsi="Times New Roman" w:eastAsia="Times New Roman" w:cs="Times New Roman"/>
        </w:rPr>
        <w:t>Pe ñembyasy peteĩha oiko vaekue Uza opeka ramo pe opokóvo pe arca rehe. Pe mbohapyha tape rechaukaha niko David oikuaárõ guare Ñandejára ohehovasa hague pe óga Obed-edom pe gitita pegua, upépe oñeñongatu hague pe arca Uza pu’aka vai guive. Upéi David ohóvo ogueru jey pe arca, oike hag̃ua ha’e ñemomba’eguasúpe Jerusalénpe (ha upéicharõ jepe hembireko ohechauka pochy ndaikatúiva oñemombe’u porã ha “ñembyasy” David jeikére). Umi irundy tape rechaukaha peteĩteĩ oñerrepresenta pe arcáre. Pe aravo umi irundy tape rechaukaha rehegua oñerrepresenta Daniel setenta ary ñembyaty ojejokohápe rupive.</w:t>
      </w:r>
    </w:p>
    <w:p>
      <w:pPr>
        <w:pStyle w:val="ArticleBody"/>
        <w:jc w:val="left"/>
      </w:pPr>
      <w:r>
        <w:rPr>
          <w:rFonts w:ascii="Times New Roman" w:hAnsi="Times New Roman" w:eastAsia="Times New Roman" w:cs="Times New Roman"/>
        </w:rPr>
        <w:t>11 jasyporundy ary 2001-pe, Islam pe “mbaʼe vaiha mbohapýha” rehegua ojeheja hag̃ua osẽ, ha upe rire ojoko jey. 18 jasypokõi ary 2020-pe, oiko peteĩ marandu vaiete ojejavy vaʼekue Islam rembiaporã rehe. Pe marandu omoingove jeýva umi kangue piru omanóva ou “irundy yvytúgui”, ha umíva haʼe peteĩ techaukaha Islam rehegua ha orrepresenta pe marandu Pyharepyte Sapyʼa rehegua. Pe tetãgua ñehundi ouvaʼerã pe tetãgua apóstasia rire, arapokõindy léi rehegua Estados Unidos-pe, ogueru Islam pe “mbaʼe vaiha mbohapýha” rehegua. Pe aravo umi irundy techaukaha rehegua ojehechauka Daniel pokõipa ary jejapyhy aja rupi.</w:t>
      </w:r>
    </w:p>
    <w:p>
      <w:pPr>
        <w:pStyle w:val="ArticleBody"/>
        <w:jc w:val="left"/>
      </w:pPr>
      <w:r>
        <w:rPr>
          <w:rFonts w:ascii="Times New Roman" w:hAnsi="Times New Roman" w:eastAsia="Times New Roman" w:cs="Times New Roman"/>
        </w:rPr>
        <w:t>Peteĩha ánhel rembiapo ohechauka mbohapyha ánhel rembiapópe, ha pe Marandu Pyhare Mbytegua historia Milleríta-pe ha’e va’ekue peteĩ ñemyatyrõ pe yvypóra remimo’ã vai rehegua oguerúva’ekue pe ñembyasy peteĩha.</w:t>
      </w:r>
    </w:p>
    <w:p>
      <w:pPr>
        <w:pStyle w:val="ArticleScripture"/>
        <w:jc w:val="left"/>
      </w:pPr>
      <w:r>
        <w:rPr>
          <w:rFonts w:ascii="Times New Roman" w:hAnsi="Times New Roman" w:eastAsia="Times New Roman" w:cs="Times New Roman"/>
        </w:rPr>
        <w:t>“Umi oñembotavy vaʼekue ohechakuaa hag̃ua Escritúra rupi haʼekuéra oĩ hague pe ára oñemboaretehápe, ha tekotevẽ hague ohaʼarõ pyʼaguapýpe pe visión ñekumplimiento. Peẽ evidencia umi mboyve ogueraha vaʼekue chupekuéra ohaʼarõ hag̃ua Ijára ou 1843-pe, upéva avei oguerovia hag̃ua chupekuéra outaha 1844-pe.” Early Writings, 247.</w:t>
      </w:r>
    </w:p>
    <w:p>
      <w:pPr>
        <w:pStyle w:val="ArticleBody"/>
        <w:jc w:val="left"/>
      </w:pPr>
      <w:r>
        <w:rPr>
          <w:rFonts w:ascii="Times New Roman" w:hAnsi="Times New Roman" w:eastAsia="Times New Roman" w:cs="Times New Roman"/>
        </w:rPr>
        <w:t>Pe peteĩchagua prueba ohechaukáva peteĩ ataque islámico Nashville rehe, upéva voi hína pe prueba peteĩ ataque Nashville rehegua oikótava pe ñembojerovia arapokõindy rehegua ñemohenda hag̃ua rupi. Espíritu de Profecía jehaipykuéra ndojejavy mo’ãi araka’eve. Pe marandu peteĩ ataque Nashville rehegua oñemoĩ porã Espíritu de Profecía jehaipykuérape. Pe marandu Nashville rehegua oñembotýta, ha katu pe marandu pe ataque Nashville rehegua oñemopyendáta peteĩ jehechajey rupive pe marandu yma guarépe oñehundiva’ekue, oiko haguéicha historia Millerita-pe. Oñemboty pe irundyha waymark-pe, upéva hína pe waymark ohechaukáva “juicio”.</w:t>
      </w:r>
    </w:p>
    <w:p>
      <w:pPr>
        <w:pStyle w:val="ArticleBody"/>
        <w:jc w:val="left"/>
      </w:pPr>
      <w:r>
        <w:rPr>
          <w:rFonts w:ascii="Times New Roman" w:hAnsi="Times New Roman" w:eastAsia="Times New Roman" w:cs="Times New Roman"/>
        </w:rPr>
        <w:t>Jesús tapiaite omombe’u pe pahápe oikótava ñepyrũmby rupive, ha pe peteĩha techaukaha ára 11 jasyporundy 2001-pe ha’e va’ekue peteĩ ñorairõ Islam-gui; upévare, pe huísio pe léi domingo rehegua jave, oĩta peteĩ ñorairõ islámico Nashville rehe. Ikatuite oike avei ambue hendápekuéra, ha katu pe marandu Sapukái Pyharepyte rehegua ha’e pe marandu omoĩporãva pe marandu omoheñóiva’ekue pe peteĩha ñembyasy. Pe peteĩha ñembyasy oiko pe angaipa rupive, ojeporu haguére pe elemento tiempo pe profesía rehe, ndaha’éi Ellen White ñe’ẽ rupive.</w:t>
      </w:r>
    </w:p>
    <w:p>
      <w:pPr>
        <w:pStyle w:val="ArticleBody"/>
        <w:jc w:val="left"/>
      </w:pPr>
      <w:r>
        <w:rPr>
          <w:rFonts w:ascii="Times New Roman" w:hAnsi="Times New Roman" w:eastAsia="Times New Roman" w:cs="Times New Roman"/>
        </w:rPr>
        <w:t>Tuicha hag̃ua tekotevẽ jahechakuaa hag̃ua umi irundy techaukaha oñepyrũva pe “mbarete ñeme’ẽ” pe marandu peteĩha guive (ha upéva Daniel-pe oiko pe ñepyrũrã pe setenta ary simbóliko), akóinte oisãmbyhyha peteĩ tema añónte. Nde reguerovia ramo 11 de septiembre de 2001 ha’e hague peteĩ cumplimiento de profecía, proféticamente re’u “pe kuatiañe’ẽ kañymby”. Mbovymi tapicha añeteguápe ho’u upe añetegua, péro oĩ kuri algunos, Daniel ohechaukaháicha, omoĩva ikorasõme ani hag̃ua oñemongy’a Babilonia rembi’u rupive. Upéicharõ jepe, oĩ umi he’íva ogueroviaha 11 de septiembre de 2001 ha’e hague peteĩ cumplimiento de profecía, péro oñe’ẽ hikuái ndaha’eiha Islam, síno Bush rogaygua, térã umi globalista, térã umi jesuita, térã CIA térã peteĩ combinación umi jepivegua oñemoĩva jepi umi conspiración rehegua arandu pyahu rehegua kuéra rupive. Jesús, Alpha ha Omega ramo, ohechauka pe paha pe ñepyrũ rupive; upévare, jajavy ramo mba’épa proféticamente oñerrepresenta va’ekue 11 de septiembre de 2001-pe, ñahundihína ñande katupyry jaikytĩ porã hag̃ua pe Ñe’ẽ profétika “añetegua” rehegua.</w:t>
      </w:r>
    </w:p>
    <w:p>
      <w:pPr>
        <w:pStyle w:val="ArticleBody"/>
        <w:jc w:val="left"/>
      </w:pPr>
      <w:r>
        <w:rPr>
          <w:rFonts w:ascii="Times New Roman" w:hAnsi="Times New Roman" w:eastAsia="Times New Roman" w:cs="Times New Roman"/>
        </w:rPr>
        <w:t>Pe “mbaretekuéra” ñe’ẽmondo peteĩha rehegua tembiasakue Millerita-pe ha’e va’ekue Islam mokõiha Aĩ rehegua, ha upéva ohechauka va’ekue pe mbaretekuéra oñeme’ẽva’ekue 11 jasyporundy 2001-pe, oguerúva’ekue Islam mbohapyha Aĩ rehegua.</w:t>
      </w:r>
    </w:p>
    <w:p>
      <w:pPr>
        <w:pStyle w:val="ArticleBody"/>
        <w:jc w:val="left"/>
      </w:pPr>
      <w:r>
        <w:rPr>
          <w:rFonts w:ascii="Times New Roman" w:hAnsi="Times New Roman" w:eastAsia="Times New Roman" w:cs="Times New Roman"/>
        </w:rPr>
        <w:t>Islam peteĩha tapegua rechaukahápe, ohechauka Islam pe pahápegua tapegua rechaukahápe. Pe tapegua rechaukaha paha ohechauka pe huísio, ha Tetã peteĩ reko Amérika pegua oñehusga pe léi domingo-pe. Ha’e hína pe marandu mokõiha Ezequiel rehegua, capítulo treinta y siete-pe, omoingovéva umi omanóva; ha upe marandu hína pe mbohapyha tapegua rechaukaha marandu, upéva ha’e pe Pyhare Mbyte Sapukái. Ha’e hína pe ñemohu’ã marandu, ojehechaukaháicha Cristo jeike triumfal-pe, ojupi hag̃uáicha peteĩ “mburika ári”, peteĩ ta’anga Islam rehegua. Pe Pyhare Mbyte Sapukái ñemohu’ã marandu Islam rupive ojegueraha.</w:t>
      </w:r>
    </w:p>
    <w:p>
      <w:pPr>
        <w:pStyle w:val="ArticleScripture"/>
        <w:jc w:val="left"/>
      </w:pPr>
      <w:r>
        <w:rPr>
          <w:rFonts w:ascii="Times New Roman" w:hAnsi="Times New Roman" w:eastAsia="Times New Roman" w:cs="Times New Roman"/>
        </w:rPr>
        <w:t>Pejeʼe Sión rajýpe: “Ma’ẽke, nde Rréi ou ndéve, imarangatu ha oguapy peteĩ mburika ári, ha peteĩ ra’y rusu, mburika memby ári”. Mateo 21:5.</w:t>
      </w:r>
    </w:p>
    <w:p>
      <w:pPr>
        <w:pStyle w:val="ArticleBody"/>
        <w:jc w:val="left"/>
      </w:pPr>
      <w:r>
        <w:rPr>
          <w:rFonts w:ascii="Times New Roman" w:hAnsi="Times New Roman" w:eastAsia="Times New Roman" w:cs="Times New Roman"/>
        </w:rPr>
        <w:t>Ezequiel marandu pyahu mokõihápe oúva “irundy yvytu” guive, ha upéva avei peteĩ símbolo Islam rehegua. Tekotevẽiterei ñamyesakã porã ko añetegua, pórke pe marandu ha’éva Sapukái Pyharepytegua, ha’e pe marandu ohechakuaáva Islam, pe Mbohasyha mbohapyháva rehegua, ramo pe pu’aka oguerúva juicio Tetã peteĩ reko Amérika Joaju ári pe léi domingope, ha omoheñóiva pe tetãgua ñehundi oúva upe decreto rire.</w:t>
      </w:r>
    </w:p>
    <w:p>
      <w:pPr>
        <w:pStyle w:val="ArticleBody"/>
        <w:jc w:val="left"/>
      </w:pPr>
      <w:r>
        <w:rPr>
          <w:rFonts w:ascii="Times New Roman" w:hAnsi="Times New Roman" w:eastAsia="Times New Roman" w:cs="Times New Roman"/>
        </w:rPr>
        <w:t>Pe Revelación-pegua Siete Trompeta kuéra ha’eva’ekue Tupã rembiapoukapy ñembojeko rehegua domingo ñemomba’eguasu ñemboguatare, mokõivéva Roma pagána ha Roma papál rupive.</w:t>
      </w:r>
    </w:p>
    <w:p>
      <w:pPr>
        <w:pStyle w:val="ArticleListItem"/>
        <w:ind w:left="576" w:hanging="259"/>
        <w:jc w:val="left"/>
      </w:pPr>
      <w:r>
        <w:rPr>
          <w:rFonts w:ascii="Times New Roman" w:hAnsi="Times New Roman" w:eastAsia="Times New Roman" w:cs="Times New Roman"/>
        </w:rPr>
        <w:t>1. Irundy ñeʼẽhatã peteĩha oñemoĩ vaʼekue Roma pagána rehe Constantino ombojerure mbarete rire pe peteĩha léi domingo rehegua áño 321-pe.</w:t>
      </w:r>
    </w:p>
    <w:p>
      <w:pPr>
        <w:pStyle w:val="ArticleListItem"/>
        <w:ind w:left="576" w:hanging="259"/>
        <w:jc w:val="left"/>
      </w:pPr>
      <w:r>
        <w:rPr>
          <w:rFonts w:ascii="Times New Roman" w:hAnsi="Times New Roman" w:eastAsia="Times New Roman" w:cs="Times New Roman"/>
        </w:rPr>
        <w:t>2. Pe trompéta ha seisha (ha’éva avei Islam rembiasakue peteĩha ha mokõiha), ha’e va’ekue Tupã juicio Roma papal rehe, domingo papal léi oñemoañetéva’ekue Concílio de Orléans-pe, ary 538-pe.</w:t>
      </w:r>
    </w:p>
    <w:p>
      <w:pPr>
        <w:pStyle w:val="ArticleListItem"/>
        <w:ind w:left="576" w:hanging="259"/>
        <w:jc w:val="left"/>
      </w:pPr>
      <w:r>
        <w:rPr>
          <w:rFonts w:ascii="Times New Roman" w:hAnsi="Times New Roman" w:eastAsia="Times New Roman" w:cs="Times New Roman"/>
        </w:rPr>
        <w:t>3. Pe séptimo Trompeta (ha’éva Islam mbohapyha Aipo), ha’e pe juicio oguerúva Estados Unidos ári, omoañetévo arete domingo jerure ñemomba’e guasu hag̃ua ko’ág̃arõite hag̃ua.</w:t>
      </w:r>
    </w:p>
    <w:p>
      <w:pPr>
        <w:pStyle w:val="ArticleBody"/>
        <w:jc w:val="left"/>
      </w:pPr>
      <w:r>
        <w:rPr>
          <w:rFonts w:ascii="Times New Roman" w:hAnsi="Times New Roman" w:eastAsia="Times New Roman" w:cs="Times New Roman"/>
        </w:rPr>
        <w:t>Pe Islam mbohapyha ñembyasýpegua ohechauka pe techaukaha peteĩha 11 jasyporundy, 2001-pe. Pe marandu vai oñe’ẽva Islam ñeattackaha Nashville-pe 18 jasypokõi, 2020-pe, ha’ékuri pe ñembyasy peteĩha, pe techaukaha mokõiha. Pe marandu “irundy yvytu” rehegua Islam mba’éva, ojehechaukaháicha Ezequiel marandu hag̃uahápe mokõiha, capítulo mbohapypa pokõi-pe, ohechauka pe Pyharepyte Sapukái, pe techaukaha mbohapyha, ha upéi pe techaukaha irundyha, oñekumpliha pe marandu vai 18 jasypokõi, 2020-pegua pe Arateí léi jave. Umíva hína umi irundy techaukaha profesiagua oikóva pe tembiasakue profesiagua umi cien cuarenta y cuatro mil rehegua, ojehechaukaháicha Daniel pokõi pa ary jepokuaápe.</w:t>
      </w:r>
    </w:p>
    <w:p>
      <w:pPr>
        <w:pStyle w:val="ArticleBody"/>
        <w:jc w:val="left"/>
      </w:pPr>
      <w:r>
        <w:rPr>
          <w:rFonts w:ascii="Times New Roman" w:hAnsi="Times New Roman" w:eastAsia="Times New Roman" w:cs="Times New Roman"/>
        </w:rPr>
        <w:t>Pe ñemoañete pe marandu Pyharepyte Sapukái rehegua ha’e peteĩ mba’e tenondegua pe “ñemimby” ojehechauka va’ekuépe ta’ãngamýiramo Daniel-pe, ha’e oñembo’e jave oikuaa hag̃ua Nabucodonosor ta’anga-kérape. Iñembo’e ha’e peteĩ techaukaha oĩva pe mbyte guive ñemano mbohapy ára ha mbyte paha opávo umi mokõi testígo Apocalipsis capítulo once-pegua rehe. Daniel ñembo’e Levítico mokõipa poteĩgua, ojehaíva capítulo nueve-pe, oiko va’ekue Darío áño peteĩhápe. Kóva omoĩ iñembo’éta umi punto de transición-pe.</w:t>
      </w:r>
    </w:p>
    <w:p>
      <w:pPr>
        <w:pStyle w:val="ArticleBody"/>
        <w:jc w:val="left"/>
      </w:pPr>
      <w:r>
        <w:rPr>
          <w:rFonts w:ascii="Times New Roman" w:hAnsi="Times New Roman" w:eastAsia="Times New Roman" w:cs="Times New Roman"/>
        </w:rPr>
        <w:t>Pe punto jehasa oikóva historia Millerítape haʼe vaʼekue 1856-pe, upe jave pe movimiento Millerita ojere Filadelfiágui Laodicéape, heʼiháicha James ha Ellen White. Upe aryetepe ou “tesape pyahu” pe “siete tiempo” rehegua Hiram Edson rembiapokuépe Review and Herald-pe, péro 1863-pe (“siete tiempo” rire), pe “siete tiempo” oñemboyke hag̃uaite. Daniel oñemboʼe “pe ñemboʼe” ojekuaa hag̃ua “pe pohã” ramo pe “ñemosarambi” rehegua pe “siete tiempo” rehe, pe punto jehasa mbytépe peteĩha ha mokõiha mburuvichagua profecía bíblica rehegua.</w:t>
      </w:r>
    </w:p>
    <w:p>
      <w:pPr>
        <w:pStyle w:val="ArticleBody"/>
        <w:jc w:val="left"/>
      </w:pPr>
      <w:r>
        <w:rPr>
          <w:rFonts w:ascii="Times New Roman" w:hAnsi="Times New Roman" w:eastAsia="Times New Roman" w:cs="Times New Roman"/>
        </w:rPr>
        <w:t>Mbohapy ha mbyte niko peteĩ símbolo umi mil doscientos sesenta arypegua, ha ko’ãva katu peteĩ símbolo “siete tiempos” rehegua. Árape 18 jasypokõi 2020-pe, pe movimiento laodicense hérava Future for America ohechauka peteĩ ñemopu’ã Tupã mandamiento rehe, ha’éva ani hag̃ua araka’eve ojepytaso jey peteĩ marandu profético tiempo ári. Upérõ pe movimiento oñe’ẽ hag̃ua “ojuka” ha “oñemosarambi” pe calle oje’évape Apocalipsis once-pe, pe ohasáva Ezequiel ñu umi kangue omanóva ha ipirúva rupive. Pe “ñemosarambi” ára paha-pe, ha’éva avei pe “espera tiempo” pe parábola umi diez vírgenes rehegua, ko’ág̃a ohenóihína chupekuéra osẽ hag̃ua ijyvýgui peteĩ “ñe’ẽ osapukáiva” rupive, osẽva pe “desierto” ryepýgui umi “mbohapy ha mbyte” ára aja.</w:t>
      </w:r>
    </w:p>
    <w:p>
      <w:pPr>
        <w:pStyle w:val="ArticleBody"/>
        <w:jc w:val="left"/>
      </w:pPr>
      <w:r>
        <w:rPr>
          <w:rFonts w:ascii="Times New Roman" w:hAnsi="Times New Roman" w:eastAsia="Times New Roman" w:cs="Times New Roman"/>
        </w:rPr>
        <w:t>Millerita-kuéra ipahápe ohechakuaa haguéicha upérõ oĩha hikuái pe “arõha ára”pe Mateo kapítulo veinticinco ha Habacuc kapítulo mokõihápe, upéicha avei, pe “mokõi testígo omanóva” oikotevẽ ohechakuaa moõpa oĩ, pe “ñe'ẽ osapukáiva desiértope” osapukái jave. Ha'e kuéra ohechakuaava'erã oñemyasãi hague. Upe ñemoakãrapu'ã ha'e peteĩ ñehenói “ñembo'épe”, ha katu ndaha'éi ñembo'e añónte, ha'e peteĩ ñehenói Daniel rembipuru Levítico veintiséis ñembo'épe. Upe ñembo'e específico'ỹre, ndaipóri jevy oikove. Pe jevy oikove ombojekuaa pe punto de transición Laodicea guive Philadelphia peve, ha omoheñói pe mba'e ojehupytyva'ekue profético pe poapyha ha'éva umi siete apytégui, ojehechaukaháicha Nabucodonosor ta'anga rupive Daniel kapítulo mokõihápe.</w:t>
      </w:r>
    </w:p>
    <w:p>
      <w:pPr>
        <w:pStyle w:val="ArticleBody"/>
        <w:jc w:val="left"/>
      </w:pPr>
      <w:r>
        <w:rPr>
          <w:rFonts w:ascii="Times New Roman" w:hAnsi="Times New Roman" w:eastAsia="Times New Roman" w:cs="Times New Roman"/>
        </w:rPr>
        <w:t>Upe ñembo’e ñembyasy ha jevy ñemombe’u ojejapopa rire, pe ñe’ẽme’ẽ he’i Tupã upéi imandu’ataha Iñe’ẽme’ẽre ha ombyatytaha Ipu’akaipyre isarambipávape. Ezequiel marandu ypy ombyaty va’ekue kanguekuéra, ha upéi imarandu “irundy yvytu” rehegua omoambuéva pe “Filadelfiayguakuérape” oñemoheñóiva ramoite peteĩ ehérsito mbaretépe… peteĩ ehérsito mbarete, Apocalipsis 11 he’iháicha, upémarõ oñehupítava’erã “yvága peve” peteĩ “araí ángelkuéra reheve”. Ha’ekuéra upémarõ hína Ñandejára “poyvi”.</w:t>
      </w:r>
    </w:p>
    <w:p>
      <w:pPr>
        <w:pStyle w:val="ArticleBody"/>
        <w:jc w:val="left"/>
      </w:pPr>
      <w:r>
        <w:rPr>
          <w:rFonts w:ascii="Times New Roman" w:hAnsi="Times New Roman" w:eastAsia="Times New Roman" w:cs="Times New Roman"/>
        </w:rPr>
        <w:t>Pe “sekréto” Daniel mokõihápe, pe Leõ Judá ñemoñaregua ko’ág̃a oikuaaukaháicha, omboaje pe mba’e ojehecháva rehegua “poapýha, umi sietégui”…ha opaite ambue elemento profétiko Daniel mokõiguápe ojoja pe mokõi testígo Apocalipsis capítulo once pegua secuencia profétika ndive. Pe mokõi testígo Apocalipsis capítulo once pegua, oñemopu’ã “techaukaha ramo” upe mismo “ára”pe oiko jave pe léi domingopegua, oñemopu’ãgui hikuái pe “yvyryrýi guasu” Apocalipsis capítulo once peguápe. Pe “yvyryrýi guasu” ohundi peteĩ décima pe távagui, ha Estados Unidos ha’e pe mburuvicha guasu tenondetegua umi “diez mburuvicha” apytépe, Francia ha’éhaguéicha ave, pe “yvyryrýi” Revolución Francesa rehegua ombogue jave Francia-pe, oñekumpli hag̃ua Apocalipsis capítulo once.</w:t>
      </w:r>
    </w:p>
    <w:p>
      <w:pPr>
        <w:pStyle w:val="ArticleBody"/>
        <w:jc w:val="left"/>
      </w:pPr>
      <w:r>
        <w:rPr>
          <w:rFonts w:ascii="Times New Roman" w:hAnsi="Times New Roman" w:eastAsia="Times New Roman" w:cs="Times New Roman"/>
        </w:rPr>
        <w:t>Upe mba’eterei oñekumpli pe yvyryrýi, oñekumpli pe mymbajára “yvy” rehe, ha pe léi domingo pe mymbajára yvy rréinope ogueru peteĩ mboryryi. Pe ñekumpli peteĩchaguaite pe “yvyryrýi” Apocalipsis once-pe, ha’e pe léi domingo, araka’e pe mymbajára “yvy” oñemboryryi ha pe apostasía tetãygua rire ou pe ñehundi tetãygua. Upe aravópe, mokõi testígo oñemopu’ã yvate “techaukaha ramo”. Ha’ekuéra “ojupi yvágape arai rupi”, Cristo ojupi haguéicha yvágape ipaha hag̃uáicha. Iñe’ẽ paha umi temimbo’épe, omboykéva Tupã retãgua ára pahapegua rehegua, ha upéicha avei oñemopu’ãva’erã yvágape techaukaha ramo, ojehai pe Hechos kuatiápe.</w:t>
      </w:r>
    </w:p>
    <w:p>
      <w:pPr>
        <w:pStyle w:val="ArticleScripture"/>
        <w:jc w:val="left"/>
      </w:pPr>
      <w:r>
        <w:rPr>
          <w:rFonts w:ascii="Times New Roman" w:hAnsi="Times New Roman" w:eastAsia="Times New Roman" w:cs="Times New Roman"/>
        </w:rPr>
        <w:t>Ha he’i chupekuéra: Ndaha’éi pene mba’e peikuaa hag̃ua umi ára térã umi aravo, pe Túva omoĩva’ekue ijeheguigua pu’akápe. Péro peẽ pehupytyta pu’aka Espíritu Santo ou vove pende ári; ha peẽ peikóta che rehegua testígo, Jerusalénpe, opa Judea pukukue javeve, Samáriape, ha pe yvy apy peve. Ha he’ívo ko’ã mba’e, ha’ekuéra omaña aja hese, ha’e ojegueraha yvate; ha peteĩ arai omokañy chupe hesakuéragui. Hechos 1:7–9.</w:t>
      </w:r>
    </w:p>
    <w:p>
      <w:pPr>
        <w:pStyle w:val="ArticleBody"/>
        <w:jc w:val="left"/>
      </w:pPr>
      <w:r>
        <w:rPr>
          <w:rFonts w:ascii="Times New Roman" w:hAnsi="Times New Roman" w:eastAsia="Times New Roman" w:cs="Times New Roman"/>
        </w:rPr>
        <w:t>Umi oikótava’erã pe “poyvi” ramo, ojei’íva’erã mombyry “ára ha aravo” jeheguígui, ikatu hag̃uáicha ohupyty Espíritu Santo pu’aka omohu’ã hag̃ua pe tembiapo pe “poyvi” rehegua.</w:t>
      </w:r>
    </w:p>
    <w:p>
      <w:pPr>
        <w:pStyle w:val="ArticleBody"/>
        <w:jc w:val="left"/>
      </w:pPr>
      <w:r>
        <w:rPr>
          <w:rFonts w:ascii="Times New Roman" w:hAnsi="Times New Roman" w:eastAsia="Times New Roman" w:cs="Times New Roman"/>
        </w:rPr>
        <w:t>Pe “sekréto” oñemombe’u vaekue Daniel-pe mokõiha kapítulope, ha’e Jesucristo Revelación rehegua sekréto ojeipe’áva mbeguekatúpe opaha mboyve pe tiempo de prueba. Upe “sekréto” oguereko avei “pe tembiasakue ñemíva” “Siete Truenos” rehegua. Upe tembiasakue oñemohenda pe ñe’ẽ hebreo ári, ojejapóva oñembojoajúvo pe peteĩha, pakõiha mbytépeha ha paha letra alfabeto hebreo-gua. Umi letra oñembojoajúramo, omoheñói pe ñe’ẽ hebreo “añetegua”. Jesús ha’e pe “añetegua”, ha upéva avei pe Primero ha pe Último. Umi mbohapy letra ohechauka opaite tuicha movimiento de reforma rehegua estructura, pórke ohechauka hikuái pe primer, segundo ha tercer ángel. Ohechauka avei pe mbohapy jepytaso ñemopotĩ rape ojehechaukáva Daniel kapítulo doce-pe, “oñemopotĩ, oñemboy morotĩ ha oñeha’ãpyre” ramo. Upe proceso mbohapy jepytaso rehegua, oñeha’ã ha oñemopotĩ hag̃ua, oñepresenta hag̃ua hetave mokõipa ary pukukue Future for America rupive, ha ko’ág̃a katu ojekuaa chupe ohechaukaha peteĩ “tembiasakue ñemíva” umi línea sagrada de reforma ryepýpe. Upe “tembiasakue ñemíva” ha’e pe cumplimiento perfecto umi “Siete Truenos” rehegua, ojesella vaekue ko’ág̃a peve, pe tiempo de prueba opaha mboyve.</w:t>
      </w:r>
    </w:p>
    <w:p>
      <w:pPr>
        <w:pStyle w:val="ArticleBody"/>
        <w:jc w:val="left"/>
      </w:pPr>
      <w:r>
        <w:rPr>
          <w:rFonts w:ascii="Times New Roman" w:hAnsi="Times New Roman" w:eastAsia="Times New Roman" w:cs="Times New Roman"/>
        </w:rPr>
        <w:t>Yma arekuri ojeikuaa porã hague umi Siete Trueno ohechauka “peteĩ delineación de acontecimientos oikova’ekue pe marandu peteĩha ha mokõiha ánhel guýpe”, ha avei ohechauka hague “mba’e oikótava tenonderãme ojehechaukátava iórdenpe.” Ko’ág̃a ojehechauka ñandéve pe Revelación rupive “añetegua”, pe mbohapy waymark paha peteĩ línea de reforma rehegua ha’eha pe “tembiasakue ñemiguáva” umi Siete Trueno rehegua. Umi waymark oñepyrũ pe “tenonderã” ñembyasy reheve ha opa pe “paha” ñembyasype. Pe waymark mbytegua ha’e pe Midnight Cry. Pe ñembyasy peteĩha omarka pe ñepyrũ pe “tiempo de espera” rehegua, opa peve pe Midnight Cry-pe. Pe marandu pe Midnight Cry rehegua opa pe “juicio”-pe, upépe oñemarka pe ñembyasy paha.</w:t>
      </w:r>
    </w:p>
    <w:p>
      <w:pPr>
        <w:pStyle w:val="ArticleBody"/>
        <w:jc w:val="left"/>
      </w:pPr>
      <w:r>
        <w:rPr>
          <w:rFonts w:ascii="Times New Roman" w:hAnsi="Times New Roman" w:eastAsia="Times New Roman" w:cs="Times New Roman"/>
        </w:rPr>
        <w:t>Pe ñembyasy peteĩha Daniel kapítulo mokõihápe, ha’e vaekue Daniel ohechakuaa hague oñemoĩ hague peteĩ “ñe’ẽme’ẽ manórã” guýpe. Upéi ha’e ojerure “ára”, ha upéicha omoakãrapu’ã “aravo oha’arõha” ñepyrũ. Upéva ogueru chupe “pe mba’e kañy” rehegua ñehesa’ỹijo, ha’éva Pyhare Pyte Sapy’a Guasu marandu, upéi oñepresentáva Nabucodonosor-pe ikatu hag̃uáicha ha’e “ohusga” Daniel marandu.</w:t>
      </w:r>
    </w:p>
    <w:p>
      <w:pPr>
        <w:pStyle w:val="ArticleBody"/>
        <w:jc w:val="left"/>
      </w:pPr>
      <w:r>
        <w:rPr>
          <w:rFonts w:ascii="Times New Roman" w:hAnsi="Times New Roman" w:eastAsia="Times New Roman" w:cs="Times New Roman"/>
        </w:rPr>
        <w:t>Nabucodonosor “huísio” pegua pe sueño ha pe interpretación Daniel opresentáva ohechauka mbohapyha umi mbohapy señal-gui ombohechaukáva pe “tembiasakue kañymby” umi Siete Truenos rehegua. Upe huísio avei oñembojevy Daniel capítulo mbohapy-pe, upépe ojehechauka pe principio mbaretehápe ojeporúva Daniel ha Apocalipsis kuatiakuérape, ha upe principio ha’e “jey ha tuichave”.</w:t>
      </w:r>
    </w:p>
    <w:p>
      <w:pPr>
        <w:pStyle w:val="ArticleBody"/>
        <w:jc w:val="left"/>
      </w:pPr>
      <w:r>
        <w:rPr>
          <w:rFonts w:ascii="Times New Roman" w:hAnsi="Times New Roman" w:eastAsia="Times New Roman" w:cs="Times New Roman"/>
        </w:rPr>
        <w:t>Ñañe’ẽta mbohapyha kapítulo rehe pe artíkulo oúvape, ha katu iporã koʼápe jahechauka hag̃ua mbohapyha waymark rembiapoukapy kapítulo mbohapýpe ohechauka hague pe pahápegua ñembotavy, upe oñetypifikáva pe peteĩha ñembotavy rupive. Pe “tembiasakue kañymby” umi siete truenos rehegua ohechauka mbohapy waymark, oñepyrũvo ha opa hag̃ua peteĩ ñembotavy reheve. Daniel kapítulo mokõihápe pe peteĩha ñembotavy oñembojoaju peteĩ “jukauka’ẽ” rehe Nabucodonosor rupive, ha kapítulo mbohapýpe pe pahápegua ñembotavy oñembojoaju ambue “jukauka’ẽ” rehe Nabucodonosor rupive.</w:t>
      </w:r>
    </w:p>
    <w:p>
      <w:pPr>
        <w:pStyle w:val="ArticleBody"/>
        <w:jc w:val="left"/>
      </w:pPr>
      <w:r>
        <w:rPr>
          <w:rFonts w:ascii="Times New Roman" w:hAnsi="Times New Roman" w:eastAsia="Times New Roman" w:cs="Times New Roman"/>
        </w:rPr>
        <w:t>Pe “tembiasakue kañymby” umi “mokõi testígo”-gui, ohechaukáva pe movimiento Future for America, ohechauka pe ñembyasy guasu 18 jasypokõi 2020-pe. Upérõ oñepyrũ pe “aravo oñeha’arõva”, ojehechaukaháicha “mbohapy ára ha mbyte” rupive Apocalipsis kapítulo once-pe. Pe ñemombáy ha jeikovejey umi “ojejukáva tape rupi” pe mymba ojupíva “yvykua pypuku’ỹva” guive rupive, oñemyesakã porã Ñandejára ñe’ẽ profética-pe; ha katu peteĩ nivel isensíllovape, umi mokõi testígo opáy ramo, ontende pe “ñemimby” ojehechaukáva Daniel kapítulo mokõi-pe.</w:t>
      </w:r>
    </w:p>
    <w:p>
      <w:pPr>
        <w:pStyle w:val="ArticleBody"/>
        <w:jc w:val="left"/>
      </w:pPr>
      <w:r>
        <w:rPr>
          <w:rFonts w:ascii="Times New Roman" w:hAnsi="Times New Roman" w:eastAsia="Times New Roman" w:cs="Times New Roman"/>
        </w:rPr>
        <w:t>Pe “secreto” ha’e pe marandu Pyhare Mbytegua Sapy’a, upéva rire ha’ekuéra omombe’u meme Daniel mbohapyha peve, pe léi dominical og̃uahẽ mboyve’imi, ha pe ñembotavy paha oiko. Pe ñembotavy peteĩha ohasa umi ojehechaukáva “Daniel” ramo ára 18 jasypokõi, 2020-pe. Pe ñembotavy paha ohasa “pa réi” ruvicha rehe, ha’éva Tetã peteĩ reko Amérika Joajupyre, tetãygua apostasía oguerúvo tetãygua ñehundi Islam-gui.</w:t>
      </w:r>
    </w:p>
    <w:p>
      <w:pPr>
        <w:pStyle w:val="ArticleBody"/>
        <w:jc w:val="left"/>
      </w:pPr>
      <w:r>
        <w:rPr>
          <w:rFonts w:ascii="Times New Roman" w:hAnsi="Times New Roman" w:eastAsia="Times New Roman" w:cs="Times New Roman"/>
        </w:rPr>
        <w:t>Ñamohu'ãmbáta pe ñemombyky ha pe ñemohu'ã Daniel kapítulo mokõi rehegua pe artíkulo oúvape.</w:t>
      </w:r>
    </w:p>
    <w:p>
      <w:pPr>
        <w:pStyle w:val="ArticleScripture"/>
        <w:jc w:val="left"/>
      </w:pPr>
      <w:r>
        <w:rPr>
          <w:rFonts w:ascii="Times New Roman" w:hAnsi="Times New Roman" w:eastAsia="Times New Roman" w:cs="Times New Roman"/>
        </w:rPr>
        <w:t>“Satana oguereko ko yvy ape ári ojejapyhy hag̃ua. Ha’e omoinge peteĩ sábado ta’ãnga rehegua, ha ohechaukaicha chupe tuicha mba’eha. Ha’e omonda pe temimbotuicha mundo cristiano-gua ome’ẽva’ekue Ñandejára Sábadope, ome’ẽ hag̃ua ko sábado ta’ãnga reheguápe. Ko yvy ape ári oñesũ peteĩ tradición renondépe, peteĩ mandato yvypóra ojapóva renondépe. Nebucodonosor omoĩ haguéicha iñanga óro guigua Dura ñuime, ha upéicha omomba’eguasu ijupe, upéicha avei Satana omomba’eguasu ijupe ko sábado japupe, upévare ha’e omonda va’ekue yvága ao rechaukaha.” Review and Herald, March 8,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Ñe’ẽporã Daniel rehegua - Papapy Pakõi ha Irundy</dc:title>
  <dc:subject>Daniel Kapítulo Mokõi – Mbyky ha Mboapu’a Peteĩha Parte</dc:subject>
  <dc:creator>Jeff Pippenger</dc:creator>
  <cp:keywords/>
  <dc:description>Generated by ArticleDigger from daniel\14_daniel.json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