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Kuatiañeʼẽ Daniel rehegua - Sa po peteĩ-ciento cincuenta y tres hag̃ua</w:t>
      </w:r>
    </w:p>
    <w:p>
      <w:pPr>
        <w:pStyle w:val="ArticleSubtitle"/>
        <w:jc w:val="left"/>
      </w:pPr>
      <w:r>
        <w:rPr>
          <w:rFonts w:ascii="Arial" w:hAnsi="Arial" w:eastAsia="Arial" w:cs="Arial"/>
        </w:rPr>
        <w:t>Teko Apykuaa rehegua Ta’anga Yvytupegua pe Mburuvichagua Yvate gotyo ha Yvy gotyo rehegua: Peteĩ Tape Guata Tupaónguéra Bíblico rupive ha Yvypóra Rekóre hag̃im_end|im_start|&gt;assistant&lt;|meta_sep|confidence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Pe rréino yvategua ohechauka vaʼekue pe tekove yvyguigua pe yvypóra rógape; ohechauka vaʼekue pe tete pe iglesia róga guasúpe; ohechauka vaʼekue pe toʼo yvypóra rehegua pe Cristo róga guasúpe. Cristo omopuʼãkuri opaite templo, ha Haʼe omoĩkuri opaite fundamento, ha pe ita peteĩha pe templo Millerita-pe haʼékuri pe doctrina “siete tiempos” rehegua, ojehechaukáva Ezequiel mokõi yvyra rupive. Pe ñemoĩ hag̃uare 1863-pe, pe Adventismo Laodiceagua omboykékuri i “ita akã” profétikava, ha upéva avei oikókuri pe templo yvy arigua ñemopuʼãme. Pe ita oñemboykéva oĩkuri destinada oñeiporavo hag̃ua pe templo ñemopuʼã pahaite gotyo, jepe haʼékuri peteĩ ita ñepysangáva opa pe tiempo de construcción aja. Upéicharõ jepe, pe Ñeʼẽ Profétika heʼi porã pe ita oñemboykéva ha ñepysangáva ipahápe oikotaha pe esquina akã.</w:t>
      </w:r>
    </w:p>
    <w:p>
      <w:pPr>
        <w:pStyle w:val="ArticleBody"/>
        <w:jc w:val="left"/>
      </w:pPr>
      <w:r>
        <w:rPr>
          <w:rFonts w:ascii="Times New Roman" w:hAnsi="Times New Roman" w:eastAsia="Times New Roman" w:cs="Times New Roman"/>
        </w:rPr>
        <w:t>Pe “siete tiempo” rehechaukáva pe rréino yvate gotyo, ha’e pe “akã”, pe rréino yvate gotyo rehegua rupi. Ha’e pe “akã”, pórke pe rréino yvate gotyope Tupã oiporavo ombojoaju hag̃ua Jerusalén hendive, Táva tee ramo, upépe omoĩhápe Isantuario ha Héra. Oñembojoaju mboyve mokõi yvyra 1798 guive 1844 peve, pe “akã” ha’e vaʼekue pe rréino michĩvéva, yvate gotyo pegua. Juanpe, ary 1844-pe, oñemombeʼu rire oheja hag̃uáicha pe rréino yvate gotyo, pórke oñemeʼẽ vaʼekue umi gentil-kuérape, pe rréino yvate gotyo opyta vaʼekue peteĩ techaukaha ramo, oñemboʼýva haʼeño peteĩ tetãicha, térã saʼive jepe upéva haʼe vaʼekue pe plan. Upe plan oñembotavykue pe ñepuʼãre 1863-pe, ha Israel moderno peteĩha “ñepuʼã Cades-pe” rehe.</w:t>
      </w:r>
    </w:p>
    <w:p>
      <w:pPr>
        <w:pStyle w:val="ArticleBody"/>
        <w:jc w:val="left"/>
      </w:pPr>
      <w:r>
        <w:rPr>
          <w:rFonts w:ascii="Times New Roman" w:hAnsi="Times New Roman" w:eastAsia="Times New Roman" w:cs="Times New Roman"/>
        </w:rPr>
        <w:t>11 jasyporundy 2001-pe, Ñandejára ogueru jey Ilesia Laodiceagua 1863-pe, ogueru jey 1888-pe, ogueru jey 1919-pe, ha ogueru jey 1957-pe, mokõiha “pu’ã jeýpe Cades-pe”. Hákatu upe pu’ã jeýpe koʼágã oñekumpli hína pe ñeʼẽmeʼẽ ita oñemboykéva rehegua, oikótava esquina akãrãicha. Upéva oñekumpli umi ojehechaukáva cien cuarenta y cuatro mil ramo, umi apytépe Cristo oporomoañete opa ára guarã divinidad ha humanidad joajúpe.</w:t>
      </w:r>
    </w:p>
    <w:p>
      <w:pPr>
        <w:pStyle w:val="ArticleBody"/>
        <w:jc w:val="left"/>
      </w:pPr>
      <w:r>
        <w:rPr>
          <w:rFonts w:ascii="Times New Roman" w:hAnsi="Times New Roman" w:eastAsia="Times New Roman" w:cs="Times New Roman"/>
        </w:rPr>
        <w:t>Páulo ohechakuaa pe tekotevẽ yvýpeguáva ramo so’o, ha pe tekotevẽ yvateve hag̃ua apytuʼũ. Ohechakuaa pe tete (pe tekotevẽ yvýpeguáva) ramo omanóva.</w:t>
      </w:r>
    </w:p>
    <w:p>
      <w:pPr>
        <w:pStyle w:val="ArticleScripture"/>
        <w:jc w:val="left"/>
      </w:pPr>
      <w:r>
        <w:rPr>
          <w:rFonts w:ascii="Times New Roman" w:hAnsi="Times New Roman" w:eastAsia="Times New Roman" w:cs="Times New Roman"/>
        </w:rPr>
        <w:t>Roikuaágui pe léiha ha’eha espiritual; che katu aikove yvypóra rekópe, añevendeva’ekue angaipa poguýpe. Pe ajapóva niko ndahechakuaái; pe ajaposeva, ndajajapói; pe ndaija’éiva katu, upéva ajapo. Ha ajapóramo pe ajapose’ỹva, amoneĩ pe léiha iporãha. Upéicharõ, ndaha’éi véima che ajapóva, síno pe angaipa oikóva che pype. Che aikuaa niko che pype, péva he’iséva che rete rehegua, ndaiporiha mba’eve iporãva; aipota hag̃uánte niko aikatu, ha ajapo hag̃ua pe iporãva, ndatopái mba’éichapa. Pe iporãva ajaposeva, ndajapói; pe ivaíva ajapose’ỹva katu, upéva ajapo. Ha ajapóramo pe ajapose’ỹva, ndaha’éi véima che ajapóva, síno pe angaipa oikóva che pype. Upévare atopa peteĩ léi: ajapose jave iporãva, pe ivaíva oĩ che ypýpe. Añetehápe avy’a Tupã léi rehe che kuimba’e ryepypegua rupive; ha ahecha ambue léi che rete pehẽnguépe, oñorairõva che apytu’ũ léi rehe, ha che reraha hag̃ua tembiguáiramo pe angaipa léi rehe, oĩva che rete pehẽnguépe. ¡Mávapa chembysyryrýta ko rete omano hag̃uáicha guive, che, kuimba’e ojehasa’asývaite! Romanos 7:14–24.</w:t>
      </w:r>
    </w:p>
    <w:p>
      <w:pPr>
        <w:pStyle w:val="ArticleBody"/>
        <w:jc w:val="left"/>
      </w:pPr>
      <w:r>
        <w:rPr>
          <w:rFonts w:ascii="Times New Roman" w:hAnsi="Times New Roman" w:eastAsia="Times New Roman" w:cs="Times New Roman"/>
        </w:rPr>
        <w:t>Pablo oikuaa porãkuri ipype, i“so’ópe”, ndoikoiha “mba’eve iporãva”. Umi jepokuaa, ñande ypykuéra rupive oguahẽva ha umi ha’e voi omongakuaáva oĩva iñakãme (hetépe), omba’apónte ogueraha hag̃ua chupe angaipápe. Umi jepokuaa ohechauka pe angaipa léi; Pablo katu oipota ojapo Tupã léi, ndaha’éi pe angaipa léi. Tupã léi Pablo ombohéra va’ekue “iñakã léi” ramo (heko yvatevéva). Ijahe’o ha’e va’ekue: “máva chepe’aíta ko tete omano hag̃uágui?” Añetehápe, Pablo oikuaa va’ekue pe Tupã rekoha oguerutaha pe jepe’a, ha katu upéicha avei oikuaa va’ekue pe tembiapo jepe’a rehegua oikotevẽha avei iñe’ẽme’ẽ ha ipy’a guasu hag̃ua ombohape hag̃ua upéva.</w:t>
      </w:r>
    </w:p>
    <w:p>
      <w:pPr>
        <w:pStyle w:val="ArticleScripture"/>
        <w:jc w:val="left"/>
      </w:pPr>
      <w:r>
        <w:rPr>
          <w:rFonts w:ascii="Times New Roman" w:hAnsi="Times New Roman" w:eastAsia="Times New Roman" w:cs="Times New Roman"/>
        </w:rPr>
        <w:t>Upévare, che rembiayhukuéra, peẽ akóinte peneñe'ẽrendu haguéicha, ndaha'éi che aime jave pene ndive añoite, ha ko'ág̃a katu hetave che ndaipóri jave, pemba'apo pene salvación rehe penejehegui voi kyhyje ha ryrýi reheve. Tupã niko pe omba'apóva pende pype, ome'ẽvo peẽme peipota ha pejapo hag̃ua hembipota porã. Filipenses 2:12, 13.</w:t>
      </w:r>
    </w:p>
    <w:p>
      <w:pPr>
        <w:pStyle w:val="ArticleBody"/>
        <w:jc w:val="left"/>
      </w:pPr>
      <w:r>
        <w:rPr>
          <w:rFonts w:ascii="Times New Roman" w:hAnsi="Times New Roman" w:eastAsia="Times New Roman" w:cs="Times New Roman"/>
        </w:rPr>
        <w:t>Pe ñepysyrõ ñemano retegui ojejapo vaʼekue pokatu Tupãguive rupive, ha upéva ojoaju vaʼekue pokatu yvypóra rehegua ndive; ha upéva hína pe techapyrã Jesús omeʼẽ vaʼekue yvypórape. Jepe pe léi angaipa rehegua ombaʼapo kyreʼỹme pe teko inferior oĩva retepe, Jesús oguereko vaʼekue iñakãrapuʼãmby pe teko inferior oĩ hag̃ua Tupã léi poguýpe, omeʼẽvo ivolunta pe Itúva rembipota poguýpe. Pablo ikatu vaʼerãmoʼã ojuhu ñepysyrõ, omeʼẽramo ivolunta divinidad rembipotáme. Péicha ojapóvo, haʼe ombaʼapo hína ikatu hag̃uáicha oikuaa hag̃ua ipype pe salvación, ha kóva hína pe Hermana White heʼiséva oñeʼẽ jave pe tembiapo rehe oñembogue hag̃ua angaipa ñande rekohágui.</w:t>
      </w:r>
    </w:p>
    <w:p>
      <w:pPr>
        <w:pStyle w:val="ArticleScripture"/>
        <w:jc w:val="left"/>
      </w:pPr>
      <w:r>
        <w:rPr>
          <w:rFonts w:ascii="Times New Roman" w:hAnsi="Times New Roman" w:eastAsia="Times New Roman" w:cs="Times New Roman"/>
        </w:rPr>
        <w:t>“Mayma ánga ndoñeme’ẽséi Tupãme oĩ ambue pu’aka poguýpe. Ha’e ndaha’éi imba’e tee. Ikatu oñe’ẽ sãso rehe, péro oĩ tembiguái hag̃ua ipohýive ha ivaivéva apytépe. Noñeme’ẽri chupe ohecha hag̃ua añetegua porãite, pórke iñarandu oĩ Satanás poguýpe. Ha’e oñembotavy jave oimo’ãvo omoirũha ijuicio tee rembiapoukapy, añetehápe ohendu ha ojapo pytũ mburuvicha rembipota. Cristo ou omopẽ hag̃ua angapyhykuéra angaipa rembiguáiha joaju ñemokãinguegui. ‘Aime ramo pe Ta’ýra penemosãsóne, añetehápe peẽ peikóta sãsópe.’ ‘Pe Espíritu ley ome’ẽva tekove Cristo Jesúspe’ ñanemosãso ‘angaipa ha mano leygui.’ Romanos 8:2.”</w:t>
      </w:r>
    </w:p>
    <w:p>
      <w:pPr>
        <w:pStyle w:val="ArticleScripture"/>
        <w:jc w:val="left"/>
      </w:pPr>
      <w:r>
        <w:rPr>
          <w:rFonts w:ascii="Times New Roman" w:hAnsi="Times New Roman" w:eastAsia="Times New Roman" w:cs="Times New Roman"/>
        </w:rPr>
        <w:t>“Pe redénsion rembiapópe ndaipóri jejopy. Ndojepurúi mbarete okapeguáva. Tupã Espíritu influencia guýpe, yvypóra ojejapo sãso oiporavo hag̃ua mávapepa oservíta. Umi ñemoambue oikóva, pe ánga oñeme’ẽ jave Cristo-pe, upépe oĩ pe sãso yvatevéva sentido. Angaipa ñemosẽ ha’e pe ánga rembiapo tee. Añetehápe, ndajajarekói pu’aka ñañemosãso hag̃ua ñandejehegui Satanás poguýgui; ha ñandesegíramo ñañemosãso angaipágui, ha ñane remikotevẽ guasúpe jasapukái peteĩ pu’akarã ñandehegui okápe ha ñande ári oĩvape, upéicharõ pe ánga mbaretekuéra oñemyenyhẽ Espíritu Santo energía divina rehe, ha iñe’ẽrendu hikuái pe voluntad rembiapoukapykuérape, omboaje hag̃ua Tupã voluntad.”</w:t>
      </w:r>
    </w:p>
    <w:p>
      <w:pPr>
        <w:pStyle w:val="ArticleScripture"/>
        <w:jc w:val="left"/>
      </w:pPr>
      <w:r>
        <w:rPr>
          <w:rFonts w:ascii="Times New Roman" w:hAnsi="Times New Roman" w:eastAsia="Times New Roman" w:cs="Times New Roman"/>
        </w:rPr>
        <w:t>“Peteĩnte condición rupive ikatu yvypóra rekosãsõ: toiko hag̃ua peteĩme Cristo ndive. ‘Pe añetegua pene mosãsõta’; ha Cristo hína pe añetegua. Angaipa ikatu ipu’aka añoite omokangy rupi pe apytu’ũ ha ombyai rupi pe ánga rekosãsõ. Ñemoĩ Tupã poguýpe hína jevy jey hag̃ua peteĩva ijehe,—yvypóra tee mimbipa ha tekokatu añetévape. Pe léi divina, ñande rerúva ñañemoĩ hag̃ua ipoguýpe, hína ‘pe tekosãsõ léi.’ Santiago 2:12.” The Desire of Ages, 466.</w:t>
      </w:r>
    </w:p>
    <w:p>
      <w:pPr>
        <w:pStyle w:val="ArticleBody"/>
        <w:jc w:val="left"/>
      </w:pPr>
      <w:r>
        <w:rPr>
          <w:rFonts w:ascii="Times New Roman" w:hAnsi="Times New Roman" w:eastAsia="Times New Roman" w:cs="Times New Roman"/>
        </w:rPr>
        <w:t>Pablo osapukái: “¡Che mboriahuiteva'erã! Mávapa che pysyrõta ko ñemano retegui?” Hermana White he'i: “ñande jaipota vove ñañemosãsõ angaipágui, ha ñande tekotevẽ guasúpe jasapukái peteĩ pokatu ñandehegui okápe ha ñande ári guasu hag̃uápe, upévo ñane ánga pokatukuéra oñemyenyhẽ Espíritu Santo energía divina reheve, ha iñe'ẽrendu hikuái ñane rembipotápe, okumpli hag̃ua Tupã rembipota.” Jajeporuvo ñane yvypóra reko joajúpe Cristo divinidad ndive, ñane rembipota ñamomba'apóvo, jajapo pe “acto” jaipe'a hag̃ua angaipa ñande “ángagui.”</w:t>
      </w:r>
    </w:p>
    <w:p>
      <w:pPr>
        <w:pStyle w:val="ArticleBody"/>
        <w:jc w:val="left"/>
      </w:pPr>
      <w:r>
        <w:rPr>
          <w:rFonts w:ascii="Times New Roman" w:hAnsi="Times New Roman" w:eastAsia="Times New Roman" w:cs="Times New Roman"/>
        </w:rPr>
        <w:t>Ha katu pe “tekotevẽ ñantende pe añetegua mbarete pe voluntad rehegua”. Pe voluntad ha’e “pe mbarete omyakãva yvypóra rekópe, pe poder odesidi hag̃ua térã ojeporavo hag̃uáicha. Opa mba’e odepende pe voluntad rembiapo hekopete rehe. Pe poder jeporavorã Ñandejára ome’ẽ va’ekue umi kuimba’e ha kuñáme; ha’e kuéra mba’eete voi upéva ojeporu hag̃ua. Nde ndaikatúi remoambue nde py’a, ndaikatúi ndejehegui voi reme’ẽ Ñandejárape iñe’ẽrendu ha mborayhu; ha katu ikatu reiporavo reservi chupe. Ikatu reme’ẽ chupe nde voluntad; ha upérõ Ha’e omba’apóta nde pype reipota ha rejapo hag̃ua hembipota porãháicha. Péicha nde rekove pukukue ojehupytýta Cristo Espíritu poguýpe; nde mborayhu oñembohapéta hese, nde remiandu katu oĩta joajúpe hendive.”</w:t>
      </w:r>
    </w:p>
    <w:p>
      <w:pPr>
        <w:pStyle w:val="ArticleBody"/>
        <w:jc w:val="left"/>
      </w:pPr>
      <w:r>
        <w:rPr>
          <w:rFonts w:ascii="Times New Roman" w:hAnsi="Times New Roman" w:eastAsia="Times New Roman" w:cs="Times New Roman"/>
        </w:rPr>
        <w:t>Pablo oikuaa porãkuri ko'ã añetegua, ha ha'e oikuaa avei iñande rekotee michĩvéva ojejoko va'erãha ha oñemoĩ va'erãha iñe'ẽrendu hag̃ua hekotee yvatevévape, ivoluntad jeporu rupive. Upévare Pablo omano ára ha ára.</w:t>
      </w:r>
    </w:p>
    <w:p>
      <w:pPr>
        <w:pStyle w:val="ArticleScripture"/>
        <w:jc w:val="left"/>
      </w:pPr>
      <w:r>
        <w:rPr>
          <w:rFonts w:ascii="Times New Roman" w:hAnsi="Times New Roman" w:eastAsia="Times New Roman" w:cs="Times New Roman"/>
        </w:rPr>
        <w:t>Añe'ẽ hatã penevy'aguasu rehe, arekóva Cristo Jesús ñande Ruvicha ryepýpe, che amano ára ha ára. 1 Corintios 15:31.</w:t>
      </w:r>
    </w:p>
    <w:p>
      <w:pPr>
        <w:pStyle w:val="ArticleBody"/>
        <w:jc w:val="left"/>
      </w:pPr>
      <w:r>
        <w:rPr>
          <w:rFonts w:ascii="Times New Roman" w:hAnsi="Times New Roman" w:eastAsia="Times New Roman" w:cs="Times New Roman"/>
        </w:rPr>
        <w:t>Pablo oikuaa vaekue tekotevẽha ombosakrifika ára ha ára iñande reko yvýpegua, oiporúvo hembipota omoĩ hag̃ua iñande reko yvýpegua ipoguýpe. Upévare, ombosakrifika hetekue.</w:t>
      </w:r>
    </w:p>
    <w:p>
      <w:pPr>
        <w:pStyle w:val="ArticleScripture"/>
        <w:jc w:val="left"/>
      </w:pPr>
      <w:r>
        <w:rPr>
          <w:rFonts w:ascii="Times New Roman" w:hAnsi="Times New Roman" w:eastAsia="Times New Roman" w:cs="Times New Roman"/>
        </w:rPr>
        <w:t>Ha umi mba’éva Cristo mba’eva’ekue okurusifika hikuái so’o reko hi’ánga ha hembipota vai ndive. Gálatas 5:24.</w:t>
      </w:r>
    </w:p>
    <w:p>
      <w:pPr>
        <w:pStyle w:val="ArticleBody"/>
        <w:jc w:val="left"/>
      </w:pPr>
      <w:r>
        <w:rPr>
          <w:rFonts w:ascii="Times New Roman" w:hAnsi="Times New Roman" w:eastAsia="Times New Roman" w:cs="Times New Roman"/>
        </w:rPr>
        <w:t>Pablo oikuaa porãkuri iñande rete angaipa oĩtaha yvypórape Cristo Jeju Jey mokõihápe peve, upe jave umi jeroviapy oguerekótava, peteĩ tesa pirĩme, peteĩ rete pyahu omimbipáva. Upévare 1798 ohechauka umi cuarenta y seis ary ñepyrũ, pe témplo Millerita oñemopuʼã hague, Cristo rehehápe, haʼe hag̃uáicha pe fundamento añoite, haʼe niko pe Ovecha Rymba jejukapyvaʼekue fundamento guive. Pe reino yvategua vaʼekue pe rete, ha angaipa rupive ojupi vaʼekue yvypóra ári, ha omoĩ yvate ijupe hag̃ua pe reino yvategua japu hag̃uáicha. Áño 1844-pe, Juan-pe oñeʼẽ vaʼekue oheja hag̃ua “okápe” pe korapy, ha upéva heʼise griego-pe, omboyke hag̃ua pe teko yvyguigua, ojupi vaʼekue pe teko yvatevévagui ári, upépe Tupã oiporavo omoĩ hag̃ua Héra; ha 1798-pe, pe soʼo (pe teko yvyguigua) “umi mborayhu vai ha tembiapose vaíndi” ndive, oñemosãingo vaʼerã kuri kurusúre.</w:t>
      </w:r>
    </w:p>
    <w:p>
      <w:pPr>
        <w:pStyle w:val="ArticleBody"/>
        <w:jc w:val="left"/>
      </w:pPr>
      <w:r>
        <w:rPr>
          <w:rFonts w:ascii="Times New Roman" w:hAnsi="Times New Roman" w:eastAsia="Times New Roman" w:cs="Times New Roman"/>
        </w:rPr>
        <w:t>Ipyguasu hag̃uáme, Cristo rete omano kurusúre, oñekytĩgui umi oikovévagui. Upérõ pe mburuvicha guasu yvy gotyopegua vaʼerãkuri peteĩ tetãnte, peteĩ rréi reheve, ñeʼẽmeʼẽme Tupã ndive, ha peteĩ tetã oguerekóva Tupã rendaguasu ipytũmbýpe. Tysýi ári tysýi, umi “siete tiempos”, koʼág̃a haʼe “pe akã esquina pegua”, ha 11 jasyporundy 2001 guive Tupã omopuʼã hína i “ehérsito yvate gotyogua” peteĩ techaukaha ramo. Upe ehérsito vaʼerã peteĩ tetãnte, ha upe tetã ohechaukáta haʼeñoite taʼanga, ha upéicha ojapo voi upe jave Satanás omopuʼã ramo hína i “hatĩ” haʼéva pe mymba raʼanga. Ezequiel kapítulo treinta y siete-pe pe marandu umi irundy yvytu rehegua opeju pe ama pahaguévo marandu ári umi upéi opuʼãva upe ehérsito ramo. Pe marandu umi irundy yvytu rehegua haʼe pe marandu Trompéta Pokatuha rehegua, upépe oñemohuʼã hag̃ua Tupã remimimby.</w:t>
      </w:r>
    </w:p>
    <w:p>
      <w:pPr>
        <w:pStyle w:val="ArticleBody"/>
        <w:jc w:val="left"/>
      </w:pPr>
      <w:r>
        <w:rPr>
          <w:rFonts w:ascii="Times New Roman" w:hAnsi="Times New Roman" w:eastAsia="Times New Roman" w:cs="Times New Roman"/>
        </w:rPr>
        <w:t>Tembeapo paha oñemohu’ãvo ñesella oñepyrũ 7 jasypa 2023-pe. Pe tiempo oñesellahápe umi cien cuarenta y cuatro mil oñemboguata pe Séptima Trompeta osapukái aja, ha upe trompeta osapukái mbohapy jey pe ñesella rape pukukue jave. Akóinte ohechauka peteĩ ñembota Islam-gui pe Yvy Hekovévare. Pe “yvy hekovéva” espiritual moderno oñenupãkuri 11 jasyporundy 2001-pe, ha pe yvy hekovéva yma guare, añeteguáva, oñenupãkuri 7 jasypa 2023-pe, upe arýpe voi umi mokõi testígo oñejukava’ekue oikove jey hague. Pe mbohapýha ñembota oikóta pe léi domingo oñemboajepotaitévape ko’ág̃aite Estados Unidos-pe.</w:t>
      </w:r>
    </w:p>
    <w:p>
      <w:pPr>
        <w:pStyle w:val="ArticleBody"/>
        <w:jc w:val="left"/>
      </w:pPr>
      <w:r>
        <w:rPr>
          <w:rFonts w:ascii="Times New Roman" w:hAnsi="Times New Roman" w:eastAsia="Times New Roman" w:cs="Times New Roman"/>
        </w:rPr>
        <w:t>7 jasypa 2023 guive, pe tóra republicana ha pe tóra protestánte añetegua pe mymbakuéra yvyguápe oñemoambuévo hikuái ipahaitépe peteĩ tóra-pe oñe’ẽva dragónicha térã Ovecharã’yicha, pe léi domingo oguahẽmbaitévo. Mokõi jehechauka umi oñemoĩva ñorairõme hyepypegua ha okápeguáva pe jejoavy guasúpe oñembosaráiva ko yvy rembiasakue pahaitepegua umba’e oikóvape, mokõivéva ojejuhu pe tembiasakue ohechaukávape pe versíkulo 40 Daniel kapítulo 11-pe. Umi mokõi tóra mokõivéva rembiapo paha oñemboguata pe Trompéta Pokatuhápe oñehendúvo aja. Pe Trompéta Pokatúva hína pe mbohapyha umi mbohapy trompéta ñehundi rehegua apytégui.</w:t>
      </w:r>
    </w:p>
    <w:p>
      <w:pPr>
        <w:pStyle w:val="ArticleBody"/>
        <w:jc w:val="left"/>
      </w:pPr>
      <w:r>
        <w:rPr>
          <w:rFonts w:ascii="Times New Roman" w:hAnsi="Times New Roman" w:eastAsia="Times New Roman" w:cs="Times New Roman"/>
        </w:rPr>
        <w:t>Umi mbohapy vai ohechauka peteĩ profecía jeporu mbohapýva, ha upéicha rupi ome'ẽ hikuái peteĩ testimonio mbarete pe techaukaha ára 7 jasypa 2023 rehegua. Mokõivéva, pe peteĩha vai ha pe mokõiha vai, Islam ñorairõ ojejapo Roma ehérsito kuéra rehe, ha umi ára pahápe upéva ha'e Tetã peteĩ reko Amérikagua, ojehechaukaháicha pe Unión Soviética ñemomba'e rupive og̃uahẽ va'ekue peteĩ joaju ñemiguáva rupive anticristo (Papa Juan Pablo II) ha proféta japu (Ronald Reagan) apytépe ary 1989-pe.</w:t>
      </w:r>
    </w:p>
    <w:p>
      <w:pPr>
        <w:pStyle w:val="ArticleBody"/>
        <w:jc w:val="left"/>
      </w:pPr>
      <w:r>
        <w:rPr>
          <w:rFonts w:ascii="Times New Roman" w:hAnsi="Times New Roman" w:eastAsia="Times New Roman" w:cs="Times New Roman"/>
        </w:rPr>
        <w:t>Pe peteĩha ñembyasýpe, ojehechaukaháicha Apocalipsis kapítulo porundy porundyhápe, oĩ peteĩ ára marandu profétiko po jasy rehegua, upéva hína cien cincuenta ary. Mokõiha ñembyasýpe, oĩ peteĩ ára marandu profétiko trescientos noventa y un ary ha quince ára rehegua. Mokõivéva ára marandu profétiko ohechauka pe ñorairõ Roma rehe Islam oguerúva mokõi tembiasakue rupive, umi ojehechaukáva peteĩha ha mokõiha ñembyasy ramo. Umi mokõi marandu profétiko oguereko mokõi resultado iñambuéva pe ñorairõ rehegua. Umi cien cincuenta ary peteĩhame, Islam ohai vaʼekue “ombohasa asy” vaʼerãha Rómape, ha pe marandu profétiko trescientos noventa y un ary ha quince ára reheguápe, Islam “ojuka” vaʼerã kuri Rómape. Umi mokõi marandu profétiko ojoaju vaʼekue directamente. Pe pahávo umi cien cincuenta ary, Islam ombohasa asy haguã Rómape, ohechauka pe ñepyrũ umi trescientos noventa y un ary ha quince ára rehegua, Islam ojuka haguã Rómape. Pe peteĩha ha mokõiha ñembyasy oñembojaʼo pe opa haguére umi cien cincuenta ary, ha oñepyrũ haguére umi trescientos noventa y un ary ha quince ára.</w:t>
      </w:r>
    </w:p>
    <w:p>
      <w:pPr>
        <w:pStyle w:val="ArticleBody"/>
        <w:jc w:val="left"/>
      </w:pPr>
      <w:r>
        <w:rPr>
          <w:rFonts w:ascii="Times New Roman" w:hAnsi="Times New Roman" w:eastAsia="Times New Roman" w:cs="Times New Roman"/>
        </w:rPr>
        <w:t>Tetã peteĩ rekojoja hag̃ua, Estados Unidos ndoikovéi hag̃ua pe sexto rréino profecía bíblica pegua pe léi domingo oútavape, ha upérõite proféticamente “ojejuka” chupe. Pe aravo “yvy ryryi guasu” rehegua, Apocalipsis capítulo once-pe, ha’e pe léi domingo oútava, ha upe aravo og̃uahẽ vove, upéicha avei og̃uahẽ pe Séptimo Trompeta Islam rehegua. Oguahẽ hag̃ua omoĩ hag̃ua techaukaha paha, térã pe sexto rréino mano, ha’éva Roma ehérsito ára pahápe. Upe mano mboyve ohasa ciento cincuenta ary Islam ombyasy hag̃ua Roma ehérsito-kuérape. Mainstream media he’iháicha, oñeha’ãva omboguejy hag̃ua Islam radical rembiapo ko arapýpe, octubre 7, 2023 guive. Ko artíkulo jehaikue peve, febrero 12, 2024-pe, Islam omotenonde ciento sesenta y cinco ataque umi interés americano rehe ko yvy ape ári.</w:t>
      </w:r>
    </w:p>
    <w:p>
      <w:pPr>
        <w:pStyle w:val="ArticleBody"/>
        <w:jc w:val="left"/>
      </w:pPr>
      <w:r>
        <w:rPr>
          <w:rFonts w:ascii="Times New Roman" w:hAnsi="Times New Roman" w:eastAsia="Times New Roman" w:cs="Times New Roman"/>
        </w:rPr>
        <w:t>Islam rembiapo sa cien cincuenta ary ombyasyva tavicha kuéra Róma peguápe, upéva ogueraháva umi ehérsito Róma pegua jejukápe peteĩha ha mokõiha ñembyasy guasúpe, ojerejey mokõiha jey tembiasakuepe mbohapyha ñembyasy guasúpe; péicha ningo omba’apo peteĩ profecía aplicación mbohapyvegua. Pe Trompéta Pokatuha Sieteha hyapu, ha’éva umi cien cuarenta y cuatro mil sellado, ha upéva ha’e pe divinidad joaju yvypóra reko ndive oiko jave, oñemoha’angáva umi mokõi yvyra joaju rupive, oreko mbohapy techaukaha tape rehegua. Pe peteĩha ha’e pe yvy porã ojajáiva espiritual, ha pe ipaháva avei ha’e pe yvy porã ojajáiva espiritual. Pe mbytegua techaukaha tape rehegua ha’e pe yvy porã ojajáiva literal.</w:t>
      </w:r>
    </w:p>
    <w:p>
      <w:pPr>
        <w:pStyle w:val="ArticleBody"/>
        <w:jc w:val="left"/>
      </w:pPr>
      <w:r>
        <w:rPr>
          <w:rFonts w:ascii="Times New Roman" w:hAnsi="Times New Roman" w:eastAsia="Times New Roman" w:cs="Times New Roman"/>
        </w:rPr>
        <w:t>Ary 2023-pe, mbohapyha aña retãgua ñe’ẽhatã mokõihápe osẽva trompéta momarandúgui ohechauka Islam ñorairõ oñembotuichaha oike jave peteĩ ára peve ikatútahápe “ombohasa asy” umi yvyguápe mymba. Upe aryetepe, umi mokõi testígo, pe kuatia Republican raka’e ha pe kuatia Protestánte añetegua, oikove jevy ha oñepyrũ hikuái iñemoambue joajúpe umi iñapỹiva simbóliko paha gotyo. Pe kuatia Republican rehegua, ha’e va’ekue opaite pokatu Protestánte apóstata ñembojoaju, opaite pokatu Republican apóstata ndive, ikatu hag̃uáicha ojejapo peteĩ kuatia ha’éva pe mymba ra’anga. Pe kuatia Protestánte añeteguápe katu, ha’e va’ekue Tupãrekotee ñembojoaju yvypóra rekóndi, pe kuatia oñemoambue aja Laodicea-gua tekógui Filadelfia-gua tekópe, ikatu hag̃uáicha ohechauka pe mymba ra’anga rovái hag̃ua. Ary 2023 oiko mokõi pa mokõi ary rire 2001-gui, upéicha rupi ohechauka pe joaju simbólico Tupãrekotee oñembojoajúva yvypóra rekóndi.</w:t>
      </w:r>
    </w:p>
    <w:p>
      <w:pPr>
        <w:pStyle w:val="ArticleBody"/>
        <w:jc w:val="left"/>
      </w:pPr>
      <w:r>
        <w:rPr>
          <w:rFonts w:ascii="Times New Roman" w:hAnsi="Times New Roman" w:eastAsia="Times New Roman" w:cs="Times New Roman"/>
        </w:rPr>
        <w:t>Ko tembiasakue oiko Daniel 11:40-pe, ha’éva pe versíkulo ojepe’ava’ekue ñembotypyre ha omoheñóiva’ekue pe aranduka ñemboheta ary 1989-pe, ha upéva ojehechauka pe ysyry Hiddekel rupive. Pe versíkulo rembiasakue profétikape, avei oñemohu’ã pe tembiapo paha pe Tenda Santísimope, ha’éva pe tesape ojepe’ava’ekue ary 1798-pe, ha upéva ojehechauka pe ysyry Ulai rupive. Pe versíkulo cuarenta ñepyrũrã ohechauka pe ára paha ary 1798-pe, ha pe versíkulo paha ohechauka pe ára paha ary 1989-pe; ha mokõivéva ysyry oñembojoaju oñondive pe versíkulo cuarenta rembiasakuépe, oiko hag̃uáicha pe Tígris ha Éufrates (Ulai ha Hiddekel) ojapoháicha michĩmi mboyve og̃uahẽ hag̃ua pe Golfo Pérsicope.</w:t>
      </w:r>
    </w:p>
    <w:p>
      <w:pPr>
        <w:pStyle w:val="ArticleBody"/>
        <w:jc w:val="left"/>
      </w:pPr>
      <w:r>
        <w:rPr>
          <w:rFonts w:ascii="Times New Roman" w:hAnsi="Times New Roman" w:eastAsia="Times New Roman" w:cs="Times New Roman"/>
        </w:rPr>
        <w:t>Upéi jahecháta ko ñehesa’ỹijo ambue artíkulope.</w:t>
      </w:r>
    </w:p>
    <w:p>
      <w:pPr>
        <w:pStyle w:val="ArticleScripture"/>
        <w:jc w:val="left"/>
      </w:pPr>
      <w:r>
        <w:rPr>
          <w:rFonts w:ascii="Times New Roman" w:hAnsi="Times New Roman" w:eastAsia="Times New Roman" w:cs="Times New Roman"/>
        </w:rPr>
        <w:t>Tupã Ñandejára Espíritu oĩ che ári; Ñandejára che moĩ haguére che akã ári amoherakuã hag̃ua marandu porã umi imboriahúvape; chembou akãrasy vaekue py’apy rehegua amonguera hag̃ua, ayvu hag̃ua ñesãso umi jejapývape, ha kársel rokẽ jepe’a umi oñeñapytĩvape; amoherakuã hag̃ua Ñandejára ára porãite, ha ñande Ruete ñemoñareko ára; ambopy’aguapy hag̃ua opa umi oñembyasývape; ambohysýi hag̃ua umi Sión-pe oñembyasývape, ame’ẽ hag̃ua chupekuéra porãgue tanimbu rendaguépe, vy’a ñandyry ñembyasy rendaguépe, ha mborayhu ñemonde pya’e’ỹ rekovépe; ikatu hag̃uáicha oñembohéra chupekuéra tekojoja yvyramáta, Ñandejára ñemitỹ, ha upéicha hag̃ua ha’e toñemomba’eguasu.</w:t>
      </w:r>
    </w:p>
    <w:p>
      <w:pPr>
        <w:pStyle w:val="ArticleScripture"/>
        <w:jc w:val="left"/>
      </w:pPr>
      <w:r>
        <w:rPr>
          <w:rFonts w:ascii="Times New Roman" w:hAnsi="Times New Roman" w:eastAsia="Times New Roman" w:cs="Times New Roman"/>
        </w:rPr>
        <w:t>Ha’e kuéra omopu’ãta umi tetã ojeitymbyre yma guarépe, omopu’ã jeýta umi ñehundi yma guare, ha omyatyrõta umi táva oñembyaíva, umi ñehundi heta ñemoñare aja. Ha umi pytagua oñembo’ýta ha omongarúta pene mymba aty, ha umi ambue retã ra’ykuéra ha’éta pene yapohára ha pene parral ñangarekoha. Peẽ katu pehupytyta pe téra: Ñandejára Pa’ikuéra; ha tapicha kuéra penembohérata ñande Jára Remimbokuéra. Peẽ pe’úta umi tetã ambuegua mba’eheta, ha ijeglóriape peñemomba’eguasúta. Pende tĩrõgue rendápe pehupytyta mokõi jey; ha ñemotĩ rendápe ovy’áta hikuái hóga pehẽnguére; upévare ijyvýpe orekóta mokõi jey; vy’a opa’ỹva oikóta hesekuéra.</w:t>
      </w:r>
    </w:p>
    <w:p>
      <w:pPr>
        <w:pStyle w:val="ArticleScripture"/>
        <w:jc w:val="left"/>
      </w:pPr>
      <w:r>
        <w:rPr>
          <w:rFonts w:ascii="Times New Roman" w:hAnsi="Times New Roman" w:eastAsia="Times New Roman" w:cs="Times New Roman"/>
        </w:rPr>
        <w:t>Che, che Ñandejára ahayhu tekojoja, ndaija’éi monda mymbahapy ojehapývarã rehe; ha ambohapéta hembiapo añeteguápe, ha ajapóta hendivekuéra peteĩ ñe’ẽme’ẽ opa’ỹva. Ha iñemoñarekuéra ojekuaáta tetã ambuekuéra apytépe, ha ifamilia ñemoñarekuéra tavayguakuéra apytépe; opa umi ohecháva chupekuéra ohechakuaáta, ha’eha kuéra pe ñemoñare Ñandejára ohovasáva. Avy’aitereíta Ñandejárape, che ánga ovy’áta che Járare; ha’e chemonde haguére pysyrõ ao reheve, chejaho’i tekojoja ao puku reheve, peteĩ ména ombojegua guáicha ijehe omendahárape, ha peteĩ kuña omenda hag̃uáicha oñembojegua hag̃ua ijeguakápe. Yvy oguenohẽháicha hoky pyahu, ha kokue omoheñóiháicha umi mba’e oñeñotỹva ipype; upéicha Ñandejára Jára omoheñoíta tekojoja ha ñemomorã opa tetãnguéra renondépe. Isaías 61:1–11.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Kuatiañeʼẽ Daniel rehegua - Sa po peteĩ-ciento cincuenta y tres hag̃ua</dc:title>
  <dc:subject>Teko Apykuaa rehegua Ta’anga Yvytupegua pe Mburuvichagua Yvate gotyo ha Yvy gotyo rehegua: Peteĩ Tape Guata Tupaónguéra Bíblico rupive ha Yvypóra Rekóre hag̃im_end|im_start|&gt;assistant&lt;|meta_sep|confidence</dc:subject>
  <dc:creator>Jeff Pippenger</dc:creator>
  <cp:keywords/>
  <dc:description>Generated by ArticleDigger from daniel\153_daniel.json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