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Kuatiañeʼẽ Daniel rehegua - Papa peteĩ sa po poapy hag̃ua hag̃ua hag̃ua hag̃ua hag̃ua hag̃ua hag̃ua hag̃ua hag̃ua hag̃oyke hag̃ua hag̃oyke hag̃ua hag̃oyke hag̃oyke hag̃oyke hag̃oyke hag̃oyke hag̃oyke hag̃oyke hag̃oyke hag̃oyke hag̃oyke hag̃oyke hag̃oyke hag̃oyke lisebelisoa</w:t>
      </w:r>
    </w:p>
    <w:p>
      <w:pPr>
        <w:pStyle w:val="ArticleSubtitle"/>
        <w:jc w:val="left"/>
      </w:pPr>
      <w:r>
        <w:rPr>
          <w:rFonts w:ascii="Arial" w:hAnsi="Arial" w:eastAsia="Arial" w:cs="Arial"/>
        </w:rPr>
        <w:t>Ojepe’a pe visión: Oñeikũmby hag̃ua umi ára ñembyasy rehegua Daniel-pe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Mbohapy ary Ciro, mburuvicha guasu Pérsiapegua, ojehechauka peteĩ mba’e Daniel-pe, pe hérava Beltsasar; ha pe mba’e añetegua va’ekue, ha pe ára oñemoĩva ipuku; ha’e oikuaa pe mba’e, ha oguereko kuaapy pe visión rehe. Umi árape che Daniel aime va’ekue ajepy’apy mbohapy semána pukukue. Ndakarúi mbujape he’ẽ porã, ni to’o térã vino ndoikéi che jurúpe, ha ndajehemoĩri mba’eveichagua aséite, oñemohu’ã meve mbohapy semána kompletoite. Ha peteĩha jasýpe, ára irundy ha mokõiha-pe, aime jave pe ysyry guasu rembe’ýre, pe hérava Hiddekel. Daniel 10:1–4.</w:t>
      </w:r>
    </w:p>
    <w:p>
      <w:pPr>
        <w:pStyle w:val="ArticleBody"/>
        <w:jc w:val="left"/>
      </w:pPr>
      <w:r>
        <w:rPr>
          <w:rFonts w:ascii="Times New Roman" w:hAnsi="Times New Roman" w:eastAsia="Times New Roman" w:cs="Times New Roman"/>
        </w:rPr>
        <w:t>Pe mbohapy ára ha mbyte simbólico Apocalipsis capítulo once-pe, mokõi testígo oĩ jave omanóva tape mbytépe, peteĩ “mba’e” ojehechauka Belsasar-pe. Ha’e yma voi ontende vaʼekue pe “visión” (mareh), capítulo nueve-pe, Gabriel oúma haguére ha ome’ẽma chupe entendimiento pe visión rehegua.</w:t>
      </w:r>
    </w:p>
    <w:p>
      <w:pPr>
        <w:pStyle w:val="ArticleScripture"/>
        <w:jc w:val="left"/>
      </w:pPr>
      <w:r>
        <w:rPr>
          <w:rFonts w:ascii="Times New Roman" w:hAnsi="Times New Roman" w:eastAsia="Times New Roman" w:cs="Times New Roman"/>
        </w:rPr>
        <w:t>Ha che añembo’évo gueteri, Gabriel kuimba’e, ahechákuri ñepyrũrãme pe visiónpe, oveve pya’etereígui ou ha opoko cherehe ka’aru ofrendakue jave. Ha’e chembo’e ha oñe’ẽ chendive ha he’i: Daniel, ko’ág̃a aju rome’ẽ hag̃ua arandu ha kuaapy. Nde ñembo’e jerure ñepyrũme osẽ va’ekue pe mandato, ha aju rohechauka hag̃ua ndéve; nde niko rehayhu’eterei hag̃uére: upévare eikũmby pe mba’e, ha eñamindu’u pe visión rehe. Daniel 9:21–23.</w:t>
      </w:r>
    </w:p>
    <w:p>
      <w:pPr>
        <w:pStyle w:val="ArticleBody"/>
        <w:jc w:val="left"/>
      </w:pPr>
      <w:r>
        <w:rPr>
          <w:rFonts w:ascii="Times New Roman" w:hAnsi="Times New Roman" w:eastAsia="Times New Roman" w:cs="Times New Roman"/>
        </w:rPr>
        <w:t>Pe “kuimba’e Gabriel, pe” Daniel “ohecha va’ekue pe visión-pe iñepyrũme”, oñeñe’ẽ hína pe “chazon” rehe, visión historia profética rehegua, upéva he’iséva Gabriel omyesakã hague Daniel-pe pe visión umi mburuvichakuéra rehegua profecía bíblica-pe, capítulo ocho-pe. Ha pe “visión”, Daniel ohechava’erã va’ekue upéi capítulo nueve-pe, ha’e va’ekue pe “mareh”, visión apariencia rehegua. Upéi Gabriel ome’ẽ Daniel-pe pe ñembyahýi histórico pe profecía mokõi mil trescientos ary rehegua.</w:t>
      </w:r>
    </w:p>
    <w:p>
      <w:pPr>
        <w:pStyle w:val="ArticleBody"/>
        <w:jc w:val="left"/>
      </w:pPr>
      <w:r>
        <w:rPr>
          <w:rFonts w:ascii="Times New Roman" w:hAnsi="Times New Roman" w:eastAsia="Times New Roman" w:cs="Times New Roman"/>
        </w:rPr>
        <w:t>Pe kapítulo nueve oñekumpli Darío arýpe peteĩhápe. Beltesasar he’ívo “oguereko hague entendimiento pe visión rehe” “Ciro arýpe mbohapyhápe”, oikuaa porãma va’ekue pe visión “mareh” mokõi ary aja. Umi “ára” ñembyasýpe Beltesasar oikuaava’ekue hína pe “mba’e”, upéva hína pe ñe’ẽ hebreo “dabar”, ha ipuku, pe ára oñemoĩmbyréva niko mokõi mil po sy ha mokõi pa ary.</w:t>
      </w:r>
    </w:p>
    <w:p>
      <w:pPr>
        <w:pStyle w:val="ArticleBody"/>
        <w:jc w:val="left"/>
      </w:pPr>
      <w:r>
        <w:rPr>
          <w:rFonts w:ascii="Times New Roman" w:hAnsi="Times New Roman" w:eastAsia="Times New Roman" w:cs="Times New Roman"/>
        </w:rPr>
        <w:t>Daniel oikuaáma vaʼekue yma guive peteĩva pe “mbaʼe” rehegua, haʼe oikohágui Levítico mokõi pa seis ñemboʼe reheve pe capítulo nueve-pe, ha upéva hína pe ñemboʼe pe “mbaʼe” rehegua. Oñembohetave tesape pe “siete tiempo” ári, Belsasar oikuaa hag̃ua kuri umi mokõi pa peteĩ ára ñembyasy aja, ha pe tesape oñembohetavéva pe “siete tiempo” ári umi ára ñembyasy aja, ohechauka hag̃ua pe tesape oñembohetavéva pe “siete tiempo” ári ary 1856-pe. Umi Millerita-kuéra avei yma guive oikuaa kuri pe “siete tiempo” rehe, haʼekuéra niko omoherakuãma vaʼekue upéva; hákatu oĩ vaʼekue tesape oñembojoapy vaʼerã omboypy hag̃ua chupekuéra prueba-pe upe puntoetepe hembiasakue ryepýpe, upe jave ohasávo pe movimiento Filadelfia-gui pe movimiento Laodicea-pe.</w:t>
      </w:r>
    </w:p>
    <w:p>
      <w:pPr>
        <w:pStyle w:val="ArticleBody"/>
        <w:jc w:val="left"/>
      </w:pPr>
      <w:r>
        <w:rPr>
          <w:rFonts w:ascii="Times New Roman" w:hAnsi="Times New Roman" w:eastAsia="Times New Roman" w:cs="Times New Roman"/>
        </w:rPr>
        <w:t>Beltesasar ára ñembyasyha ára ojojoguaiterei pe tembiasakue maranduhára rehegua ndive, araka’épa pe movimiento Filadelfiagua ojere pe movimiento Laodiceagua-pe ary 1856-pe, ha upéi pe iglesia adventista Laodiceagua-pe ary 1863-pe. Mokõivéva, Beltesasar rembiasakue ha umi Miller-gua rembiasakue, pe tesape ojepya’evéva “siete tiempos” rehegua ári, ojoaju pe movimiento Laodiceagua jeguerova rehe pe mbohapyha ánhel rembiapo guive pe movimiento Filadelfiagua-pe, umi cien cuarenta y cuatro mil rehegua-pe, ha umi ára ñembyasyha jave, ha’éva pe tiempo de espera aja, araka’épe pe tesape ojepya’evéva “siete tiempos” rehegua ojekuaaukava’erã kuri.</w:t>
      </w:r>
    </w:p>
    <w:p>
      <w:pPr>
        <w:pStyle w:val="ArticleBody"/>
        <w:jc w:val="left"/>
      </w:pPr>
      <w:r>
        <w:rPr>
          <w:rFonts w:ascii="Times New Roman" w:hAnsi="Times New Roman" w:eastAsia="Times New Roman" w:cs="Times New Roman"/>
        </w:rPr>
        <w:t>Belteshazzar ohechauka peteĩ mensahéro ha avei peteĩ movimiento. Ipy’atarovávo ára kuérape, pe mensahéro oikuaava’erã pe “mba’e”, ha upéva hína Añetegua, ha upéi omombe’uva’erã pe “mba’e” pe movimiento-pe, Miguel omoingove jey vove mokõi testígope ary 2023-pe.</w:t>
      </w:r>
    </w:p>
    <w:p>
      <w:pPr>
        <w:pStyle w:val="ArticleBody"/>
        <w:jc w:val="left"/>
      </w:pPr>
      <w:r>
        <w:rPr>
          <w:rFonts w:ascii="Times New Roman" w:hAnsi="Times New Roman" w:eastAsia="Times New Roman" w:cs="Times New Roman"/>
        </w:rPr>
        <w:t>Pe ñe’ẽ hebreo “mareh” (Cristo jehecha rehegua visión), Daniel ojehechakuaa oikũmbyha peteĩha versíkulope, ojehechauka irundy jey Daniel visión pahápe. Mokõi jey oñemoñe’ẽ “visión” ramo, ha mokõi jey “jehecha” ramo. Peteĩha jey Daniel oiporu ko ñe’ẽ peteĩha versíkulope, ohechauka hína ha’e oikũmby hague pe “visión”, ha umi mbohapy ambue ñe’ẽjoaju ohechauka Daniel ohasaha pe visión jehasa. Versíkulo 6-pe, Cristo rova ha’e va’ekue “pe jehecha” ára resaicha.</w:t>
      </w:r>
    </w:p>
    <w:p>
      <w:pPr>
        <w:pStyle w:val="ArticleScripture"/>
        <w:jc w:val="left"/>
      </w:pPr>
      <w:r>
        <w:rPr>
          <w:rFonts w:ascii="Times New Roman" w:hAnsi="Times New Roman" w:eastAsia="Times New Roman" w:cs="Times New Roman"/>
        </w:rPr>
        <w:t>Ha pe mes peteĩha jasy rehegua ára mokoipa irundyhápe, che aime aja ysyry guasu ypýpe, hérava Hidékel; upéi ahupi che resa, ama’ẽ, ha péina ápe peteĩ kuimbaʼe ao líno guigua rehe oñemondevaʼekue, ha ikuʼáre ojokua hag̃ua oguereko hag̃ua óro porã Uphaz guigua. Hete katu haʼe vaʼekue beriloicha, hova katu overa araveraicha, hesa kuéra tata rendyicha, ijyva ha ipykuéra katu brónse ñemyatyrõ porãmbyre mbyjaicha, ha iñeʼẽ pu katu heta tavayguakuéra ñeʼẽ puicha. Ha che, Daniel añoite ahecha pe visión; umi kuimbaʼe che ndive oĩva ndohéi pe visión, upéicharõ jepe tuicha oryrýi hag̃ua hoʼa hiʼarikuéra, ha okañy oñemimipa hag̃ua. Upévare che añónte apyta, ha ahecha ko visión tuicháva, ha ndopytái chepype mbarete mbaʼeve; che jeguaka katu oñembyai chepype, ha ndaipóri chembarete. Daniel 10:4–8.</w:t>
      </w:r>
    </w:p>
    <w:p>
      <w:pPr>
        <w:pStyle w:val="ArticleBody"/>
        <w:jc w:val="left"/>
      </w:pPr>
      <w:r>
        <w:rPr>
          <w:rFonts w:ascii="Times New Roman" w:hAnsi="Times New Roman" w:eastAsia="Times New Roman" w:cs="Times New Roman"/>
        </w:rPr>
        <w:t>Oĩ ambue ñe’ẽ hebreo oñembohasáva “visión” ramo, ha upéva ñahesa’ỹijóta ñamoĩ porã rire mbovymi mba’e ohechaukáva pe ñe’ẽ hebreo “mareh” rehegua. Umi versíkulo mboyveguápe, pe ñe’ẽ “apariencia” ha’e pe ñe’ẽ hebreo “mareh”. Pe ñe’ẽ peteĩteĩva oñembohasa avei “visión” ramo versíkulo dieciséis-pe. Versíkulo dieciséis-pe, Cristo visión ombohasy Daniel-pe.</w:t>
      </w:r>
    </w:p>
    <w:p>
      <w:pPr>
        <w:pStyle w:val="ArticleScripture"/>
        <w:jc w:val="left"/>
      </w:pPr>
      <w:r>
        <w:rPr>
          <w:rFonts w:ascii="Times New Roman" w:hAnsi="Times New Roman" w:eastAsia="Times New Roman" w:cs="Times New Roman"/>
        </w:rPr>
        <w:t>Ha, péina, peteĩ ojoguáva yvypóra ra’ykuérape opoko che rembe’y rehe; upéi aikuaa juru, ha añe’ẽ, ha ha’e pe oĩvape che renondépe: Che ruvicha, pe visión rupi che mba’asykuéra ojevy che ári, ha ndarekovéi mbarete. Daniel 10:16.</w:t>
      </w:r>
    </w:p>
    <w:p>
      <w:pPr>
        <w:pStyle w:val="ArticleBody"/>
        <w:jc w:val="left"/>
      </w:pPr>
      <w:r>
        <w:rPr>
          <w:rFonts w:ascii="Times New Roman" w:hAnsi="Times New Roman" w:eastAsia="Times New Roman" w:cs="Times New Roman"/>
        </w:rPr>
        <w:t>Pe ñe’ẽ hebreo oñembohasáva “ñembyasy” ramo he’ise peteĩ bisagra, ha pe “jehecha” Cristo jehechauka rehegua Daniel ohechava’ekue upe versíkulope ombojeréva’ekue peteĩ bisagra. Peteĩ “bisagra” profecíape ohechauka peteĩ punto ojereha hag̃uáicha.</w:t>
      </w:r>
    </w:p>
    <w:p>
      <w:pPr>
        <w:pStyle w:val="ArticleScripture"/>
        <w:jc w:val="left"/>
      </w:pPr>
      <w:r>
        <w:rPr>
          <w:rFonts w:ascii="Times New Roman" w:hAnsi="Times New Roman" w:eastAsia="Times New Roman" w:cs="Times New Roman"/>
        </w:rPr>
        <w:t>“Oĩ porombo’e ñanembo’eséva ára ohasava’ekue rembiaságui; ha ko’ã mba’ére oñembohysýi ñane atención, opa umi tapicha oikuaa hag̃ua Tupã omba’apoha ko’ág̃a avei pe tape peteĩchaguápe ha’e akóinte ojapo haguéicha. Ipo ojehecha hembiapópe ha tetãnguéra apytépe ko’ág̃a avei, upeichaite peteĩchaguápe ojehechákuri akóinte guive pe evangelio oñemomaranduhaguépe raẽ Adán-pe Edén-pe.</w:t>
      </w:r>
    </w:p>
    <w:p>
      <w:pPr>
        <w:pStyle w:val="ArticleScripture"/>
        <w:jc w:val="left"/>
      </w:pPr>
      <w:r>
        <w:rPr>
          <w:rFonts w:ascii="Times New Roman" w:hAnsi="Times New Roman" w:eastAsia="Times New Roman" w:cs="Times New Roman"/>
        </w:rPr>
        <w:t>“Oĩ ára oĩva ha’éva peteĩ jevyjere renda tetãnguéra rembiasakue ha tupão rembiasakuépe. Tupã providénsiape, koʼã opaichagua apañuãi guasu og̃uahẽ vove, upe ára pegua tesape oñemeʼẽ. Oñemoguahẽramo chupe, oĩ ñemotenonde espirituál; oñemboykéramo, upérõ ou ñemboguejy espirituál ha ñehundi. Ñandejára Iñeʼẽme ohechauka porã marandu porã rembiapo oñorairõva, yma guive ojegueroho haguéicha, ha tenonderãme avei ojeguerohótaháicha, pe ñorairõ paha peve, upépe Satanás rembiguái ojapóta iñemonguʼe paha hechapyrãva.” Bible Echo, August 26, 1895.</w:t>
      </w:r>
    </w:p>
    <w:p>
      <w:pPr>
        <w:pStyle w:val="ArticleBody"/>
        <w:jc w:val="left"/>
      </w:pPr>
      <w:r>
        <w:rPr>
          <w:rFonts w:ascii="Times New Roman" w:hAnsi="Times New Roman" w:eastAsia="Times New Roman" w:cs="Times New Roman"/>
        </w:rPr>
        <w:t>Pe versíkulo dieciséis ohechauka peteĩ punto de inflexión pe tembiasakuepe Belteshazzar ohechaukahápe. Ha’e peteĩ punto de inflexión mokõivéva pe kóno republicanope (tetã) ha pe kóno protestántepe (iglesia). Ohechauka peteĩ krísis, ha ohechauka pe punto oñeme’ẽhápe tesape especial upe tembiasakuepe g̃uarã. Pe punto de inflexión Danielpe g̃uarã oiko va’ekue Daniel oñepoko rire hese, mokõiha jey mbohapy jey apytépe. Daniel oñepokóta hese mbohapy jey, ha mokõiha jey oñepoko rire hese, upéva ha’e va’ekue peteĩ punto de inflexión Danielpe g̃uarã, ha upe punto de inflexión ha’e va’ekue pe mokõiha mbohapy jey apytégui Daniel ohecha hague pe visión “mareh”.</w:t>
      </w:r>
    </w:p>
    <w:p>
      <w:pPr>
        <w:pStyle w:val="ArticleScripture"/>
        <w:jc w:val="left"/>
      </w:pPr>
      <w:r>
        <w:rPr>
          <w:rFonts w:ascii="Times New Roman" w:hAnsi="Times New Roman" w:eastAsia="Times New Roman" w:cs="Times New Roman"/>
        </w:rPr>
        <w:t>Ha, péina, peteĩ ojoguáva yvypóra ra’ykuéra ra’ãngápe opoko che rembe’ýre; upéi aipe’a che juru, ha añe’ẽ, ha ha’e pe oĩvape che renondépe: Che ruvicha, pe visión rupive che mba’asykuéra ou jeýma che ári, ha ndaipóri chembarete hembýva. Daniel 10:16.</w:t>
      </w:r>
    </w:p>
    <w:p>
      <w:pPr>
        <w:pStyle w:val="ArticleBody"/>
        <w:jc w:val="left"/>
      </w:pPr>
      <w:r>
        <w:rPr>
          <w:rFonts w:ascii="Times New Roman" w:hAnsi="Times New Roman" w:eastAsia="Times New Roman" w:cs="Times New Roman"/>
        </w:rPr>
        <w:t>Mbykymi jajeporekáta ko'ẽ mbohapy pokopi sapyʼaitépe. Peteĩha irundy jey apytégui Daniel oipuruha pe ñeʼẽ “mareh”, haʼe heʼi hag̃ua ontende hague pe visión; ha umi mbohapy ipahapegua ñeʼẽñemombeʼu ohechauka mbaʼéichapa haʼe ohasa pe experiencia añetehápe ohechárõ guare pe jehechapyre. Mbohapyha jey ohenói pe visión pe jehechapyre rehegua haʼe versíkulo 18-pe, upépe oñepoko hese mbohapyha jey.</w:t>
      </w:r>
    </w:p>
    <w:p>
      <w:pPr>
        <w:pStyle w:val="ArticleScripture"/>
        <w:jc w:val="left"/>
      </w:pPr>
      <w:r>
        <w:rPr>
          <w:rFonts w:ascii="Times New Roman" w:hAnsi="Times New Roman" w:eastAsia="Times New Roman" w:cs="Times New Roman"/>
        </w:rPr>
        <w:t>Upéi ou jevy oúvo che japoko peteĩ kuimba’éicha ijehecha, ha chemombarete. Daniel 10:18.</w:t>
      </w:r>
    </w:p>
    <w:p>
      <w:pPr>
        <w:pStyle w:val="ArticleBody"/>
        <w:jc w:val="left"/>
      </w:pPr>
      <w:r>
        <w:rPr>
          <w:rFonts w:ascii="Times New Roman" w:hAnsi="Times New Roman" w:eastAsia="Times New Roman" w:cs="Times New Roman"/>
        </w:rPr>
        <w:t>Mokõiha jepoko rupi, pe versíkulo 16-pe, ha’éva pe mokõiha ñe’ẽmby “marah” visión rehegua, ipy’aguasu okañyma; ha pe mbohapyha jepokope katu, ipy’aguasu oñemyatyrõ jey. Umi versíkulo 10, 16 ha 18-pe, Daniel oñejoko. Pe versíkulo 6-pe, Daniel ohecha Cristo ra’anga, ha upéi Gabriel-pe; ha pe versíkulo 10-pe, Gabriel ojoko Daniel-pe peteĩha jey.</w:t>
      </w:r>
    </w:p>
    <w:p>
      <w:pPr>
        <w:pStyle w:val="ArticleScripture"/>
        <w:jc w:val="left"/>
      </w:pPr>
      <w:r>
        <w:rPr>
          <w:rFonts w:ascii="Times New Roman" w:hAnsi="Times New Roman" w:eastAsia="Times New Roman" w:cs="Times New Roman"/>
        </w:rPr>
        <w:t>Upéi amopuʼã che resa ha ahecha; ha péina, peteĩ kuimbaʼe oñemonde líno reheve, ha ikupe rupi ojokua óro porãite Ufas guigua reheve. Hetekue avei ojogua berílope, hova katu araveráicha ojekuaa, hesa katu tata rendyicha, ipo ha ipy katu overa vaʼekue brónse oñemopotĩ porã vaicha, ha iñeʼẽpu katu hetaiterei tapicha ñeʼẽpuicha. Ha che, Daniel añoite ahecha pe visión; umi kuimbaʼe che ndive oĩ vaʼekue ndohechái pe visión; upéicharõ jepe, tuicha oryryipa hese kuéra, ha okañy oñemokañy hag̃ua. Upévare che añónte apyta, ha ahecha ko visión tuichaitéva, ha ndaipóri véima mbarete chepype; che porãngue niko oñemoambue chepype ñembyai hag̃uáicha, ha ndarekói vaʼekue mbarete.</w:t>
      </w:r>
    </w:p>
    <w:p>
      <w:pPr>
        <w:pStyle w:val="ArticleScripture"/>
        <w:jc w:val="left"/>
      </w:pPr>
      <w:r>
        <w:rPr>
          <w:rFonts w:ascii="Times New Roman" w:hAnsi="Times New Roman" w:eastAsia="Times New Roman" w:cs="Times New Roman"/>
        </w:rPr>
        <w:t>Ha ahendu chupe iñeʼẽnguéra ryapu; ha ahendúvo iñeʼẽnguéra ryapu, aime hag̃ua peteĩ ke pypukúpe che rova ári, ha che rova yvýre ojere. Ha, péina ápe, peteĩ po che poko, ha che mopuʼã che renypaʼã ári ha che po pype. Upérõ heʼi chéve: Daniel, kuimbaʼe ojehayhuetereíva, eikũmby umi ñeʼẽ haʼéva ndéve, ha eñemboʼy porã; nde rehehápe ningo koʼág̃a ajegueru. Ha oñeʼẽmbávo ko ñeʼẽ chéve, añemboʼy ryrýipe. Upéi heʼi chéve: Ani rekyhyje, Daniel; ymaite guive, upe ára peteĩhá guive remoĩ hague nde pyʼa reikũmby hag̃ua, ha rejejopy hag̃ua nde Tupã renondépe, ne ñeʼẽnguéra oñehendu, ha nde ñeʼẽnguéra rehehápe aju. Pe mburuvicha guasu ruvicha Persiagua chejoko mokõi pa ary peteĩ ára; ha péina ápe Miguel, peteĩ umi mburuvicha guasu ypykuéra apytégui, ou chepytyvõ hag̃ua; ha che apyta upépe umi mburuvicha guasu Persiagua ndive. Koʼág̃a katu aju amboikuaa hag̃ua ndéve mbaʼépa ojehútava nde tavayguakuérape umi ára pahápe; pe visión ningo gueteri heta ára rehegua. Daniel 10:5–14.</w:t>
      </w:r>
    </w:p>
    <w:p>
      <w:pPr>
        <w:pStyle w:val="ArticleBody"/>
        <w:jc w:val="left"/>
      </w:pPr>
      <w:r>
        <w:rPr>
          <w:rFonts w:ascii="Times New Roman" w:hAnsi="Times New Roman" w:eastAsia="Times New Roman" w:cs="Times New Roman"/>
        </w:rPr>
        <w:t>Upéi, pe versíkulo pakõiha-pe, Daniel rehe oñemboja jey mokõiha jey, ohechávo Cristo visión.</w:t>
      </w:r>
    </w:p>
    <w:p>
      <w:pPr>
        <w:pStyle w:val="ArticleScripture"/>
        <w:jc w:val="left"/>
      </w:pPr>
      <w:r>
        <w:rPr>
          <w:rFonts w:ascii="Times New Roman" w:hAnsi="Times New Roman" w:eastAsia="Times New Roman" w:cs="Times New Roman"/>
        </w:rPr>
        <w:t>Ha upe rire ha’e ko’ã ñe’ẽ chéve, amboja che rova yvýre, ha akirirĩmba. Ha, péina ápe, peteĩ ojoguáva yvypóra ra’y kuéra réicha opoko che rembe’yre; upéi aipe’a che juru, ha añe’ẽ, ha ha’e pe oĩvape che renondépe: Ñandejára che Jára, pe visión rupi che mba’asy ou jey che ári, ha ndarekovéima mbarete. Mba’éicha piko ko che Jára rembiguái ikatu oñe’ẽ ko che Jára ndive? Che rehe katu, upepete voi ndaiporivéima mbarete chepype, ha ndaipóri che pype pytu hembýva. Daniel 10:15–17.</w:t>
      </w:r>
    </w:p>
    <w:p>
      <w:pPr>
        <w:pStyle w:val="ArticleBody"/>
        <w:jc w:val="left"/>
      </w:pPr>
      <w:r>
        <w:rPr>
          <w:rFonts w:ascii="Times New Roman" w:hAnsi="Times New Roman" w:eastAsia="Times New Roman" w:cs="Times New Roman"/>
        </w:rPr>
        <w:t>Upéi Daniel ojepoko jey mbohapyha, Gabriel ojechauka ramo, ndaha’éi Cristo.</w:t>
      </w:r>
    </w:p>
    <w:p>
      <w:pPr>
        <w:pStyle w:val="ArticleScripture"/>
        <w:jc w:val="left"/>
      </w:pPr>
      <w:r>
        <w:rPr>
          <w:rFonts w:ascii="Times New Roman" w:hAnsi="Times New Roman" w:eastAsia="Times New Roman" w:cs="Times New Roman"/>
        </w:rPr>
        <w:t>Upéi ouju jey che rehe ha opoko che rehe peteĩ kuimba’e joguaha ojehechaukávaicha, ha chemombarete, ha he’i: Nde kuimba’e ohayhuetereíva, ani rekyhyje; py’aguapy toĩ nderehe; embarete, héẽ, embarete. Ha oñe’ẽ rire che ndive, chemombarete, ha ha’e: Toñe’ẽ che ruvicha; nde chemombaretegui. Upérõ he’i: ¿Reikuaápa mba’érepa aju ne rendápe? Ha ko’ág̃a aháta jey añorãirõ hag̃ua Persia ruvicha ndive; ha asẽ vove, péina, Grécia ruvicha oútama. Péro ahechaukáta ndéve pe ojehaíva añetegua kuatiañe’ẽme; ha ndaipóri avave oñemoirũva che ndive ko’ã mba’épe, Miguel pene ruvicha añoite. Daniel 10:18–21.</w:t>
      </w:r>
    </w:p>
    <w:p>
      <w:pPr>
        <w:pStyle w:val="ArticleBody"/>
        <w:jc w:val="left"/>
      </w:pPr>
      <w:r>
        <w:rPr>
          <w:rFonts w:ascii="Times New Roman" w:hAnsi="Times New Roman" w:eastAsia="Times New Roman" w:cs="Times New Roman"/>
        </w:rPr>
        <w:t>Daniel ojeapy mbohapy jey, ha peteĩha ha mbohapyha jeyme ojeapy chupe pe ánhel Gabriel rupive. Mokõiha jeyme ojeapy chupe Cristo rupive. Daniel oiporu pe ñe’ẽ hebreo peteĩchagua irundy jey, ha umi irundy jey apytépe, peteĩha jeyme, peteĩha versíkulope, he’i hína kuri ha’e ontendeha pe “visión”. Peteĩ añetegua rentende hag̃ua tuicha mba’e, ha katu ndaha’éi upeichaite voi pe añetegua jehasa hag̃ua, ojapohaguéicha umi mbohapy ambuépe.</w:t>
      </w:r>
    </w:p>
    <w:p>
      <w:pPr>
        <w:pStyle w:val="ArticleBody"/>
        <w:jc w:val="left"/>
      </w:pPr>
      <w:r>
        <w:rPr>
          <w:rFonts w:ascii="Times New Roman" w:hAnsi="Times New Roman" w:eastAsia="Times New Roman" w:cs="Times New Roman"/>
        </w:rPr>
        <w:t>Oñemohu'ã jave Daniel rehegua opa rire, oñeme'ẽ chupe peteĩ jehecha pe visión rehegua, ha'e yma voi oikuaa porã va'ekue umi ára oñemohu'ã mboyve. Pe jehasa ojepysóva mbohapy tape rupi, ojehechaukáva mbohapy pokópe. Peteĩha ha ipaháva pokó ojejapo Gabriel rupive, ha pe mbytegua pokó Cristo rupive. Pe peteĩha ha ipaháva pokó ha'eva'ekue pe peteĩha ha paháva letra alfabeto hebreopegua. Pe mokõiha tapepe, Daniel ohechakuaa heko peteĩ angaipa apoha pu'akare'ỹ ha opu'ãva ramo Ijára renondépe, ha upévare pe mbytegua pokó orrepresenta pe opu'ã, ojehechaukaháicha pe letra pahaapyha alfabeto hebreopegua.</w:t>
      </w:r>
    </w:p>
    <w:p>
      <w:pPr>
        <w:pStyle w:val="ArticleScripture"/>
        <w:jc w:val="left"/>
      </w:pPr>
      <w:r>
        <w:rPr>
          <w:rFonts w:ascii="Times New Roman" w:hAnsi="Times New Roman" w:eastAsia="Times New Roman" w:cs="Times New Roman"/>
        </w:rPr>
        <w:t>“Péro ko'ág̃a ndopenái va'ekue ygáre térã mba'epy guýrape. Ko techapyrã hechapyrãitéva, opa ambue hecha va'ekue ári, ha'e ichupe guarã peteĩ jehechauka pu'aka divínova rehegua. Jesúspe ohecha peteĩva oguerekóva opa mba'e tekohapýva ipoguýpe. Tupã reko oĩva upépe ohechauka chupe ijehegui marã'ỹ'ỹ. Mborayhu oguerekóva Imbo'ehárape, ñemotĩ ijerovia'ỹ rehe, aguyje Cristo oñemomichĩ haguére, ha opa mba'e ári, pe ñandu ha'eha ky'a'ỹ'ỹva pe Marã'ỹ'ỹ opave'ỹva renondépe, opaite mba'eichaite ojopy chupe. Iñirũnguéra oñangarekóvo pira ñuhãme ojapyhy va'ekuére, Péro ho'a pe Salvador py ykére, he'ívo: ‘Ejei chehegui; che ningo peteĩ kuimba'e angaipáva, che Ruvicha.’”</w:t>
      </w:r>
    </w:p>
    <w:p>
      <w:pPr>
        <w:pStyle w:val="ArticleScripture"/>
        <w:jc w:val="left"/>
      </w:pPr>
      <w:r>
        <w:rPr>
          <w:rFonts w:ascii="Times New Roman" w:hAnsi="Times New Roman" w:eastAsia="Times New Roman" w:cs="Times New Roman"/>
        </w:rPr>
        <w:t>“Upéva voi pe tekove pytyvõ marangatúete divína rehegua omboguejy vaʼekue maranduhára Danielpe omanóvaicha Ñandejára remimbou renondépe. Haʼe heʼi: ‘Che porãite ojevy chepype ñembyai hag̃ua, ha ndarekovéi mbarete.’ Upéicha avei Isaías ohechávo Ñandejára glória, osapukái: ‘¡Aichejáranga che! che ningo ahundíma; aipórõ che haʼe peteĩ kuimbaʼe juru kyʼáva, ha aikove peteĩ tavayguakuéra juru kyʼa vaíva apytépe; che resa niko ohecha Mburuvicha Guasupe, pe Ñandejára ehérsitopegua.’ Daniel 10:8; Isaías 6:5. Yvypóra rekove, iñembyaiha ha ipekádo ndive, oñemoĩvaʼekue joavy hag̃uáicha divinidad perfección ndive, ha haʼe oñandu ijehe opyta hag̃uáicha opa mbaʼépe ikangy ha imarangatuʼỹ. Péicha oiko vaʼekue opavavépe umi oñemeʼẽ vaʼekuépe ohecha hag̃ua Ñandejára tuichaite ha hekoporã mburuvicharãme.”</w:t>
      </w:r>
    </w:p>
    <w:p>
      <w:pPr>
        <w:pStyle w:val="ArticleScripture"/>
        <w:jc w:val="left"/>
      </w:pPr>
      <w:r>
        <w:rPr>
          <w:rFonts w:ascii="Times New Roman" w:hAnsi="Times New Roman" w:eastAsia="Times New Roman" w:cs="Times New Roman"/>
        </w:rPr>
        <w:t>“Pedro he’i hatã: ‘Ejei chehegui; che niko peteĩ kuimba’e angaipa apoháva’; upéicharõ jepe ojapyhy mbarete Jesús py rehe, oñandúgui ndaikatuiha ojepe’a Chugui. Pe Salvador ombohovái: ‘Ani rekyhyje; ko’ág̃a guive rejagaráta yvypórape.’ Isaías ohechávo rire Tupã marangatuha ha ha’e voi ndaikatupyrýiha, upérõ ae oñemoĩ chupe pe marandu Tupãgui ouva’erã. Pedro oñemoguahẽ rire jejoko hag̃ua ijehegui ha ojerovia hag̃ua pe pokatu yvagaguáre, upérõ ae ohupyty pe ñehenói ojapo hag̃uáicha hembiapo Cristo rehehápe.” The Desire of Ages, 246.</w:t>
      </w:r>
    </w:p>
    <w:p>
      <w:pPr>
        <w:pStyle w:val="ArticleBody"/>
        <w:jc w:val="left"/>
      </w:pPr>
      <w:r>
        <w:rPr>
          <w:rFonts w:ascii="Times New Roman" w:hAnsi="Times New Roman" w:eastAsia="Times New Roman" w:cs="Times New Roman"/>
        </w:rPr>
        <w:t>Pe visión “mareh” ha’e pe visión Cristo jehechaukarã rehegua, ha katu ánhel Gabriel ojehechauka ñe’ẽ Daniel oipurúkuri mokõiháicha ha irundyháicha. Peteĩha jey ha’e peteĩ ñe’ẽ Beltesasar oikuaa hague pe visión, ha mbohapy paha katu ohechauka Daniel ohasa asyha pe visión rupive. Umi mbohapy jey Daniel ohasa jave pe visión, upe jave avei oñepoko hese.</w:t>
      </w:r>
    </w:p>
    <w:p>
      <w:pPr>
        <w:pStyle w:val="ArticleBody"/>
        <w:jc w:val="left"/>
      </w:pPr>
      <w:r>
        <w:rPr>
          <w:rFonts w:ascii="Times New Roman" w:hAnsi="Times New Roman" w:eastAsia="Times New Roman" w:cs="Times New Roman"/>
        </w:rPr>
        <w:t>Peteĩha hendápe Gabriel opoko hese, oiko rire ha’e ohecha rire Cristo oñemomba’eguasúva ra’anga, ha upe jehasa py’a opyta chugui “oke pypukúpe che rovái ári, ha che rova yvýre ojere.” Pe visión omoheñói peteĩ ñemombyry, umi oĩva’ekue hendive niko “ndohechái pe visión; ha peteĩ ryryi tuicha ho’a hi’ári kuéra, upévare okañy oñemokañy hag̃ua.” Pe peteĩha ñembyasy guasúpe, Jeremías “oguapy ha’eño, Ñandejára po rupígui,” ha Beltesasarpe “ndopytai mbareteve” “pe” imba’eporã “oñemoambue haguére chepype ñehundípe, ha” ha’e “ndopytai mbareteve.”</w:t>
      </w:r>
    </w:p>
    <w:p>
      <w:pPr>
        <w:pStyle w:val="ArticleBody"/>
        <w:jc w:val="left"/>
      </w:pPr>
      <w:r>
        <w:rPr>
          <w:rFonts w:ascii="Times New Roman" w:hAnsi="Times New Roman" w:eastAsia="Times New Roman" w:cs="Times New Roman"/>
        </w:rPr>
        <w:t>Peteĩ je Gabriel opoko hese peteĩha, upéi Gabriel omboguapy Daniel-pe ijyvýri ha ipo pyapúre. Upéi he’i Daniel-pe toikũmby hag̃ua umi ñe’ẽ ha’e he’íva ha topu’ã hag̃ua; ha Daniel ojapo upéicha, jepe oryrýi hína. Upémarõ Gabriel ome’ẽ Daniel-pe peteĩ ñemyesakã mba’épa oiko va’ekue umi mokõi pa’ẽ peteĩ ára ha peteĩ ára jave, Daniel ñembyasy aja. He’i va’ekue, oñorairõ rire Persia ruvichakuéra ndive umi mokõi pa’ẽ peteĩ ára ha peteĩ ára pukukue, Miguel oguejy hague yvágagui oike hag̃ua pe ñorairõme; ha upéi Gabriel ou hag̃ua ombohovái Daniel ñembo’e ha omyesakã hag̃ua ichupe “mba’épa oikóta ne retãygua rehe umi ára pahápe.” Miguel oguejy rire yvágagui, Gabriel oñembou oñemyesakã hag̃ua Daniel-pe umi ára paháva.</w:t>
      </w:r>
    </w:p>
    <w:p>
      <w:pPr>
        <w:pStyle w:val="ArticleBody"/>
        <w:jc w:val="left"/>
      </w:pPr>
      <w:r>
        <w:rPr>
          <w:rFonts w:ascii="Times New Roman" w:hAnsi="Times New Roman" w:eastAsia="Times New Roman" w:cs="Times New Roman"/>
        </w:rPr>
        <w:t>Gabriel ñemyesakãrã oñeme’ẽ Daniel-pe umi mokõipa peteĩ ára ñembyasy pahápe, upéva, pe “línea ári línea” aplicación-pe Apocalipsis capítulo once-pe, orrepresenta araka’e Ezequiel capítulo treinta y siete-pe oñemanda chupe mokõi jeýma oprofetisa hag̃ua umi kangue omanóva rehe, ikatu hag̃uáicha oñemoingove jey mokõi proféta iñotỹhaguegui. Upéva oiko Michael oguejy jave yvágagui ha omoingove jey Moisés rete, ha upéicharõ jepe omboykévo oñe’ẽ hag̃ua Satanás ndive Judas kuatiañe’ẽme. Daniel gueteri oñepokóta hese mokõi jevyve Gabriel ome’ẽ rire chupe pe jehechaukakuaa guasu umi ára ñembyasy rehegua.</w:t>
      </w:r>
    </w:p>
    <w:p>
      <w:pPr>
        <w:pStyle w:val="ArticleBody"/>
        <w:jc w:val="left"/>
      </w:pPr>
      <w:r>
        <w:rPr>
          <w:rFonts w:ascii="Times New Roman" w:hAnsi="Times New Roman" w:eastAsia="Times New Roman" w:cs="Times New Roman"/>
        </w:rPr>
        <w:t>Gabriel opa rire, Daniel “ombohovái hova yvýre, ha opyta ñe’ẽ’ỹre”; upéi Cristo voi “opoko” Daniel “tembe rehe”, ha upémarõ Daniel “oipe’a” ijuru, “ha oñe’ẽ, ha he’i pe oĩvape che renondépe: Ñandejára che mburuvicha, pe visión rupi che py’aro ou jey che ári, ha ndarekovéi mbarete. Mba’éicha piko ko nde rembiguái ikatúta oñe’ẽ ko che mburuvicha ndive? Che rehe katu, upepete voi ndaipóri vaʼekue mbareteve chepype, ha ndaipóri avei pytu ojeheja vaʼekue chepype.”</w:t>
      </w:r>
    </w:p>
    <w:p>
      <w:pPr>
        <w:pStyle w:val="ArticleBody"/>
        <w:jc w:val="left"/>
      </w:pPr>
      <w:r>
        <w:rPr>
          <w:rFonts w:ascii="Times New Roman" w:hAnsi="Times New Roman" w:eastAsia="Times New Roman" w:cs="Times New Roman"/>
        </w:rPr>
        <w:t>Pe experiencia ohecha hag̃ua ha oñeʼẽ hag̃ua Cristo ndive omomirĩ Daniel-pe yvykuʼípe peve. Haʼe opyta neʼẽngatuʼỹre, ha péicha opytáta vaʼekue Cristo noñapytĩriramo iñembeguékuéra, Isaías rembeguékuéra oñeñapytĩ haguéicha pe tatapỹi rehegua tatapendy rupive.</w:t>
      </w:r>
    </w:p>
    <w:p>
      <w:pPr>
        <w:pStyle w:val="ArticleBody"/>
        <w:jc w:val="left"/>
      </w:pPr>
      <w:r>
        <w:rPr>
          <w:rFonts w:ascii="Times New Roman" w:hAnsi="Times New Roman" w:eastAsia="Times New Roman" w:cs="Times New Roman"/>
        </w:rPr>
        <w:t>Ko estudio ñamoguatahéta pe artíkulo oúvape.</w:t>
      </w:r>
    </w:p>
    <w:p>
      <w:pPr>
        <w:pStyle w:val="ArticleScripture"/>
        <w:jc w:val="left"/>
      </w:pPr>
      <w:r>
        <w:rPr>
          <w:rFonts w:ascii="Times New Roman" w:hAnsi="Times New Roman" w:eastAsia="Times New Roman" w:cs="Times New Roman"/>
        </w:rPr>
        <w:t>“Ohechávo Isaías ko revelación imba’eguasú ha imarangatuete hag̃ua Ijára, ojaho’i chupe peteĩ ñeñandu mbarete Tupã potĩetéva ha imarangatuetéva rehegua. Mba’eichaitépa hãimbete pe joavy pe perfección ndaijojahái ijapohare rehegua, ha pe tape angaipa reheguáre umi, ha’e ndive, yma guive oñemoĩva’ekue umi tetã ojeiporavóvape Israel ha Judá apytépe! ‘¡Ai chehegui!’ he’i hatã; ‘che niko añehundi hag̃uáicha; che ha’égui kuimba’e juru ky’áva, ha aikove peteĩ tavayguakuéra juru ky’áva mbytépe: che resa niko ohecha Mburuvicha Guasu, Jehová de los ejércitos.’ Verso 5. Oĩvaicha pe tesapé renyhẽme Tupã renondépe, pe tenda marangatu ryepýpe, oikuaa porãkuri, ojejahéiramo ijeheguínte, peteĩ iimperfección ha ndokatumo’ãigui, ndaikatumo’ãiha mba’eveichavérõ omohu’ã pe tembiapo oñehenóihaguépe chupe. Ha katu oñembou peteĩ serafín ombovevýi hag̃ua chupe iñembyasygui ha omboheko hag̃ua chupe hembiaporã guasúpe g̃uarã. Peteĩ tatapỹi oikovéva altar guive oñemoĩ ijurúre, ko’ã ñe’ẽ reheve: ‘Péina, ko mba’e opoko nde jurúre; ha nde rembiapo vai ojeipe’a ndehegui, ha nde angaipa oñemopotĩma.’ Upéi oñehendu Tupã ñe’ẽ he’íva: ‘Mávapepa amondóta, ha mávapa ohóta Ore rehehápe?’ ha Isaías ombohovái: ‘Ko’ápe aime che; chemondóna.’ Versos 7, 8.”</w:t>
      </w:r>
    </w:p>
    <w:p>
      <w:pPr>
        <w:pStyle w:val="ArticleScripture"/>
        <w:jc w:val="left"/>
      </w:pPr>
      <w:r>
        <w:rPr>
          <w:rFonts w:ascii="Times New Roman" w:hAnsi="Times New Roman" w:eastAsia="Times New Roman" w:cs="Times New Roman"/>
        </w:rPr>
        <w:t>“Pe visitante yvagapegua he’i pe marandu rerahahárape oha’arõvape: ‘Tereho ha ere ko tetãme, Pehendúke añetehápe, ha ani peikuaa hag̃ua; ha pehecháke añetehápe, ha ani pehechakuaa hag̃ua. Embotavy ko tetã py’a, embopohýi ijapysakuéra, ha emboty hesakuéra; ani hag̃uáicha ohecha hesa rupive, ha ohendu ijapysa rupive, ha ontende ipy’a rupi, ha ojere, ha oñemonguera hag̃ua.’ Versículos 9, 10.</w:t>
      </w:r>
    </w:p>
    <w:p>
      <w:pPr>
        <w:pStyle w:val="ArticleScripture"/>
        <w:jc w:val="left"/>
      </w:pPr>
      <w:r>
        <w:rPr>
          <w:rFonts w:ascii="Times New Roman" w:hAnsi="Times New Roman" w:eastAsia="Times New Roman" w:cs="Times New Roman"/>
        </w:rPr>
        <w:t>Pe proféta rembiaporã vaʼekue hesakã porã; vaʼerã omopuʼã iñeʼẽ pyʼaguapyʼỹme umi mbaʼe vai oguerekóva puʼaka hag̃ua. Haʼe katu okyhyje oike hag̃ua upe tembiapópe orekóʼỹre raẽ peteĩ jeroviaʼỹreʼỹ ñemonguʼe rehegua. “Señor, arakaʼe peve?” oporandu. Versículo 11. Ndaipóri piko nde retã ojeporavóva apytépe avave arakaʼeve oikũmby, oñembyasy hag̃ua, ha oñemonguera hag̃ua?</w:t>
      </w:r>
    </w:p>
    <w:p>
      <w:pPr>
        <w:pStyle w:val="ArticleScripture"/>
        <w:jc w:val="left"/>
      </w:pPr>
      <w:r>
        <w:rPr>
          <w:rFonts w:ascii="Times New Roman" w:hAnsi="Times New Roman" w:eastAsia="Times New Roman" w:cs="Times New Roman"/>
        </w:rPr>
        <w:t>“Ipohýi hi’ã ijyvápe ojavy va’ekue Judá rehehápe ndaikatúi ojegueraha rei. Imisión ndaha’éi va’erãiteite iñakãrakuéra’ỹre. Upéicharõ jepe, umi mba’evai heta ñemoñare aja oñembotuicháva ndaikatúi oñembogue ipukukue jave. Hekove pukukue javeve ha’eva’erã mbo’ehára ipasiénsia ha py’aguasúva—maranduha jeroviapy rehegua avei, ha avei ñehundi rehegua. Upe tembiapo Tupã rembipota paha ipakuévo, ojekuaáta porãta opaite hi’a porãva hembiapo ha opa Tupã rembijokuái jeroviaha rembiapo rehegua. Peteĩ hembýva ojesalváta va’erã. Kóva oiko hag̃ua, umi ñe’ẽmondo ñemomarandu ha jerure rehegua oñeme’ẽva’erã tetã opu’ãva’ekuépe, he’i Ñandejára: ‘Peve tavakuéra oñehundipa peve avave oiko’ỹre ipypekuéra, ha umi óga yvypóra’ỹre, ha pe yvy oñembyaipaite, ha Ñandejára tomomombyry yvypórape, ha oĩ peteĩ ñehesa’ỹijo guasu pe yvy mbytépe.’ Versículo 11, 12.”</w:t>
      </w:r>
    </w:p>
    <w:p>
      <w:pPr>
        <w:pStyle w:val="ArticleScripture"/>
        <w:jc w:val="left"/>
      </w:pPr>
      <w:r>
        <w:rPr>
          <w:rFonts w:ascii="Times New Roman" w:hAnsi="Times New Roman" w:eastAsia="Times New Roman" w:cs="Times New Roman"/>
        </w:rPr>
        <w:t>“Umi jehasaíva pohýi oguahẽ vaʼerã umi ndojevyʼýivape ári,—ñorairõ, ñemosẽ tetãgui, jejopy vai, pokatu ha terakuãkatu ñehundi umi tetãnguéra apytépe,—opa koʼãva oúta vaʼerã ikatu hag̃uáicha umi ohechakuaáva ipype Tupã ipo peteĩ ipochy vaʼekue rehegua toñemotenonde hag̃ua ñembyasy rupive. Umi diez tribu pe reino yvatepegua rehegua pyaʼe oñasarambíta vaʼerã umi tetãnguéra apytépe ha itavakuéra opytáta oñehundi hag̃uáicha; umi ehérsito ombyaíva tetãnguéra iñañáva rehegua ohasáta hikuái ijyvýre jey jey; ha ipahápe Jerusalén jepe hoʼáta, ha Judá oguerahaha hag̃uáicha jejopyrãme; upéicharõ jepe, pe Yvy Oñeprometéva ndopytamoʼãi hag̃ua opaite hag̃uáicha ñemboyke hag̃uáicha arakaʼeve g̃uarã. Pe ñeʼẽmeʼẽ pe oúva yvágagui omeʼẽ vaʼekue Isaíaspe haʼe kuri: ‘Pype opytáta peteĩ décima parte, Ha upéi ou jeýta, ha oñehundíta: Yvyramáta téil térã robleicha, Ikangue opyta hesekuéra, oguerokýramo jepe hogue: Péicha pe ñemoñare marangatu haʼéta pe ikangue upéva.’ Verso 13.”</w:t>
      </w:r>
    </w:p>
    <w:p>
      <w:pPr>
        <w:pStyle w:val="ArticleScripture"/>
        <w:jc w:val="left"/>
      </w:pPr>
      <w:r>
        <w:rPr>
          <w:rFonts w:ascii="Times New Roman" w:hAnsi="Times New Roman" w:eastAsia="Times New Roman" w:cs="Times New Roman"/>
        </w:rPr>
        <w:t>“Ko ñemombarete pahaite ojejapótagua Tupã rembipota rehegua ome’ẽ kuri py’a guasu Isaías korasõme. Mba’ére piko, ko yvy arigua mbaretekuéra oñemboaty ramo Judá rehe? Mba’ére piko Ñandejára marandu rerahaha ojuhúramo ñemoĩ hag̃ua hese ha ñembotove? Isaías ohecha kuri pe Mburuvicha Guasu, Ñandejára ehérsito kuéra Jára; ohendu kuri serafín kuéra purahéi, ‘Opavave yvy henyhẽ hína Iglóriagui;’ oguereko kuri pe ñe’ẽme’ẽ, Jehová marandu kuéra Judá ojere va’ekuépe oñondive oútaha pe Espíritu Santo pokatu oguerúva tekove rehegua conviction; ha pe maranduhára oñembopy’aguasu pe tembiaporã orekóvape tenonde gotyo. Versículo 3. Ijeporeka puku ha hasýpe pukukue javeve, ogueraha hendive ko visión mandu’a. Sesenta ary térã hetave aja, opu’ã Judá ra’y kuéra renondépe peteĩ proféta esperánsa rehegua ramo, oñembopy’aguasuvévo ha gueteri oñembopy’aguasuvévo umi marandu’ẽme omombe’úva pe iglesia ñepu’ãrã pyhareveguáva.” Profetas y Reyes,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Kuatiañeʼẽ Daniel rehegua - Papa peteĩ sa po poapy hag̃ua hag̃ua hag̃ua hag̃ua hag̃ua hag̃ua hag̃ua hag̃ua hag̃ua hag̃oyke hag̃ua hag̃oyke hag̃ua hag̃oyke hag̃oyke hag̃oyke hag̃oyke hag̃oyke hag̃oyke hag̃oyke hag̃oyke hag̃oyke hag̃oyke hag̃oyke hag̃oyke h</dc:title>
  <dc:subject>Ojepe’a pe visión: Oñeikũmby hag̃ua umi ára ñembyasy rehegua Daniel-pe</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