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 Daniel rehegua - Papapy peteĩ sa poapy ha mbohapy hag̃ua peteĩsa’ẽ hag̃ua hag̃ua hag̃ua hag̃ua hag̃ua hag̃ua hag̃ua hag̃ahinutepavẽ</w:t>
      </w:r>
    </w:p>
    <w:p>
      <w:pPr>
        <w:pStyle w:val="ArticleSubtitle"/>
        <w:jc w:val="left"/>
      </w:pPr>
      <w:r>
        <w:rPr>
          <w:rFonts w:ascii="Arial" w:hAnsi="Arial" w:eastAsia="Arial" w:cs="Arial"/>
        </w:rPr>
        <w:t>Ojehechauka hag̃ua Marandu Pyharegua: Oñehesa’ỹijo hag̃ua Daniel pe Kapítulo Pateĩha Pa’ẽme’ẽva’ẽmby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Koʼág̃a ñañepyrũta ñamboguata hag̃ua Daniel kapítulo once-pe.</w:t>
      </w:r>
    </w:p>
    <w:p>
      <w:pPr>
        <w:pStyle w:val="ArticleScripture"/>
        <w:jc w:val="left"/>
      </w:pPr>
      <w:r>
        <w:rPr>
          <w:rFonts w:ascii="Times New Roman" w:hAnsi="Times New Roman" w:eastAsia="Times New Roman" w:cs="Times New Roman"/>
        </w:rPr>
        <w:t>Che avei, Darío medogua ary peteĩha jave, aime añemombarete ha amopyenda hag̃ua chupe. Ha koʼág̃a aikuaaukáta ndéve pe añetegua. Péina, opuʼãta gueteri mbohapy mburuvicha guasu Persia-pe; ha irundyha oikóta ipirapire hetaitereíva opa ambuégui; ha imbarete rupi, oguerekóva heta mbaʼerepy reheve, omýita opavavépe Grecia retã rovái. Ha opuʼãta peteĩ mburuvicha guasu imbarete, oisãmbyhýta pokatu guasu reheve, ha ojapóta pe haʼe oipotáva. Ha opuʼã rire, iñarõnguéra oñembyai hag̃ua, ha oñembojaʼóta yvágaguy irundy yvytu gotyo; ndahaʼéi itañemoñarãme g̃uarã, ni pe isãmbyhy guasu oisãmbyhyhaguéicha; iñarõnguéra niko ojeipeʼáta chugui, ambuekuérape g̃uarã, ha ndahaʼéi umi upéva añónte. Daniel 11:1–4.</w:t>
      </w:r>
    </w:p>
    <w:p>
      <w:pPr>
        <w:pStyle w:val="ArticleBody"/>
        <w:jc w:val="left"/>
      </w:pPr>
      <w:r>
        <w:rPr>
          <w:rFonts w:ascii="Times New Roman" w:hAnsi="Times New Roman" w:eastAsia="Times New Roman" w:cs="Times New Roman"/>
        </w:rPr>
        <w:t>Gabriel oñepyrũ oikuaaukávo Daniel-pe ha’e avei omba’apohague Darío ndive i ára peteĩhápe, upe ary Darío rembireko’y, igenerál, ojagarrague Babilonia ha ojukague Belsasar-pe. Daniel ohupyty ko visión Ciro ary mbohapyhápe, capítulo diez versículo peteĩha he’iháicha, upévare Gabriel omarkahína mokõivéva, Darío ha Ciro, techaukaha ramo “tiempo pahápe” rehegua. Belsasar ha Babilonia ojejagarra va’ekue Medo-Persa Ruvicha Guasu reheve ary 538 a. C. pe.</w:t>
      </w:r>
    </w:p>
    <w:p>
      <w:pPr>
        <w:pStyle w:val="ArticleScripture"/>
        <w:jc w:val="left"/>
      </w:pPr>
      <w:r>
        <w:rPr>
          <w:rFonts w:ascii="Times New Roman" w:hAnsi="Times New Roman" w:eastAsia="Times New Roman" w:cs="Times New Roman"/>
        </w:rPr>
        <w:t>“Ciro omongora Babilóniape, ha oipe’a pype 538 ary Kiríto mboyve peteĩ ñuhã rupive; ha Belsasar omanóvo, persakuéra ojukava’ekue chupe, Babilonia rréino opa oiko hag̃ua.” Uriah Smith, Daniel and the Revelation, 46.</w:t>
      </w:r>
    </w:p>
    <w:p>
      <w:pPr>
        <w:pStyle w:val="ArticleBody"/>
        <w:jc w:val="left"/>
      </w:pPr>
      <w:r>
        <w:rPr>
          <w:rFonts w:ascii="Times New Roman" w:hAnsi="Times New Roman" w:eastAsia="Times New Roman" w:cs="Times New Roman"/>
        </w:rPr>
        <w:t>Áño 538 a.C.-pe, Daniel ohaikuaa mokõiha capítulo porundy.</w:t>
      </w:r>
    </w:p>
    <w:p>
      <w:pPr>
        <w:pStyle w:val="ArticleScripture"/>
        <w:jc w:val="left"/>
      </w:pPr>
      <w:r>
        <w:rPr>
          <w:rFonts w:ascii="Times New Roman" w:hAnsi="Times New Roman" w:eastAsia="Times New Roman" w:cs="Times New Roman"/>
        </w:rPr>
        <w:t>“Pe visión oñeñongatúva pe kapítulo mboyveguápe [kapítulo poapy] oñeme’ẽ vaʼekue Belsasar arýpe mbohapyhápe, Cristo mboyve 538-pe. Upe aryte voi, ha upéva avei vaʼekue Darío peteĩha ary, oiko umi mbaʼe oñemombeʼúva ko kapítulope [kapítulo porundy].” Uriah Smith, Daniel and the Revelation, 205.</w:t>
      </w:r>
    </w:p>
    <w:p>
      <w:pPr>
        <w:pStyle w:val="ArticleBody"/>
        <w:jc w:val="left"/>
      </w:pPr>
      <w:r>
        <w:rPr>
          <w:rFonts w:ascii="Times New Roman" w:hAnsi="Times New Roman" w:eastAsia="Times New Roman" w:cs="Times New Roman"/>
        </w:rPr>
        <w:t>Darío áño peteĩhápe, ha’éva Belsasar áño mbohapyha ha pahaitéva, 538 a. C.-pe, Ñandejára ombohovái castígo Caldeo retãme, ha ojapo chugui peteĩ yvy ojehejareíva.</w:t>
      </w:r>
    </w:p>
    <w:p>
      <w:pPr>
        <w:pStyle w:val="ArticleScripture"/>
        <w:jc w:val="left"/>
      </w:pPr>
      <w:r>
        <w:rPr>
          <w:rFonts w:ascii="Times New Roman" w:hAnsi="Times New Roman" w:eastAsia="Times New Roman" w:cs="Times New Roman"/>
        </w:rPr>
        <w:t>Ha ko yvy tuichakue opytáta nandi ha ñemondýirã; ha ko'ã tetãnguéra oservíta Babilonia rréipe setenta ary pukukue. Ha oikóta, ojehu hag̃ua umi setenta ary opa vove, che akastigataha Babilonia rréi ha upe tetã, he'i Ñandejára, hembiapo vai rehe, ha Caldeogua yvy avei, ha ajapóta chugui nandi opa'ỹva. Jeremías 25:11, 12.</w:t>
      </w:r>
    </w:p>
    <w:p>
      <w:pPr>
        <w:pStyle w:val="ArticleBody"/>
        <w:jc w:val="left"/>
      </w:pPr>
      <w:r>
        <w:rPr>
          <w:rFonts w:ascii="Times New Roman" w:hAnsi="Times New Roman" w:eastAsia="Times New Roman" w:cs="Times New Roman"/>
        </w:rPr>
        <w:t>Pe versíkulo diez-pe, Ñandejára oipuru ñe'ẽ “upéi”, omotenondévo Babilóniape oúva castígo. “Upéi” Babilonia ojejapo rire ñehundihaicha, Ñandejára omboaje vaʼekue hembiapo porã Tupã tavayguakuérape g̃uarã.</w:t>
      </w:r>
    </w:p>
    <w:p>
      <w:pPr>
        <w:pStyle w:val="ArticleScripture"/>
        <w:jc w:val="left"/>
      </w:pPr>
      <w:r>
        <w:rPr>
          <w:rFonts w:ascii="Times New Roman" w:hAnsi="Times New Roman" w:eastAsia="Times New Roman" w:cs="Times New Roman"/>
        </w:rPr>
        <w:t>Péicha he’i Ñandejára: Ojehu rire setenta ary Babilóniape, aju hag̃uáicha pene rendápe, ha ajapóta pe che ñe’ẽ porã pene rehehápe, ajapóvo peẽ pejevy hag̃ua ko tendaitepe. Jeremías 25:10.</w:t>
      </w:r>
    </w:p>
    <w:p>
      <w:pPr>
        <w:pStyle w:val="ArticleBody"/>
        <w:jc w:val="left"/>
      </w:pPr>
      <w:r>
        <w:rPr>
          <w:rFonts w:ascii="Times New Roman" w:hAnsi="Times New Roman" w:eastAsia="Times New Roman" w:cs="Times New Roman"/>
        </w:rPr>
        <w:t>Pe jepyhýi setenta ary pukukue oñepyrũkuri ary 606 a.C.</w:t>
      </w:r>
    </w:p>
    <w:p>
      <w:pPr>
        <w:pStyle w:val="ArticleScripture"/>
        <w:jc w:val="left"/>
      </w:pPr>
      <w:r>
        <w:rPr>
          <w:rFonts w:ascii="Times New Roman" w:hAnsi="Times New Roman" w:eastAsia="Times New Roman" w:cs="Times New Roman"/>
        </w:rPr>
        <w:t>“Ñepyrũvo umi setenta ary Cristo mboyve 606-pe, Daniel oikuaa hague koʼág̃a ohómaha hiʼarambovévo huʼãme.” Uriah Smith, Daniel and the Revelation, 205.</w:t>
      </w:r>
    </w:p>
    <w:p>
      <w:pPr>
        <w:pStyle w:val="ArticleBody"/>
        <w:jc w:val="left"/>
      </w:pPr>
      <w:r>
        <w:rPr>
          <w:rFonts w:ascii="Times New Roman" w:hAnsi="Times New Roman" w:eastAsia="Times New Roman" w:cs="Times New Roman"/>
        </w:rPr>
        <w:t>Pe ñembyaty hetáva setenta ary oñepyrũ 606 ary Kirito mboyvepe, ha opa 536 ary Kirito mboyvepe, upéva mokõi ary rire Belsasar omanóma ha Babilonia oñemondoro rire 538 ary Kirito mboyvepe. Upéva vaʼekue Ciro ary mbohapyha. Gabriel omoĩ Hiddekel ysyry rehegua profesía Ciro ary mbohapyhápe, ha oñepyrũvo capítolo once rembiasakue, ojapo referencia Darío ary peteĩháre; upéicha ojapóvo ohechauka mokõi ary peteĩteĩva. 538 ary Kirito mboyve ha 536 ary Kirito mboyve mokõivéva haʼe vaʼekue ára oñemoĩmava; 538 ary Kirito mboyve haʼe vaʼekue ára oñemoĩmava profesía setenta ary rehegua oñemohuʼã hag̃ua, ha 536 ary Kirito mboyve haʼe vaʼekue ára profético oñemoĩmava, ikatu hag̃uáicha “upe rire” 538 ary Kirito mboyve, Ñandejára ojapo Iporãva Hembiapo Itavayguakuérape g̃uarã.</w:t>
      </w:r>
    </w:p>
    <w:p>
      <w:pPr>
        <w:pStyle w:val="ArticleBody"/>
        <w:jc w:val="left"/>
      </w:pPr>
      <w:r>
        <w:rPr>
          <w:rFonts w:ascii="Times New Roman" w:hAnsi="Times New Roman" w:eastAsia="Times New Roman" w:cs="Times New Roman"/>
        </w:rPr>
        <w:t>538 a.C. ha 536 a.C. mokõivéva ára oñemohendapyre, ha ojehechauka mokõi tapicha histórico rupive: peteĩva va’ekue Media ruvicha guasu peteĩha, ha mokõiháva Persia ruvicha guasu peteĩha. Pa’ũpaha umi setenta ary Israel tee oĩhague prisionéroramo Babilonia teepe, ohechauka umi mil mokõi saĩ ha sesenta ary Israel espiritual oĩhague prisionéroramo Babilonia espiritual-pe, ary 538 d.C. guive 1798 peve. 1798 va’ekue peteĩ “ára oñemohendapyre”, ha upéi oñepyrũ pe período oñemombe’úva proféticamente “paha ára” ramo. 538 a.C. ha 536 a.C., ojehechaukáva avei peteĩ “ára oñemohendapyre” ramo, omarkave avei ñepyrũrã peteĩ período ojehechaukáva “paha ára” ramo.</w:t>
      </w:r>
    </w:p>
    <w:p>
      <w:pPr>
        <w:pStyle w:val="ArticleScripture"/>
        <w:jc w:val="left"/>
      </w:pPr>
      <w:r>
        <w:rPr>
          <w:rFonts w:ascii="Times New Roman" w:hAnsi="Times New Roman" w:eastAsia="Times New Roman" w:cs="Times New Roman"/>
        </w:rPr>
        <w:t>“Ñandejára iglesia yvy ape ári oĩkuri añetehápe jejopyrãme ko pukukue araka’e guive ñemuhã’ỹre jehasa asýpe, Israel ra’ykuéra ojejokóva’ekue Babilóniape pe jepoi aja guaréicha.” Prophets and Kings, 714.</w:t>
      </w:r>
    </w:p>
    <w:p>
      <w:pPr>
        <w:pStyle w:val="ArticleBody"/>
        <w:jc w:val="left"/>
      </w:pPr>
      <w:r>
        <w:rPr>
          <w:rFonts w:ascii="Times New Roman" w:hAnsi="Times New Roman" w:eastAsia="Times New Roman" w:cs="Times New Roman"/>
        </w:rPr>
        <w:t>Mayma profecía oñe’ẽ, hetave hag̃ua hekopete, ára pahápe rehe, ha ndaha’éi umi ára rehe añoite oñekumpli ypyhaguépe; upévare ary 538 a.C. ha mburuvicha guasu Darío, avei ary 536 a.C. ha mburuvicha guasu Ciro, orrepresenta “paha ára” ary 1989-pe, ha umi mokõi mburuvicha guasu ohechauka hag̃ua Presidente Reagan ha Presidente Bush peteĩha. Ary 538 a.C. ha 536 a.C. orrepresenta peteĩ waymark oñekumplíva mokõivéva ára oñentende ramo peteĩ waymark añoite hag̃ua. Pe waymark “paha ára” rehegua oguereko mokõi símbolo, ha sapy’ánte, Reagan ha Bush peteĩha reheguáicha, mokõivéva símbolo oñekumpli pe peteĩ arýpe. Upéva katu ha’e pe excepción pe norma-gui; pe waymark “paha ára” rehegua Moisés tiempo-pe ha’e vaekue Aarón ha Moisés heñóiha, ha umíva ojepe’a ojohegui mbohapy ary rupi. Cristo rembiasápe, ha’e vaekue Juan Bautista ha Cristo heñóiha, ha umíva ojepe’a ojohegui seis jasy rupi.</w:t>
      </w:r>
    </w:p>
    <w:p>
      <w:pPr>
        <w:pStyle w:val="ArticleBody"/>
        <w:jc w:val="left"/>
      </w:pPr>
      <w:r>
        <w:rPr>
          <w:rFonts w:ascii="Times New Roman" w:hAnsi="Times New Roman" w:eastAsia="Times New Roman" w:cs="Times New Roman"/>
        </w:rPr>
        <w:t>Pe “ára pahápe”, anticristo rembiasakue ryepýpe, upéva ha’e vaekue 1798 ha 1799. Pe Revolución Francesa ha’e peteĩ mba’e oñe’ẽva profecíape, ha oñepyrũ vaekue 1789-pe, ha opyta kuri diez ary aja opa hag̃uáicha 1799-pe, hi’ára oñemoĩmbyrépe, peteĩchaite 1798 ha’e haguéicha peteĩ ára oñemoĩmbyréva. Ojoajúvo, umíva ohechauka pe herida omano hag̃uáicha oñeme’ẽva pe mymbaguasúpe, ha avei pe kuña ojupi hese ha ogoverna vaekue pe mymbaguasu ári. Darío ha’e vaekue pe mburuvicha guasu ipu’akáva iñenemígo ári omondo rupi iñehército oike hag̃ua pe “murállarupi”, ha’e ha ohechauka Reagan-pe, ipu’akava’ekue iñenemígo ári omboguejývo pe muralla pe “cortina de hierro” rehegua. Ciro ohechauka Bush peteĩhávape, Ciro niko ojekuaa Ciro el Grande ramo, ha George Bush peteĩha ha’e Bush pe tuichavéva, ha Bush pahagua ha’e Bush pe michĩvéva.</w:t>
      </w:r>
    </w:p>
    <w:p>
      <w:pPr>
        <w:pStyle w:val="ArticleBody"/>
        <w:jc w:val="left"/>
      </w:pPr>
      <w:r>
        <w:rPr>
          <w:rFonts w:ascii="Times New Roman" w:hAnsi="Times New Roman" w:eastAsia="Times New Roman" w:cs="Times New Roman"/>
        </w:rPr>
        <w:t>Ko’ã mokõi mburuvicha guasu ha umi mokõi ára ohechaukáva añetetépe peteĩ símbolo añoite hína. Peteĩva ohechauka umi setenta ary Babilonia oisãmbyhýta hague. Upe setenta ary pukukue oguahẽ hi’aravo oñemoĩmava’ekuépe ary 538 a.C.-pe ha ojehechauka Darío rupive. Jejapyhy rehegua setenta ary ñemohu’ã oguahẽ hi’aravo oñemoĩmava’ekuépe ary 536 a.C.-pe ha ojehechauka Ciro rupive. Oñondivepa ohechauka “paha ára”, upépe tekotevẽ hag̃ua profecía resape ojepe’a hag̃ua. Ary 1798-pe pe ánhel peteĩha Apocalipsis catorce-gua oguahẽ “paha árape”, ha Hermana White he’i upe ánhel “ndaha’éi va’ekue ambue tapicha, Jesucristo voi.”</w:t>
      </w:r>
    </w:p>
    <w:p>
      <w:pPr>
        <w:pStyle w:val="ArticleBody"/>
        <w:jc w:val="left"/>
      </w:pPr>
      <w:r>
        <w:rPr>
          <w:rFonts w:ascii="Times New Roman" w:hAnsi="Times New Roman" w:eastAsia="Times New Roman" w:cs="Times New Roman"/>
        </w:rPr>
        <w:t>Ciro mbohapyha áñope, Miguel, Ñandejára tavayguakuéra ruvicha, ha arcángel umi ánhelkuérape guarã, oguejy oñemboguata hag̃ua Círore ha omombarete hag̃ua pe tesakãta omoakãva Círope omosẽ hag̃ua pe peteĩha umi mbohapy decreto apytégui ome'ẽva'ekue Ñandejára tavayguakuérape tojevy hag̃ua Jerusalénpe, ha tojeyapo hag̃ua táva, pe santuario, ha umi tape ha murallakuéra. Upe tembiapo ohechauka hag̃ua pe peteĩha ha mokõiha ánhel rembiapo, oñepyrũva'ekue pe “paha ára”pe ary 1798-pe.</w:t>
      </w:r>
    </w:p>
    <w:p>
      <w:pPr>
        <w:pStyle w:val="ArticleBody"/>
        <w:jc w:val="left"/>
      </w:pPr>
      <w:r>
        <w:rPr>
          <w:rFonts w:ascii="Times New Roman" w:hAnsi="Times New Roman" w:eastAsia="Times New Roman" w:cs="Times New Roman"/>
        </w:rPr>
        <w:t>Miguel oguejy iñepyrũha ára pahápe, Darío ha Ciro ára-pe, ohechauka kuri pe ánhel peteĩha og̃uahẽha ary 1798-pe, ha mokõivéva oñondive ohechauka pe ánhel peteĩteĩva og̃uahẽha, “ára pahápe”, ary 1989-pe. Ary 1989 omoñepyrũ pe “ára paha” arange, ha upéva avei ha’e peteĩ ára oñemoĩmava’ekue. Peteĩ ára oñemoĩmava’ekue ohechauka peteĩ ára profético paha. Pe pu’aka’ẽ 1863-pe, peteĩha “Cades”-pe Israel espiritual ko’ag̃agua rehegua, ha’e kuri peteĩ arange oñepyrũha oguerekóva cien veintiséis ary, opa va’ekue “ára oñemoĩmava’ekuépe” ary 1989-pe. Cien veintiséis ha’e peteĩ diezmo térã peteĩ décima docecientos sesenta-gui, ha mil doscientos sesenta ary paha-pe ary 1798-pe, pe ánhel peteĩha rembiapo og̃uahẽ tembiasápe. Cien veintiséis ary paha-pe, ary 1989-pe, pe ánhel mbohapyha rembiapo og̃uahẽ tembiasápe.</w:t>
      </w:r>
    </w:p>
    <w:p>
      <w:pPr>
        <w:pStyle w:val="ArticleBody"/>
        <w:jc w:val="left"/>
      </w:pPr>
      <w:r>
        <w:rPr>
          <w:rFonts w:ascii="Times New Roman" w:hAnsi="Times New Roman" w:eastAsia="Times New Roman" w:cs="Times New Roman"/>
        </w:rPr>
        <w:t>Daniel capítulo once pe peteĩha versíkulope, Gabriel oñangareko ha hekoitépe omombeʼu hag̃ua pe tembiasakue ojehechaukáva oñepyrũha Ciro ndive, ára pahápe ary 1989-pe. Upépe Ciro el Grande taʼanga hag̃ua oĩ Bush pe tuichavéva rehe, ha upe rire ou vaʼerã mbohapy mburuvicha guasu, ha upéi peteĩ irundyha mburuvicha guasu, ijyvykuéra ha hembiporiahupyrãre ipirapire hetave hag̃ua opavavégui. Upévare pe irundyha mburuvicha guasu ipirapire-hetáva, omokyreʼỹva opavave Grecia-pe, haʼe pe seisha tetã ruvicha guasu ary 1989 guive.</w:t>
      </w:r>
    </w:p>
    <w:p>
      <w:pPr>
        <w:pStyle w:val="ArticleBody"/>
        <w:jc w:val="left"/>
      </w:pPr>
      <w:r>
        <w:rPr>
          <w:rFonts w:ascii="Times New Roman" w:hAnsi="Times New Roman" w:eastAsia="Times New Roman" w:cs="Times New Roman"/>
        </w:rPr>
        <w:t>Kapítulo diezpeguápe oikóva apytépe, Daniel ojehechauka oñembyasýva ramo; ha upe experiencia oñembyasývape oñemoambue Cristo ra’ãngápe, omañávo pe visión rehe. Umi mokõi pa peteĩ ára pukukue ñembyasy ohechauka peteĩ ára pahápe ñemano rehegua, oñembotýva peteĩ jeikove jey reheve. Kapítulo diezpe, Miguel oguejy yvágagui; ha Judas siete-pe, oguejy vove, omoingove jey Moiséspe. Apocalipsis kapítulo once-pe, Moisés (ha Elías) ojejuka, ha opyta omanóva tape mbytépe mbohapy ára ha mbyte simbóliko pukukue. Upéi Moisés, (Elías ndive) oikove jey “ñe’ẽ tuicháva” rupive.</w:t>
      </w:r>
    </w:p>
    <w:p>
      <w:pPr>
        <w:pStyle w:val="ArticleScripture"/>
        <w:jc w:val="left"/>
      </w:pPr>
      <w:r>
        <w:rPr>
          <w:rFonts w:ascii="Times New Roman" w:hAnsi="Times New Roman" w:eastAsia="Times New Roman" w:cs="Times New Roman"/>
        </w:rPr>
        <w:t>Ha mbohapy ára ha mbyte rire, Tupãgui pe Espíritu de vida oike ipypekuéra, ha opu'ã hikuái ipy ári; ha tuicha kyhyje oguejy umi ohechávare. Ha ohendu hikuái peteĩ ñe'ẽ tuicháva yvágagui he'íva chupekuéra: Pejú yvate ko'ápe. Ha ojupi hikuái yvágape peteĩ araípe; ha iñenemigokuéra ohecha chupekuéra. Apocalipsis 11:11, 12.</w:t>
      </w:r>
    </w:p>
    <w:p>
      <w:pPr>
        <w:pStyle w:val="ArticleBody"/>
        <w:jc w:val="left"/>
      </w:pPr>
      <w:r>
        <w:rPr>
          <w:rFonts w:ascii="Times New Roman" w:hAnsi="Times New Roman" w:eastAsia="Times New Roman" w:cs="Times New Roman"/>
        </w:rPr>
        <w:t>Pe “ñe’ẽ tuicha” omoingove jeýva ha’e pe arcángel ñe’ẽ, ha pe arcángel ha’e Miguel.</w:t>
      </w:r>
    </w:p>
    <w:p>
      <w:pPr>
        <w:pStyle w:val="ArticleScripture"/>
        <w:jc w:val="left"/>
      </w:pPr>
      <w:r>
        <w:rPr>
          <w:rFonts w:ascii="Times New Roman" w:hAnsi="Times New Roman" w:eastAsia="Times New Roman" w:cs="Times New Roman"/>
        </w:rPr>
        <w:t>Mburuvicha voi oguejyta yvágagui peteĩ sapukái reheve, arcángel ñe'ẽ reheve, ha Tupã trompéta reheve; ha umi omanóva Cristo-pe opu'ãta raẽ. 1 Tesalonicenses 4:16.</w:t>
      </w:r>
    </w:p>
    <w:p>
      <w:pPr>
        <w:pStyle w:val="ArticleBody"/>
        <w:jc w:val="left"/>
      </w:pPr>
      <w:r>
        <w:rPr>
          <w:rFonts w:ascii="Times New Roman" w:hAnsi="Times New Roman" w:eastAsia="Times New Roman" w:cs="Times New Roman"/>
        </w:rPr>
        <w:t>Pe tembiasakue ikatuhague Moisés ha Elías ojejuka ha oñemopuʼã jeyhague, upéva hína pe tembiasakue oñembyasýha rehe umi cien cuarenta y cuatro mil. Upe tembiasakue oñepyrũkuri 11 jasyporundy 2001-pe pe “ñeʼẽ peteĩha” reheve pe ánhel Apocalipsis dieciocho-pegua, pe Ermána White ohechauka oguahẽhague umi óga guasu Nueva York táva pegua oñehundírõ guare. Pe “ñeʼẽ mokõiha” Apocalipsis capítulo dieciocho-pegua katu, oñehenduka pe léi domingo oúvape pyaʼete jave, Tupã ambue ijovecha aty oñehenói hag̃ua osẽ hag̃ua Babiloniágui. Upéva hína upe tembiasakue, pe ñembyasýpegua tembiasakue, upépe Daniel ojehechauka oñemoambueha Cristo raʼãngápe omaʼẽvo pe visión “marah” rehe, ha upéva hína pe expresión kuñanguéva pe visión “mareh” rehegua. Upéva hína pe visión “causativa”, pe “omoñepyrũva” taʼanga ojehecháva oñemohaʼangajey hag̃ua umi omaʼẽvape.</w:t>
      </w:r>
    </w:p>
    <w:p>
      <w:pPr>
        <w:pStyle w:val="ArticleBody"/>
        <w:jc w:val="left"/>
      </w:pPr>
      <w:r>
        <w:rPr>
          <w:rFonts w:ascii="Times New Roman" w:hAnsi="Times New Roman" w:eastAsia="Times New Roman" w:cs="Times New Roman"/>
        </w:rPr>
        <w:t>Upe omombe’úva pe sellamiento rehegua, ha Daniel ñemoambue rehegua pe capítulo diez-pe, oguereko Miguel oguejy ramo guare Ha’e omoingove jey ha omoambue umi ojehechaukáva Moisés, Elías ha Daniel rupive. Ha’e omboguata pe jeikove jey “ñe’ẽ guasu” arcángel reheve, upéicha ome’ẽvo peteĩ mbohapyha “ñe’ẽ”, pe ñe’ẽ peteĩha ha paha mbytépe, umíva mokõivéva peteĩchante, mokõivéva niko hína Apocalipsis capítulo dieciocho ñe’ẽ. Pe ñe’ẽ mbytegua hína upe oñembohechahápe pe ñemoĩva’ekue, pórke Miguel omoingove jeyrõ guare Moiséspe, ndojepy’apyvai ni ndojodiskutiái Satanás ndive, jepe Satanás, pe ñemoĩva’ekue apohare, oĩ kuri upépe oñemoĩ hag̃ua.</w:t>
      </w:r>
    </w:p>
    <w:p>
      <w:pPr>
        <w:pStyle w:val="ArticleScripture"/>
        <w:jc w:val="left"/>
      </w:pPr>
      <w:r>
        <w:rPr>
          <w:rFonts w:ascii="Times New Roman" w:hAnsi="Times New Roman" w:eastAsia="Times New Roman" w:cs="Times New Roman"/>
        </w:rPr>
        <w:t>Ha katu Miguel arcángel, oñorairõ jave pe aña ndive ha ojopy'óvo iñe'ẽ Moisés rete rehe, ndojapói va'ekue hese peteĩ ñemomarã vai, síno he'i: Ñandejára tomongyhyje ndéve. Judas 7.</w:t>
      </w:r>
    </w:p>
    <w:p>
      <w:pPr>
        <w:pStyle w:val="ArticleBody"/>
        <w:jc w:val="left"/>
      </w:pPr>
      <w:r>
        <w:rPr>
          <w:rFonts w:ascii="Times New Roman" w:hAnsi="Times New Roman" w:eastAsia="Times New Roman" w:cs="Times New Roman"/>
        </w:rPr>
        <w:t>Pe tiempo ñepyrũ ojejapóva pe séllo rehegua, oñepyrũva 11 jasyporundy 2001-pe ha opa hag̃uáicha pe pya’e ou hag̃uáva léi domingo rehe, ojehechauka pe firma “Añetegua” reheve; péva mbyte rupi upe períodope, jasypokõi 2023-pe, pe ñe’ẽ tuicha arcángel rehegua oñepyrũ pe tembiapo omoingove jey hag̃ua umi omanóva Cristo-pe, umi oiporavóva ohendu hag̃ua Iñe’ẽ mbytegua. Ehechakuaa 2023 ouha mokõipa mokõi ary rire 2001-gui, ha mokõipa mokõi ha’eha peteĩ décima mokõi sientos mokõipa rehegua, ha upéva ha’e pe símbolo joaju hag̃ua Divinidad ha yvypóra, ha avei ha’e peteĩ símbolo ñemyatyrõ jey rehegua.</w:t>
      </w:r>
    </w:p>
    <w:p>
      <w:pPr>
        <w:pStyle w:val="ArticleBody"/>
        <w:jc w:val="left"/>
      </w:pPr>
      <w:r>
        <w:rPr>
          <w:rFonts w:ascii="Times New Roman" w:hAnsi="Times New Roman" w:eastAsia="Times New Roman" w:cs="Times New Roman"/>
        </w:rPr>
        <w:t>Jasypokõi ary 2023-pe, pe ánhel mbarete ndaha’éiva ambue tapicha guasu Jesucristo-gui, ha ha’éva pe Añetegua, ha avei ha’éva Miguel, ha ha’éva pe Alfa ha Omega oguejýva peteĩ marandu ipópe reheve. Pe aranduka michĩ ipópe oĩva hína pe Daniel rembiporavo oñemboty vaʼekue pe ára pahápe peve.</w:t>
      </w:r>
    </w:p>
    <w:p>
      <w:pPr>
        <w:pStyle w:val="ArticleScripture"/>
        <w:jc w:val="left"/>
      </w:pPr>
      <w:r>
        <w:rPr>
          <w:rFonts w:ascii="Times New Roman" w:hAnsi="Times New Roman" w:eastAsia="Times New Roman" w:cs="Times New Roman"/>
        </w:rPr>
        <w:t>“Pe Apocalípsispe oñembyaty ha oñemohu’ã opaite Biblia ryru. Ko’ápe oĩ Daniel kuatiañe’ẽ complemento. Peteĩva ningo profecía; ambue katu revelación. Pe kuatiañe’ẽ oñembotýva’ekue ndaha’éi Apocalípsis, síno upe Daniel profecía pehẽngue ojoguáva ára pahápe. Pe ánhel he’i hag̃ua ichupe: ‘Ha nde, Daniel, emboty ko’ã ñe’ẽ, ha esella pe kuatiañe’ẽ, pe ára paha peve.’ Daniel 12:4.” Hechos de los Apóstoles, 585.</w:t>
      </w:r>
    </w:p>
    <w:p>
      <w:pPr>
        <w:pStyle w:val="ArticleBody"/>
        <w:jc w:val="left"/>
      </w:pPr>
      <w:r>
        <w:rPr>
          <w:rFonts w:ascii="Times New Roman" w:hAnsi="Times New Roman" w:eastAsia="Times New Roman" w:cs="Times New Roman"/>
        </w:rPr>
        <w:t>Pe porción marandu ñemombe’upy Daniel rehegua, oikóva umi ára pahápe, ha’e pe kapítulo once. Ha’e umi poteĩ térã seis versíkulo paha kapítulo once-pe, ha katu iporãve hag̃uáicha he’iséva hína umi tembiasakue oĩva pe kapítulo ryepýpe, ha umíva jevy oñembohasa umi seis versíkulo paha-pe.</w:t>
      </w:r>
    </w:p>
    <w:p>
      <w:pPr>
        <w:pStyle w:val="ArticleScripture"/>
        <w:jc w:val="left"/>
      </w:pPr>
      <w:r>
        <w:rPr>
          <w:rFonts w:ascii="Times New Roman" w:hAnsi="Times New Roman" w:eastAsia="Times New Roman" w:cs="Times New Roman"/>
        </w:rPr>
        <w:t>“Ndajaikuaái tiempo ñambyaty hag̃uáicha. Ára ivaíva oĩ ñande renondépe. Ko yvy tuichakue oñemonguʼe ñorairõ espíritu reheve. Pyaʼeite oikóta umi mbaʼe vai ojeʼéva profecíape. Daniel capítulo once-pe oĩva profecía haimete og̃uahẽma iñemyenyhẽmbaitépe. Heta tembiasakue oiko vaʼekue ko profecía ñemyenyhẽme, upéva oñembopyahúta jey.” Manuscript Releases, número 13, 394.</w:t>
      </w:r>
    </w:p>
    <w:p>
      <w:pPr>
        <w:pStyle w:val="ArticleBody"/>
        <w:jc w:val="left"/>
      </w:pPr>
      <w:r>
        <w:rPr>
          <w:rFonts w:ascii="Times New Roman" w:hAnsi="Times New Roman" w:eastAsia="Times New Roman" w:cs="Times New Roman"/>
        </w:rPr>
        <w:t>Pe versíkulo dieciséis, Daniel kapítulo once-gui, ohechauka peteĩ tembiasakue ojejey jeyvaʼekue pe versíkulo cuarenta y uno-pe, pe versíkulo-pe pe mburuvicha yvate gotyogua oĩgui pe yvy gloriosa-pe. Pe tembiasakue pe versíkulo dieciséis-pegua omombeʼu arakaʼépa pe general romano Pompeyo ogueru Judá ha Jerusalén cautiverio-pe.</w:t>
      </w:r>
    </w:p>
    <w:p>
      <w:pPr>
        <w:pStyle w:val="ArticleScripture"/>
        <w:jc w:val="left"/>
      </w:pPr>
      <w:r>
        <w:rPr>
          <w:rFonts w:ascii="Times New Roman" w:hAnsi="Times New Roman" w:eastAsia="Times New Roman" w:cs="Times New Roman"/>
        </w:rPr>
        <w:t>Ha pe oúva hiʼári, ojapóta ijehegui oipotaháicha, ha avave ndaikatumoʼãi opuʼã henondépe; ha opytáta pe yvy mimbipávape, ha ipo rupive oñehundíta. Daniel 11:16.</w:t>
      </w:r>
    </w:p>
    <w:p>
      <w:pPr>
        <w:pStyle w:val="ArticleBody"/>
        <w:jc w:val="left"/>
      </w:pPr>
      <w:r>
        <w:rPr>
          <w:rFonts w:ascii="Times New Roman" w:hAnsi="Times New Roman" w:eastAsia="Times New Roman" w:cs="Times New Roman"/>
        </w:rPr>
        <w:t>Aipota ko versíkulo peteĩhaicha ñane moñepyrũrã ñahesa’ỹijo hag̃ua umi versíkulo oúva mboyve pe versíkulope; upévare, amoĩta raẽ ko ñehesakã. Roipota jahechauka pe tembiasakue oúva Alejandro el Grande rréino oñembyaipa rire, umi versíkulo mbohapyha ha irundyhápe, oñepyrũha ary 1989-pe, ha upéi ohechauka ko’ag̃agua ñorairõ Ucraniano, Putin jeity umi mbarete Oeste-gua ári, ha upéi iñemboguevi, upéva ogueraha versíkulo dieciséis-pe.</w:t>
      </w:r>
    </w:p>
    <w:p>
      <w:pPr>
        <w:pStyle w:val="ArticleScripture"/>
        <w:jc w:val="left"/>
      </w:pPr>
      <w:r>
        <w:rPr>
          <w:rFonts w:ascii="Times New Roman" w:hAnsi="Times New Roman" w:eastAsia="Times New Roman" w:cs="Times New Roman"/>
        </w:rPr>
        <w:t>“Ejipto ndaikatúikuri opyta hag̃ua Antíoco renondépe, mburuvicha guasu yvate gotyogua; ha Antíoco katu ndaikatúikuri opyta hag̃ua Romano-kuéra renondépe, koʼág̃a ou vaʼekue hendáre. Mavave reino ndaikatúi véima ombohovái ko puʼaka ojekakuaáva. Siria oñegana, ha oñembojoapy Imperio Romano-pe, Pompeyo, 65 a.C., oipeʼárõ guare Antíoco Asiático-gui imbaʼekuéra, ha omboguejývo Siria peteĩ provincia romana ramo.”</w:t>
      </w:r>
    </w:p>
    <w:p>
      <w:pPr>
        <w:pStyle w:val="ArticleScripture"/>
        <w:jc w:val="left"/>
      </w:pPr>
      <w:r>
        <w:rPr>
          <w:rFonts w:ascii="Times New Roman" w:hAnsi="Times New Roman" w:eastAsia="Times New Roman" w:cs="Times New Roman"/>
        </w:rPr>
        <w:t>“Pe mbarete peteĩchagua avei opyta vaʼerãmoʼã Yvy Marangatúpe, ha hoʼu hag̃ua chupe. Roma ojoaju Tupã tavayguakuéra ndive, judío-kuéra ndive, peteĩ ñeʼẽmeʼẽ rupive, ary 161 a.C.-pe, upe ára guive oguereko peteĩ tenda mombyryʼỹva marandurã profétiko aravopapýpe. Upéicharõ jepe, ndohupytýi Judea rehe poguý actual hag̃ua tetã ñorairõ rupive peve ary 63 a.C.-pe; ha upérõ, koʼã mbaʼe ojehu hag̃uaicha.”</w:t>
      </w:r>
    </w:p>
    <w:p>
      <w:pPr>
        <w:pStyle w:val="ArticleScripture"/>
        <w:jc w:val="left"/>
      </w:pPr>
      <w:r>
        <w:rPr>
          <w:rFonts w:ascii="Times New Roman" w:hAnsi="Times New Roman" w:eastAsia="Times New Roman" w:cs="Times New Roman"/>
        </w:rPr>
        <w:t>“Pompeyo ojevy vove iñemboguata-gui Mitrídates, Ponto mburuvicha guasu, rehe, mokõi oñorãirõva, Hircano ha Aristóbulo, oñeha’ã kuri Judea rréino rehe. Iñe’ẽrendu oguahẽ Pompeyo renondépe, ha pya’e ohechakuaa Aristóbulo rembijerure ndaha’eiha tekojoja, ha upéicharõ jepe oipotákuri ombohasase ko ñe’ẽme’ẽ Arabia-pe iñemboguata ymaite guive oipotáva rire peve, oprometérõ upéi ou jevy hag̃ua ha omohenda hag̃ua hesekuéra opa mba’e hekoitépe ha porã hag̃uáicha ichupe guarã. Aristóbulo, oikuaávo porã Pompeyo remiandu añetéva, pya’e oho jevy Judea-pe, omboarmávo hetãygua kuérape, ha oñembosako’i mbarete hag̃ua oñedefende, odesidíma va’ekue, opa mba’e vai ojehúva jepe, oguereko hag̃ua pe koróna, ohechakuaágui oñeme’ẽtaha ambuépe. Pompeyo oñemuñaite pe okañývare. Ha oguahẽmbotávo Jerusalén-pe, Aristóbulo, oñepyrũvo oñembyasy hague tapere rehe, osẽ kuri ohug̃aitĩ hag̃ua ichupe ha oñeha’ã ombojoaju jey hag̃ua opa mba’e, oprometévo ñe’ẽrendu completo ha heta pirapire. Pompeyo, omoneĩvo ko oferta, omondo Gabiniope, peteĩ aty soldádo ñakãme, ojapyhy hag̃ua pe pirapire. Ha upe teniente general oguahẽrõ guare Jerusalén-pe, ojuhu okẽnguéra oñembotypa hese, ha oñe’ẽ chupe muralla ári guive pe táva ndopytamo’ãiha upe ñe’ẽme’ẽ rehe.”</w:t>
      </w:r>
    </w:p>
    <w:p>
      <w:pPr>
        <w:pStyle w:val="ArticleScripture"/>
        <w:jc w:val="left"/>
      </w:pPr>
      <w:r>
        <w:rPr>
          <w:rFonts w:ascii="Times New Roman" w:hAnsi="Times New Roman" w:eastAsia="Times New Roman" w:cs="Times New Roman"/>
        </w:rPr>
        <w:t>“Pompeyo, ani hag̃ua ojeavy’a rei hese péicha mba’eve’ỹre, omoĩ Aristóbulope, ha’e ombohasa vaʼekue hendive, itaju ñapytĩme, ha pyaʼe voi oguata Jerusalén rehe opa iñorairõhára ndive. Aristóbulo rembiapokue oĩkuri távape ñemo’ã hag̃uáicha; Hyrcano rembiguáikuéra katu, okẽnguéra ojepeʼa hag̃uáicha. Koʼãva, hetavérõgui ha ipuʼakavévo, omeʼẽ Pompeyope oike hag̃ua sãso hag̃uáicha távape. Upérõ Aristóbulo rapichakuéra ojevy Templo yvýrape, oĩmbaitéva pyʼaguasúpe omoʼã hag̃ua upépe, Pompeyo katu avei oĩmbaitéva ipyʼaguasúpe omboguejy hag̃ua upéva. Mbohapy jasy paha gotyo ojejapo peteĩ jeity murállape, ha iporãmbaitéva oñemoinge hag̃ua ñorairõme; ha upe tenda oñegana kyse puku puʼakápe. Pe jejuka vaiete oúva upéipe, paʼũme, paʼa mokõi sua tapicha oñejuka. Haʼe ningo peteĩ mbaʼe ñembyasy hag̃uáva, heʼi pe historiador, jahecha hag̃ua paʼikuéra, upérõ oĩva Tupã rembiapo marangatu apópe, ipo pyʼaguapýpe ha hembiapo mbaretepy reheve osegiha hembiapo jepiveguáicha, haʼete ku ndoikuaáiva pe sarambi vaiete oikóva, jepe opárupi ijerére iñirũnguéra oñemeʼẽ jejukápe, ha jepe heta jey huguytee voi oñembojeheʼa isakrifísio ruguy ndive.”</w:t>
      </w:r>
    </w:p>
    <w:p>
      <w:pPr>
        <w:pStyle w:val="ArticleScripture"/>
        <w:jc w:val="left"/>
      </w:pPr>
      <w:r>
        <w:rPr>
          <w:rFonts w:ascii="Times New Roman" w:hAnsi="Times New Roman" w:eastAsia="Times New Roman" w:cs="Times New Roman"/>
        </w:rPr>
        <w:t>“Oñemohu’ãmba rire ñorairõgui, Pompeyo omboguejy Jerusalén murálla-kuéra, ombohasa heta táva Judea poguýgui Siria poguýpe, ha omoĩ tribúto umi judío ári. Péicha, peteĩha jey Jerusalén oñemoĩ ñemomba’eguasu rupi ipoguýpe pe pu’aka orekótava pe “yvy mimbipáva” ipo akãratãme peve oikundahaite hag̃ua.” Uriah Smith, Daniel and the Revelation, 259, 260.</w:t>
      </w:r>
    </w:p>
    <w:p>
      <w:pPr>
        <w:pStyle w:val="ArticleBody"/>
        <w:jc w:val="left"/>
      </w:pPr>
      <w:r>
        <w:rPr>
          <w:rFonts w:ascii="Times New Roman" w:hAnsi="Times New Roman" w:eastAsia="Times New Roman" w:cs="Times New Roman"/>
        </w:rPr>
        <w:t>Ñambojoýta ko ñemoarandu ñande artículo oúvape.</w:t>
      </w:r>
    </w:p>
    <w:p>
      <w:pPr>
        <w:pStyle w:val="ArticleScripture"/>
        <w:jc w:val="left"/>
      </w:pPr>
      <w:r>
        <w:rPr>
          <w:rFonts w:ascii="Times New Roman" w:hAnsi="Times New Roman" w:eastAsia="Times New Roman" w:cs="Times New Roman"/>
        </w:rPr>
        <w:t>Pe mba’e ndaipóriha ñorairõ térã jepy’apy Tupã tavayguakuéra apytépe, upéva ndojehechava’erãi peteĩ techaukaha paha ramo ha’eha hikuái ojoko mbarete hag̃ua doctrina hesãiva. Oĩ mba’e hag̃ua ñakyhyje, ikatu hag̃uáicha ndoikuaaporãi hikuái añetehápe mba’éichapa ohechakuaa hag̃ua añetegua ha jejavy apytépe. Araka’eve ndañepyrũiramo porandu pyahu Ñandejára Ñe’ẽ Mimbi jehesa’ỹijo rupive, araka’eve ndoikóiramo iñambue hag̃ua ñemoĩ peteĩ ñe’ẽme’ẽme, ha upéva nomombáiramo kuimba’ekuérape oheka hag̃ua hikuái ijehegui la Biblia-pe, oikuaa hag̃ua añetehápe oguerekópa hikuái pe añetegua, upéicharõ heta oĩta ko’ág̃a, yma guarérõguáicha, ojapóva tradición reheve ha omomba’éva peteĩ mba’e ndoikuaáiva.</w:t>
      </w:r>
    </w:p>
    <w:p>
      <w:pPr>
        <w:pStyle w:val="ArticleScripture"/>
        <w:jc w:val="left"/>
      </w:pPr>
      <w:r>
        <w:rPr>
          <w:rFonts w:ascii="Times New Roman" w:hAnsi="Times New Roman" w:eastAsia="Times New Roman" w:cs="Times New Roman"/>
        </w:rPr>
        <w:t>“Ojehechauka chéve heta umi he’íva oguerekoha pe añetegua ko tiempopegua rehegua arandu, ndokuaái mba’épa oguerovia. Noikũmbýi hikuái umi pruéva omopyendáva ijerovia. Ndorekói hikuái peteĩ aprecio porã ha hekopete pe tembiapo ko tiempopegua rehe. Oguãhẽ vove pe ára jehasa’asy rehegua, oĩta kuimba’e ko’ág̃a opredikáva ambuépe, ha’ekuéra ohechamírõ umi posición oguerekóva, ohechakuaáta heta mba’e ndaikatúiva ome’ẽ hese kuéra peteĩ razón ombopy’aguapýva. Ko’ãicha oñeha’ãmboyve chupekuéra, ndoikuaái hikuái tuichaitereiha iñignoránsia. Ha oĩ avei heta tapicha tupãope oguerekóva por seguro oikũmbyha mba’épa oguerovia; ha katu, ndopu’ãiramo controversia, ndoikuaái hikuái ijehegui voi mbovyveha imbarete. Oñemboja’óramo umi ijerovia joajúvagui ha oñekonsideráramo oĩ hag̃ua ha’eño ha peteĩnte ijehe, omyesakã hag̃ua ijerovia, oñemondýita ohechávo mba’éichapa iñapytu’ũryru opyta sarambi pe añete ramo oguerovia va’ekue rehe. Añetehápe, ojehechakuaa ñande apytépe oĩ hague peteĩ ñemboyke Tupã oikovévagui ha peteĩ jejere yvypórape, oñemoĩvo arandu yvypórapegua pe arandu Tupãguápe hag̃ua.”</w:t>
      </w:r>
    </w:p>
    <w:p>
      <w:pPr>
        <w:pStyle w:val="ArticleScripture"/>
        <w:jc w:val="left"/>
      </w:pPr>
      <w:r>
        <w:rPr>
          <w:rFonts w:ascii="Times New Roman" w:hAnsi="Times New Roman" w:eastAsia="Times New Roman" w:cs="Times New Roman"/>
        </w:rPr>
        <w:t>“Ñandejára omopuʼãta Itavayguakuérape; ha ambue tape ndaikatúiramo ombaʼapo, oike hag̃ua ijapytépekuéra herejía, ohechaukátava mávapa añetehápe imarangatu ha ombojaʼótava ñotỹraʼỹi trigo-gui. Ñandejára ohenói opa umi ogueroviávape Iñeʼẽ opáy hag̃ua oke guive. Oguahẽ tesape iporãitereíva, ko ára rehegua. Kóva hína añetegua Bíblica, ohechaukáva umi mbaʼe vai oĩmava ñane renondetépe. Ko tesape oguerahavaʼerã ñandéve peteĩ estudio kyreʼỹme hag̃ua Ñandejára Ñeʼẽ rehe, ha peteĩ examen iporãitereíva umi ñemboʼepy ñañongatúva rehe. Ñandejára oipota opa umi mbaʼe ojeʼéva añetegua rehe ha opa umi ñemboʼepy rehe oñehesaʼỹijo porã, pyʼaguapýpe ha tapiaite, ñemboʼe ha ayuno reheve. Umi ogueroviáva ndovaléi opytuʼu hag̃ua peteĩva umi ñeimoʼã ha manatu ndojekuaaporãivape mbaʼépa hína añetegua. Ijerovia toñemopyenda mbarete Ñandejára Ñeʼẽ ári, ikatu hag̃uáicha, oguahẽ vove pe ára jehaʼãrã ha oñemboguahẽvo chupekuéra consejo-kuéra renondépe ombohovái hag̃ua ijerovia rehe, ikatu hag̃ua omeʼẽ peteĩ razón pe esperánsa orekóva rehe, pyʼa guapy ha kyhyjépe.”</w:t>
      </w:r>
    </w:p>
    <w:p>
      <w:pPr>
        <w:pStyle w:val="ArticleScripture"/>
        <w:jc w:val="left"/>
      </w:pPr>
      <w:r>
        <w:rPr>
          <w:rFonts w:ascii="Times New Roman" w:hAnsi="Times New Roman" w:eastAsia="Times New Roman" w:cs="Times New Roman"/>
        </w:rPr>
        <w:t>“Pemongu’e, pemongu’e, pemongu’e. Umi mba’e jagueraháva ko yvy ári orehegua ha’eva’erã oréve guarã peteĩ añetegua oikovéva. Tuicha mba’e, ñamo’ãvo umi doctrina jahecháva jerovia pegua artículo fundamental ramo, araka’eve ani ñañeme’ẽ jeporu hag̃ua ñe’ẽrã ndahetaitéiva hekopete añetetépe. Umíva ikatu oservi omokirirĩ hag̃uáicha peteĩ oñemoĩva ñande rehe, péro ndohecharamói pe añetegua. Jaikuave’ẽva’erã ñe’ẽrã hekopete ha añetetéva, ndaha’éi hag̃uánte omokirirĩ ñane mokõihárape, síno ikatúva hag̃uáicha ohasa hi’ári pe jehechajey hi’aguĩvéva ha ipypukuvéva. Umi oñembo’éva’ekue oñe’ẽ hag̃ua ñomongeta joavyhápe apytépe oĩ peteĩ tuicha peligro: ndojeporumo’ãi hag̃ua Ñandejára Ñe’ẽ tekojoja reheve. Ñambohováivo peteĩ ñande rovake oñemoĩvape, va’erã ñande rembiapo kyre’ỹ ñaikuave’ẽ hag̃ua umi mba’e peteĩ hendáicha ikatúva omombáy jeroviapy imandu’ápe, ha ani jaheka añónte ñame’ẽ hag̃ua jerovia pe ogueroviávape.”</w:t>
      </w:r>
    </w:p>
    <w:p>
      <w:pPr>
        <w:pStyle w:val="ArticleScripture"/>
        <w:jc w:val="left"/>
      </w:pPr>
      <w:r>
        <w:rPr>
          <w:rFonts w:ascii="Times New Roman" w:hAnsi="Times New Roman" w:eastAsia="Times New Roman" w:cs="Times New Roman"/>
        </w:rPr>
        <w:t>“Taikuéra oimeraẽva yvypóra arandu ñemotenonde, ani hag̃ua ni peteĩ sapy’ami opensa ndaiporiha tekotevẽ peteĩ jeheka pypuku ha peteĩchagua meme Ñandejára Ñe’ẽme tesape tuichavévare. Ore, tavayguakuéraicha, jañehenóiva peteĩteĩme hag̃ua ñandejára rehegua marandu ñemoaranduha. Tekotevẽ ñañangareko kyre’ỹme ikatu hag̃uáicha jahechakuaa oimeraẽ tesape rendy’i Ñandejára ome’ẽtava ñandéve. Tekotevẽ jajapyhy añetegua resape peteĩha; ha ñemoarandu ñembo’e reheve rupive ikatu jajuhu tesape hesakãvéva, ikatúva ñamoĩ ambuekuéra renondépe.</w:t>
      </w:r>
    </w:p>
    <w:p>
      <w:pPr>
        <w:pStyle w:val="ArticleScripture"/>
        <w:jc w:val="left"/>
      </w:pPr>
      <w:r>
        <w:rPr>
          <w:rFonts w:ascii="Times New Roman" w:hAnsi="Times New Roman" w:eastAsia="Times New Roman" w:cs="Times New Roman"/>
        </w:rPr>
        <w:t>“Oĩramo Tupã tavayguakuéra oĩ porã ha oñandu hyguaitĩha pe hesakãmíva ko’ág̃a oguerekóva rehe, ikatu jaikuaa porã Ha’e ndohechaporãmo’ãiha chupekuéra. Ha’e rembipota hína toguata meme tenonderãme, ohupyty hag̃ua pe tesape hetave ha ára ha ára hetave ohesapéva chupekuéra. Pe iglesia reko ko’ág̃agua ndogustái Tupãme. Oike peteĩ jerovia hag̃ua ijehe, upéva ogueru chupekuéra oimo’ã hag̃ua natekotevẽveiha añetegua hetave ni tesape tuichavéva. Jaiko peteĩ ára Satanás omba’apohápe akatúape ha asúpe, ñande renondépe ha ñande rapykuéri; ha upéicharõ jepe, ñande, peteĩ tetãicha, jake. Tupã oipota oñehendu peteĩ ñe’ẽ omombáy hag̃ua Itavayguakuérape omba’apo hag̃ua.” Testimonies, volúmen 5,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 Daniel rehegua - Papapy peteĩ sa poapy ha mbohapy hag̃ua peteĩsa’ẽ hag̃ua hag̃ua hag̃ua hag̃ua hag̃ua hag̃ua hag̃ua hag̃ahinutepavẽ</dc:title>
  <dc:subject>Ojehechauka hag̃ua Marandu Pyharegua: Oñehesa’ỹijo hag̃ua Daniel pe Kapítulo Pateĩha Pa’ẽme’ẽva’ẽmby rehegua</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