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Peteĩ Sa Po Irundy hag̃ua}</w:t>
      </w:r>
    </w:p>
    <w:p>
      <w:pPr>
        <w:pStyle w:val="ArticleSubtitle"/>
        <w:jc w:val="left"/>
      </w:pPr>
      <w:r>
        <w:rPr>
          <w:rFonts w:ascii="Arial" w:hAnsi="Arial" w:eastAsia="Arial" w:cs="Arial"/>
        </w:rPr>
        <w:t>Pe mba’e he’ise marandu’ypy rehegua Daniel 11-pe: ojehechauka hag̃ua umi mba’e oiko va’ekue ypy ha umi mba’e oikótava tenonderã rehegua’ẽ hag̃ua hembiapo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Pe versíkulo dieciséis-pe Daniel once-pe oñemyesakã Judá ha Jerusalén jejapyhy rehe Pompeyo rupive áño 63 a.C.-pe. Upéva ohechauka pe pya’etéma ou hag̃uáva léi domingo Estados Unidos-pe, oñekumpli hag̃ua versíkulo cuarenta y uno upe kapítulo-pe voi. Pe tembiasakue oñembojoajúva upe versíkulo rehe ohechauka peteĩ ñorairõ civil oikóva pe távape ojapyhy jave, upéicha rupi ojekuaa hag̃ua pe ñembopyahu pe Guerra Civil Estados Unidos-pegua ko’ág̃a oikóva Estados Unidos-pe. Tahachi ojejapi térã nahániri, mokõi aty ko’ág̃a oñorairõ Estados Unidos sãmbyhy rehehápe. Pompeyo ojapyhy ramo guare Jerusalén, upéva ohechauka Jerusalén opytata hague poguýpe Roma poguýpe oñehundi peve áño 70 d.C.-pe. Upéicha rupi, upéva ha’e va’ekue peteĩ ta’anga profética pe pya’etéma ou hag̃uáva léi domingo rehegua, omoĩva techaukaha pe sexto rréino paha hag̃ua profecía bíblica-pe.</w:t>
      </w:r>
    </w:p>
    <w:p>
      <w:pPr>
        <w:pStyle w:val="ArticleBody"/>
        <w:jc w:val="left"/>
      </w:pPr>
      <w:r>
        <w:rPr>
          <w:rFonts w:ascii="Times New Roman" w:hAnsi="Times New Roman" w:eastAsia="Times New Roman" w:cs="Times New Roman"/>
        </w:rPr>
        <w:t>Pompeyo ha’e pe peteĩha irundy pokatu Romagua apytégui ojehechakuaáva pe pasáhepe. Marco Antonio, ha’éva avei peteĩ Romagua, oñemombe’u avei; hákatu umi irundy pokatu ojehechaukáva mburuvicha Romagua ramo apytépe, Antonio ohechauka pe ñesãmbyhy Romagua opu’ãva’ekue ha ojapo hag̃ua peteĩ joaju Egipto ndive Roma rovái. Pompeyo, Julio César, Augusto César ha Tiberio César ha’e umi irundy Romagua ojeiporúva proféticamente ohechauka hag̃ua umi irundy generación pe mymba yvygua ratĩ republicano rehegua.</w:t>
      </w:r>
    </w:p>
    <w:p>
      <w:pPr>
        <w:pStyle w:val="ArticleBody"/>
        <w:jc w:val="left"/>
      </w:pPr>
      <w:r>
        <w:rPr>
          <w:rFonts w:ascii="Times New Roman" w:hAnsi="Times New Roman" w:eastAsia="Times New Roman" w:cs="Times New Roman"/>
        </w:rPr>
        <w:t>Pompeyo, ombohérõva Estados Unidos Ñorairõ Civil pe ñemoĩmbyre ñemoñare 1863-pe, avei ohechauka pe ñemoñare paha ha pe “ñorairõ civil” ko’ág̃a oñepyrũmava. Julio César ombohéra pe mokõiha ñemoñare, peteĩ ára Estados Unidos oñemopyenda mbarete hag̃ua tetãnguéra apytépe pe tetã tenondegua ramo; ha’e katu ojejuka 1913-pe, upe jave pe viru rape rehegua poguýi oñeme’ẽ ramo pe sistema bancario globalista-pe, ha oñepyrũ peteĩ gobierno mundial rembiapo. César Augusto ombohéra pe ára mimbipa umi mokõi ñorairõ mundial peteĩha ha mokõiha rehegua, upéramo, tuguy ñehẽ jepe, Estados Unidos oiko hag̃ua yvóra mba’e potapy. Upéi pe ñemoñare pahápe Tiberio César, ojekuaáva oka’ueterei haguére ha Cristo kurusúre jeity rehe, ombohéra pe ára añetépe oñepyrũva’ekue Juan F. Kennedy jeporavo reheve, pe tenondete presidente católico ramo, upéicha ojehechauka pe ñemoñare oñesũtaha Roma renondépe.</w:t>
      </w:r>
    </w:p>
    <w:p>
      <w:pPr>
        <w:pStyle w:val="ArticleBody"/>
        <w:jc w:val="left"/>
      </w:pPr>
      <w:r>
        <w:rPr>
          <w:rFonts w:ascii="Times New Roman" w:hAnsi="Times New Roman" w:eastAsia="Times New Roman" w:cs="Times New Roman"/>
        </w:rPr>
        <w:t>Ko'ã mba'e marandu py'aguapy rehegua ojoajúva Pompeyo rehe iñimportánte, ha upéicharõ jepe, ko'ág̃a ñamohenda ñane atención pe tembiasakue marandu py'aguapy rehegua oĩva Pompeyo ha versíkulo dieciséis mboyve, peteĩ tembiasakue oñepyrũva pe kapítulo mokõi versíkulo peteĩha ha mokõihápe, omombe'úvo 1989ha áñoha pe ára paha, ha upéi ohechaukávo pe sexto Presidente ipirapire hetáva Reagan guive, omýiva umi globalista-kuérape, Trump ojapoháicha añetehápe.</w:t>
      </w:r>
    </w:p>
    <w:p>
      <w:pPr>
        <w:pStyle w:val="ArticleBody"/>
        <w:jc w:val="left"/>
      </w:pPr>
      <w:r>
        <w:rPr>
          <w:rFonts w:ascii="Times New Roman" w:hAnsi="Times New Roman" w:eastAsia="Times New Roman" w:cs="Times New Roman"/>
        </w:rPr>
        <w:t>Trump ojehechauka pe irundyhára mburuvicha oúva Ciro rire, hérava Jerjes, mburuvicha guasu persa ipirapire hetáva, ojekuaáva avei Asuéro ramo Ester rembiasápe. Umi versíkulope, mburuvicha oúva upe rire Jerjes rapykuéri haʼe Alejandro Magno, versíkulo mbohapyhápe. Tembiasakue rehegua ramo, oĩkuri poapy mburuvicha Jerjes ha Alejandro Magno mbytépe. Trump guive, pe peteĩ tetãygua guasu peteĩ añónte rekohápe pegua ojehechaukáva Alejandro Magno rupive peve, ojehechauka pa mburuvicha; Trump haʼe peteĩha ha Alejandro haʼe pahague.</w:t>
      </w:r>
    </w:p>
    <w:p>
      <w:pPr>
        <w:pStyle w:val="ArticleBody"/>
        <w:jc w:val="left"/>
      </w:pPr>
      <w:r>
        <w:rPr>
          <w:rFonts w:ascii="Times New Roman" w:hAnsi="Times New Roman" w:eastAsia="Times New Roman" w:cs="Times New Roman"/>
        </w:rPr>
        <w:t>Marandu pyharegua rehechauka opa umi mburuvicha guasu yvy arigua oporomoakãta tekovaipe papakuéra ndive arapaha yvóra rembiasakuepe, ha umi mburuvicha guasu ojehechauka “pa mburuvicha guasu” ramo. Acab, ha’éva peteĩ tetãnguéra pa jeýva ruvicha, ha omendáva Jezabel rehe, ohechauka añetehápe, jepe opa umi pa mburuvicha guasu oporomoakã tekovaipe papakuéra ndive, oĩha peteĩ mburuvicha guasu tenondegua ha’eva’ekue pe tenonderã ojapo hag̃ua upéicha. Peteĩha jey papakuéra oñeme’ẽ jave chupekuéra pe guapy renda yvy arigua, pe mburuvicha guasu tenondegua va’ekue Clovis, umi franco-kuéra ruvicha guasu (Francia) ary 496 d.C.-pe. Kóva oñemohenda porã papakuéra ome’ẽ haguére Francia-pe pe téra iglesia católica ra’y ypykue, ha iglesia católica rajy tuichavéva.</w:t>
      </w:r>
    </w:p>
    <w:p>
      <w:pPr>
        <w:pStyle w:val="ArticleBody"/>
        <w:jc w:val="left"/>
      </w:pPr>
      <w:r>
        <w:rPr>
          <w:rFonts w:ascii="Times New Roman" w:hAnsi="Times New Roman" w:eastAsia="Times New Roman" w:cs="Times New Roman"/>
        </w:rPr>
        <w:t>Pe obra profética ojapóva Francia omoĩvo Rómape pe tróno yvy arandupyrepegua ári, ohechauka pe obra profética Estados Unidos ojapótava. Pe léi domingo rehegua, profecía bíblica-pe, oñepyrũ Estados Unidos-pe, ha upéi opa tetã ko yvy ape ári osegíta upe techapyrã. Línea profética ári línea profética, ojehechauka pe mburuvicha guasu tenondegua umi diez ruvichakuéragui, upe tenonde ha iñimportantevéva oiko hag̃ua tekovai reheve pe kuimba’e angaipáva ndive ára paha-pe, ha’eha Estados Unidos. Jepe noñerrepresentái mburuvichakuéra Xerxes, pe peteĩha mburuvicha rico, ha Alejandro Magno, pe pahagua mburuvicha, mbytépe versíkulo mokoĩha ha mbohapyhápe, tembiasakue ohechauka oĩha diez mburuvicha. Pe número diez orrepresenta peteĩ prueba, ha avei orrepresenta peteĩ confederación.</w:t>
      </w:r>
    </w:p>
    <w:p>
      <w:pPr>
        <w:pStyle w:val="ArticleBody"/>
        <w:jc w:val="left"/>
      </w:pPr>
      <w:r>
        <w:rPr>
          <w:rFonts w:ascii="Times New Roman" w:hAnsi="Times New Roman" w:eastAsia="Times New Roman" w:cs="Times New Roman"/>
        </w:rPr>
        <w:t>Pe prova ombohovái ko múndo oñemopuʼãramo peteĩ sistema mundial, oñerrepresentáva mymba guasu raʼanga ramo. Upe prova oñepyrũ Estados Unidos-pe pe léi domingo hiʼag̃uaitemava reheve ha opa vove opa tetã ko yvy ape ári osegi upe techapyrã. Jesús akóinte ohechauka peteĩ mbaʼe paha ipype iñepyrũ, upévare, jepe mburuvichakuéra noñembohérai pe mburuvicha oguerekóva heta mbaʼerepy ha Alejandro apytépe umi versíkulo mokõiha ha mbohapyhápe, tembiasakue ohechauka peteĩ proceso de prováta oñepyrũva pe presidente ipirapire hetavéva ndive, ipirapire hetáva hekove rembiapo ñemuháre, ndahaʼéi ojapógui mbaʼerepy oike rupi peteĩ sistema polítiko oñembyaíva ryepýpe.</w:t>
      </w:r>
    </w:p>
    <w:p>
      <w:pPr>
        <w:pStyle w:val="ArticleBody"/>
        <w:jc w:val="left"/>
      </w:pPr>
      <w:r>
        <w:rPr>
          <w:rFonts w:ascii="Times New Roman" w:hAnsi="Times New Roman" w:eastAsia="Times New Roman" w:cs="Times New Roman"/>
        </w:rPr>
        <w:t>Téra América ouñemoñepyrũ pe versión latina téra “Amerigo” rehe, oúva pe explorador italiano Amerigo Vespucci-gui, ha’éva peteĩ explorador ha navegante ojapóva heta viaje pe Mundo Pyahu-pe ary paha siglo XV ha ñepyrũ siglo XVI-pe. Oñondivepa, umi Vespucci jehechapyre ha jeporeka ikatu hag̃uáicha ojejapo, oipytyvõ hikuái viru reheve, inversión de capital rupive, umi patrocinador ha mecenas ohecháva katupyry hag̃ua ganancia, expansión ha prestigio pe Mundo Pyahu jehechakuaa-pe. Pe téra “América” ha’e peteĩ símbolo pe ñeha’ã rehegua oguenohẽ hag̃ua ganancia.</w:t>
      </w:r>
    </w:p>
    <w:p>
      <w:pPr>
        <w:pStyle w:val="ArticleBody"/>
        <w:jc w:val="left"/>
      </w:pPr>
      <w:r>
        <w:rPr>
          <w:rFonts w:ascii="Times New Roman" w:hAnsi="Times New Roman" w:eastAsia="Times New Roman" w:cs="Times New Roman"/>
        </w:rPr>
        <w:t>Jesús akóinte ohechauka peteĩ mba’e paha, iñepyrũ ndive; ha umi diez rréi oñepyrũva, umíva ohechaukáva pe puente pe mburuvicharã mokõi hatĩva Medo-Persia guive pe gobierno mundial peteĩme ojehechaukáva Alejandro Magno rupive peve, oñepyrũ pe rréi rico rehe, ha’éva presidente pe reino ojehechaukáva Francia ha Acab rupive, ha upéva avei oikóta pe akã ojehechaukáva Alejandro Magno rupive, araka’e opaite yvy ape ári oñemoĩta tenondépe umi mba’erepy rehegua ojoajúva Estados Unidos pokatu rehe, ha’éva ombojeruréva opaite yvy ape ári oñesũ hag̃ua pe iglesia católica renondépe, oipotáramo ikatu hag̃uáicha ojogua ha ovende.</w:t>
      </w:r>
    </w:p>
    <w:p>
      <w:pPr>
        <w:pStyle w:val="ArticleBody"/>
        <w:jc w:val="left"/>
      </w:pPr>
      <w:r>
        <w:rPr>
          <w:rFonts w:ascii="Times New Roman" w:hAnsi="Times New Roman" w:eastAsia="Times New Roman" w:cs="Times New Roman"/>
        </w:rPr>
        <w:t>Pe séptimo rréino Apocalipsis kapítulo diesisiete-pe, ha’e umi diez rréi; ha peteĩ umi diez rréi mba’ete profético apytégui ha’e kóva: ha’ekuéra oiko hag̃ua peteĩ “mbyky sapy’a” añoite, mboyve oĩ hag̃ua peteĩ ñe’ẽme’ẽme ome’ẽ hag̃ua hikuái irréino séptimo Babilonia kuña rekovépe, pe ojejoko hag̃uánte “peteĩ aravo” pukukue. Pe razón profética omoneĩ haguére hikuái upe ñe’ẽme’ẽ ha’e, ha’ekuéra oka’u rupi Babilonia víno reheve. Tembiasakue rehe, Alejandro el Grande ogoverna va’ekue peteĩ sapy’a mbykymi añoite, hi’ánga opyta pya’e hag̃uáicha irréino oñemopyenda pya’e haguéicha avei; ha’e oka’u rupi omanógui, upéicha rupi ohechauka pe mbyky sapy’a ha pe ka’u umi diez rréi Naciones Unidas-gua rehegua. Pya’e voi Alejandro el Grande opu’ã rire, ojekytĩ; ha irréino oñeme’ẽ umi irundy yvytu-pe, ojekuaa hag̃uáicha upe ñorairõ oúva oñeha’ãjey hag̃ua oñemopyenda hag̃ua irréino yma guare.</w:t>
      </w:r>
    </w:p>
    <w:p>
      <w:pPr>
        <w:pStyle w:val="ArticleScripture"/>
        <w:jc w:val="left"/>
      </w:pPr>
      <w:r>
        <w:rPr>
          <w:rFonts w:ascii="Times New Roman" w:hAnsi="Times New Roman" w:eastAsia="Times New Roman" w:cs="Times New Roman"/>
        </w:rPr>
        <w:t>Ha che avei, Darío meda arýpe, che voi aĩ akóinte amombarete ha amyasãi hag̃ua chupe. Ha koʼág̃a aikuaaukáta ndéve pe añetegua. Péina, opuʼãta gueteri mbohapy mburuvicha guasu Persia-pe; ha pe irundyha oikóta hetaiterei ijyvyrajára hag̃ua opavavégui: ha imbarete rupive, hembiporiahuvereko heta reheve, omopuʼãta opavave Grecia retãre. Ha opuʼãta peteĩ mburuvicha guasu imbaretéva, ogovernátava tuicha pokatu reheve, ha ojapóta pe oipotáva. Ha opuʼã vove, hoguãme oñembyai hag̃ua, ha oñembojaʼóta yvága irundy yvytu gotyo; ha ndahaʼemoʼãi itaʼýra kuérape g̃uarã, ni pe ipoguýpe ogoverna haguéicha: ipórke pe irreino ojeipeʼáta chugui, ha ambuépe oñemeʼẽta, umívape ndahaʼéiva. Daniel 11:1–4.</w:t>
      </w:r>
    </w:p>
    <w:p>
      <w:pPr>
        <w:pStyle w:val="ArticleBody"/>
        <w:jc w:val="left"/>
      </w:pPr>
      <w:r>
        <w:rPr>
          <w:rFonts w:ascii="Times New Roman" w:hAnsi="Times New Roman" w:eastAsia="Times New Roman" w:cs="Times New Roman"/>
        </w:rPr>
        <w:t>Alexandre rréino oñembyaipa pya’e eterei oñemopyendaháicha avei, pórke upéva orrepresenta umi ára pahápe, amo profecía ojehechakuaahápe oikoháicha pya’eterei.</w:t>
      </w:r>
    </w:p>
    <w:p>
      <w:pPr>
        <w:pStyle w:val="ArticleScripture"/>
        <w:jc w:val="left"/>
      </w:pPr>
      <w:r>
        <w:rPr>
          <w:rFonts w:ascii="Times New Roman" w:hAnsi="Times New Roman" w:eastAsia="Times New Roman" w:cs="Times New Roman"/>
        </w:rPr>
        <w:t>“Mburu rembiguáva ombojoajúma hína ipokatu kuéra ha oñemombarete hína peteĩ joajuhápe. Oñemombareteve hikuái pe apañuãi guasu pahápe g̃uarã. Tuicha ñemoambue oikótama pyaʼe ñande yvýpe, ha umi movimiento paha hína pyaʼeetéta.” Testimonies, volúmen 9, 11.</w:t>
      </w:r>
    </w:p>
    <w:p>
      <w:pPr>
        <w:pStyle w:val="ArticleBody"/>
        <w:jc w:val="left"/>
      </w:pPr>
      <w:r>
        <w:rPr>
          <w:rFonts w:ascii="Times New Roman" w:hAnsi="Times New Roman" w:eastAsia="Times New Roman" w:cs="Times New Roman"/>
        </w:rPr>
        <w:t>Mbohapy Islam rehegua oñemopyenda umi característica profética peteĩha ha mokõiha ñembyasýpe. Pe peteĩha ñembyasýpe oĩkuri peteĩ ára paha oñepyrũva Mahoma oguahẽ guive ha oho hag̃ua pe ambue ára pahápe, ojehechakuaáva “po jasy” térã cien cincuenta ary ramo, upépe Islam “ombyaíta” Roma ehérsito-kuérape. Pe profecía tiempo rehegua cien cincuenta ary apýra, peteĩ jave avei, omarka ñepyrũrã pe trescientos noventa y un ary ha quince ára profecíape, upépe pe mokõiha Ñembyasy Islam rehegua upéi “ojukáta” Roma ehérsito-kuérape.</w:t>
      </w:r>
    </w:p>
    <w:p>
      <w:pPr>
        <w:pStyle w:val="ArticleBody"/>
        <w:jc w:val="left"/>
      </w:pPr>
      <w:r>
        <w:rPr>
          <w:rFonts w:ascii="Times New Roman" w:hAnsi="Times New Roman" w:eastAsia="Times New Roman" w:cs="Times New Roman"/>
        </w:rPr>
        <w:t>11 jasyporundy 2001 ohechauka pe ára ojehechaukáva Mohammed rehe pe peteĩha mba’easy guasupe, ha upéva oike avei 7 jasypa 2023, ohechaukávo pe ñepyrũrã ára Islam ombyaítahápe “ehérsito Roma gua” pe yma guare tee “Yvy Porãitépe”, ha upéva ha’e peteĩ ta’ãnga Estados Unidos rehegua; ha 7 jasypa 2023 guive, umi ñorairõ Islam ojapóva Roma ehérsito rehe, og̃uahẽ hag̃uáicha mokõi sa sua rupi ko kuatia oñehai jave 17 jasykõi 2024-pe.</w:t>
      </w:r>
    </w:p>
    <w:p>
      <w:pPr>
        <w:pStyle w:val="ArticleBody"/>
        <w:jc w:val="left"/>
      </w:pPr>
      <w:r>
        <w:rPr>
          <w:rFonts w:ascii="Times New Roman" w:hAnsi="Times New Roman" w:eastAsia="Times New Roman" w:cs="Times New Roman"/>
        </w:rPr>
        <w:t>Pe léi oúma peve ou porãitéva ára pytuʼũme oñemoĩta pe léi domingo rehegua, Tetã Joaju “ojejukáta” pe sexto rréino ramo maranduʼỹ marangatu Biblia-pe guare, ha upéva ojoja umi trescientos noventa y un ary ha quince ára islam gua oiporu vaʼekue oñorairõ hag̃ua, ojuka haguéicha yma Roma ehérsito kuéra, imbojoajúvo iñorairõ hatãve hag̃ua hikuái pe mbohapyha tuicha yihad ryepýpe. Michael opuʼãvo, yvypóra ára de grásia oñembotýta, ha umi irundy yvytu oñemosãsoitéta por completo umi siete última plaga aja.</w:t>
      </w:r>
    </w:p>
    <w:p>
      <w:pPr>
        <w:pStyle w:val="ArticleScripture"/>
        <w:jc w:val="left"/>
      </w:pPr>
      <w:r>
        <w:rPr>
          <w:rFonts w:ascii="Times New Roman" w:hAnsi="Times New Roman" w:eastAsia="Times New Roman" w:cs="Times New Roman"/>
        </w:rPr>
        <w:t>“Ahecha umi tetã nguéra pochyha, Tupã pochykue, ha pe ára omanóva kuérape ojehusgaha, peteĩteĩ iñambuéva ha ojehe’átava peteĩ ambue rapykuéri; avei ahecha Miguel ndoñembo’ýi gueteri hague, ha pe jehasa asy araka’eve oiko’ỹva gueteri ndoñepyrũi hague. Umi tetã nguéra ko’ág̃a oiko hína ipochy, ha ñande Pa’i Guasu omohu’ã vove hembiapo pe tupaópe, ha’e oñembo’ýta, omonde ijehe pe ao tekojojáva, ha upéi oñeñohẽta umi siete plaga paha.”</w:t>
      </w:r>
    </w:p>
    <w:p>
      <w:pPr>
        <w:pStyle w:val="ArticleScripture"/>
        <w:jc w:val="left"/>
      </w:pPr>
      <w:r>
        <w:rPr>
          <w:rFonts w:ascii="Times New Roman" w:hAnsi="Times New Roman" w:eastAsia="Times New Roman" w:cs="Times New Roman"/>
        </w:rPr>
        <w:t>“Ahecha umi irundy ánhel oguerekotaha umi irundy yvytu Jesús rembiapo opa peve pe santuariope, ha upéi outa umi siete plaga paha.” Early Writings, 36.</w:t>
      </w:r>
    </w:p>
    <w:p>
      <w:pPr>
        <w:pStyle w:val="ArticleBody"/>
        <w:jc w:val="left"/>
      </w:pPr>
      <w:r>
        <w:rPr>
          <w:rFonts w:ascii="Times New Roman" w:hAnsi="Times New Roman" w:eastAsia="Times New Roman" w:cs="Times New Roman"/>
        </w:rPr>
        <w:t>Pe “irundy yvytu” ojehechauka “kavaju pochy, ohekávo oñemosãso ha ogueru hag̃ua mano ha ñehundi hapérupi”, he’i haguéicha Hermana White, ha oñemosãsoite hikuái ñemoporã’ỹ pahávo. Ojehechauka kuri oñemosãsóramo pe mokõiha ñembyasýpe “irundy ánhel” ramo, ndaha’éi irundy yvytu ramo.</w:t>
      </w:r>
    </w:p>
    <w:p>
      <w:pPr>
        <w:pStyle w:val="ArticleScripture"/>
        <w:jc w:val="left"/>
      </w:pPr>
      <w:r>
        <w:rPr>
          <w:rFonts w:ascii="Times New Roman" w:hAnsi="Times New Roman" w:eastAsia="Times New Roman" w:cs="Times New Roman"/>
        </w:rPr>
        <w:t>He’íva pe sexto ánhelpe, oguerekóva pe trompéta: Emosãso umi irundy ánhel ojejokuáva pe ysyrýpe guasu Éufrates-pe. Ha umi irundy ánhel oñemosãso, umi oñembosako’íva peteĩ aravo, ha peteĩ ára, ha peteĩ jasy, ha peteĩ áño-rã, ojuka hag̃ua mbohapyha peteĩhára yvyporakuéragui. Apocalipsis 9:14, 15.</w:t>
      </w:r>
    </w:p>
    <w:p>
      <w:pPr>
        <w:pStyle w:val="ArticleBody"/>
        <w:jc w:val="left"/>
      </w:pPr>
      <w:r>
        <w:rPr>
          <w:rFonts w:ascii="Times New Roman" w:hAnsi="Times New Roman" w:eastAsia="Times New Roman" w:cs="Times New Roman"/>
        </w:rPr>
        <w:t>“Yvytu irundy”, térã “irundy ánhel”, mokõivéva ha’e Islam rehegua techaukaha, contexto ojeipuruhápe pe símbolo ohechaukaháicha. Alejandro el Grande opu’ã ramo guare, hekovia guasu, orepresentáva pe pokõiha rréino, upéva he’iséva peteĩ mbohapyha pe rréino mbohapy joajúvagui: dragón, mymba ñarõ ha proféta japu; “ha opu’ã vove, hekovia guasu oñembyaíta, ha oñemboja’óta yvágagui yvytu irundy gotyo.” Yvypóra tiempo de prueba oñembotývo, yvytu irundy, térã irundy ánhel, ojejora, ha ombyai hikuái hekovia guasu, pórke hekovia guasu “oñembyaíta.” Upérõ umi diez mburuvicha guasu ha iñirũnguéra, umi comerciante globalista, opytáta mombyry, hasẽ ha osapukáita.</w:t>
      </w:r>
    </w:p>
    <w:p>
      <w:pPr>
        <w:pStyle w:val="ArticleScripture"/>
        <w:jc w:val="left"/>
      </w:pPr>
      <w:r>
        <w:rPr>
          <w:rFonts w:ascii="Times New Roman" w:hAnsi="Times New Roman" w:eastAsia="Times New Roman" w:cs="Times New Roman"/>
        </w:rPr>
        <w:t>Ojehecháke, umi mburuvicha guasu oñembyaty; ohasa joajúpe. Ohechávo, opyta hag̃ua hendýi; ojepy’apy, ha pya’e okanýma. Kyhyje ojapyhy chupekuéra upépe, ha mba’asy kuña imembýta hag̃uáicha. Nde remopẽ umi barco Tarshishgua yvytu kuarahyresẽ guive reheve. Salmos 48:4–7.</w:t>
      </w:r>
    </w:p>
    <w:p>
      <w:pPr>
        <w:pStyle w:val="ArticleBody"/>
        <w:jc w:val="left"/>
      </w:pPr>
      <w:r>
        <w:rPr>
          <w:rFonts w:ascii="Times New Roman" w:hAnsi="Times New Roman" w:eastAsia="Times New Roman" w:cs="Times New Roman"/>
        </w:rPr>
        <w:t>Pe pa tetã ruvicha akã tenondéva mokoĩpa rehegua rembiapo renda oñembyaipa umi “yvytu kuarahyresẽ gotyogua” Islam rehegua rupi.</w:t>
      </w:r>
    </w:p>
    <w:p>
      <w:pPr>
        <w:pStyle w:val="ArticleScripture"/>
        <w:jc w:val="left"/>
      </w:pPr>
      <w:r>
        <w:rPr>
          <w:rFonts w:ascii="Times New Roman" w:hAnsi="Times New Roman" w:eastAsia="Times New Roman" w:cs="Times New Roman"/>
        </w:rPr>
        <w:t>Nde remiguáva nde reraha yguasúpe; yvytu kuarahyresẽguio ouva’ekue ne mopẽ mbyte pe yguasu rupi. Nde mba’ereta, ha ne ñemuhaguasu, nde mba’erepy ñemu, ne marino-kuéra ha ne mboguataharakuéra, nde ysyrýva apytĩharakuéra, ha umi oñangarekóva nde ñemurehe, ha opa ne kuimba’e ñorairõhára oĩva pende apytépe, ha opa ne aty oĩva nde mbytépe, ho’áta yguasu mbytépe nde ñehundipa árape. Ezequiel 27:26, 27.</w:t>
      </w:r>
    </w:p>
    <w:p>
      <w:pPr>
        <w:pStyle w:val="ArticleBody"/>
        <w:jc w:val="left"/>
      </w:pPr>
      <w:r>
        <w:rPr>
          <w:rFonts w:ascii="Times New Roman" w:hAnsi="Times New Roman" w:eastAsia="Times New Roman" w:cs="Times New Roman"/>
        </w:rPr>
        <w:t>“Yvytu kuarahyresẽgua” Islam rehegua omopẽ umi dies mburuvicha guasu rréino “iñembyaikue árape”, oñerrepresentaháicha Alejandro Magno rréino oñemopẽ hague ha oñeme’ẽ umi irundy yvytúpe. Hetaiterei pe tembiasakue ojehupytýva Daniel 11-pe oñeha’arõta oñembopyahu jevy capítulo once og̃uahẽvo ipahaitépe, ha’eva’erãme hembipota pahápe. Ojekuaa porã hag̃ua moõpa oñemboja’o porãva umi tembiasakue, upéva hína pe tembiapo profético umi oñehenóivape hag̃ua marandu hag̃uáme profecía rehe. Umi seis versículo pahaguéva Daniel 11-gua oñemohu’ã yvypóra gracia paha ñembotýpe, Miguel opu’ãvo. Alejandro Magno rréino oñemboja’óramo umi irundy yvytúpe, upéva orrepresenta pe gracia paha ñemboty, ha ohechauka pe tembiasakue profético oúva versículo cinco guive tenonde gotyo ojehechava’erãha peteĩ línea profética pyahu ramo.</w:t>
      </w:r>
    </w:p>
    <w:p>
      <w:pPr>
        <w:pStyle w:val="ArticleBody"/>
        <w:jc w:val="left"/>
      </w:pPr>
      <w:r>
        <w:rPr>
          <w:rFonts w:ascii="Times New Roman" w:hAnsi="Times New Roman" w:eastAsia="Times New Roman" w:cs="Times New Roman"/>
        </w:rPr>
        <w:t>Pe versíkulo cinco guive pe versíkulo dieciséis peve ohechauka pe tembiasakue 538 guive pe arapokõindy léi ou pya’évape peve. Pe versíkulo cinco guive nueve peve orrepresenta pe tembiasakue umi mil doscientos sesenta ary kuéra rehegua pe papado poguýpe, oñepyrũva’ekue áño 538-pe ha opa va’ekue pe ára paha jave 1798-pe. Pe versíkulo diez ohechauka pe tembiasakue ohechaukáva pe versíkulo cuarenta-pe oikótava, ára paha jave 1989-pe pe papado omboyke ha oity jave pe Unión Soviética. Pe versíkulo once ha doce ohechauka pe proxy ñorairõ ko’ág̃agua Ucrania-pe, Putin ha Rusia oganáta hag̃ua; ha katu pe oikótava upe rire, Putin pu’aka rire, ojoguáta “Nineveh ñorairõme”, ha “Chosroes ho’ápe”, ha upéva va’ekue pe “lláve oipe’áva pe yvykua pypukuete ijapýra’ỹva”, omosãsóva Islam pe tembiasakue “primer ay” reheguápe.</w:t>
      </w:r>
    </w:p>
    <w:p>
      <w:pPr>
        <w:pStyle w:val="ArticleBody"/>
        <w:jc w:val="left"/>
      </w:pPr>
      <w:r>
        <w:rPr>
          <w:rFonts w:ascii="Times New Roman" w:hAnsi="Times New Roman" w:eastAsia="Times New Roman" w:cs="Times New Roman"/>
        </w:rPr>
        <w:t>Putin pu’akaete jehupyty mbykýva rire, Estados Unidos, umi ñe’ẽjoaju trece guive quince peve, oganátava pe guerra por encargo; kóva hína pe conclusión pe guerra por encargo rehegua, oñepyrũ va’ekue Guerra Mundial Mokõi guive. Pe pasaje ohechauka mbohapy ñorairõ, pe ñorairõ peteĩha oñemohu’ãkuri ary 1989-pe, oñekumpli hag̃ua umi versículo diez ha cuarenta; pe mokõiha, ha’éva pe guerra ko’áĝagua Ucrania-pe, ombohechauka umi versículo once ha doce; ha pe mbohapyha guerra por encargo, ohechaukáva pe victoria pahaite Estados Unidos rehegua, oĩ ojehechaukáva pe versículo trece guive quince peve.</w:t>
      </w:r>
    </w:p>
    <w:p>
      <w:pPr>
        <w:pStyle w:val="ArticleBody"/>
        <w:jc w:val="left"/>
      </w:pPr>
      <w:r>
        <w:rPr>
          <w:rFonts w:ascii="Times New Roman" w:hAnsi="Times New Roman" w:eastAsia="Times New Roman" w:cs="Times New Roman"/>
        </w:rPr>
        <w:t>Pe ojehechakuaa va’erã ko’ã irundy período ojehechaukáva versíkulo po guive pe quince peve rehe, ha’eha mokõi período pahague, ohechaukáva ñorairõ ko’ág̃a oikóva Ucrania-pe, ha upéi Tetã Unidos retalia, oikoha sellamiento árape. Versíkulo dieciséis ohechauka pe ley dominical oúta hag̃uáicha pya’eterei Tetã Unidos-pe. Versíkulo cinco guive diez peve ohechauka tembiasakue 538 guive, oguahẽvo pe tiempo del fin 1798-pe, ha upéi oho jey pe tiempo del fin 1989-pe. Umi mokõi ñorairõ pe guerra proxy paha rehegua, ojehechaukáva versíkulo once guive quince peve, upévare oñemoañete pe período-pe, Ezequiel kapítulo doce ohechaukahápe oñemoañeteha opa visión rembiapo.</w:t>
      </w:r>
    </w:p>
    <w:p>
      <w:pPr>
        <w:pStyle w:val="ArticleBody"/>
        <w:jc w:val="left"/>
      </w:pPr>
      <w:r>
        <w:rPr>
          <w:rFonts w:ascii="Times New Roman" w:hAnsi="Times New Roman" w:eastAsia="Times New Roman" w:cs="Times New Roman"/>
        </w:rPr>
        <w:t>Umi visiónkuéra ojehechauka vaʼekue Ezequiélpe “ruéda kuéra ruéda ryepýpe”, ha Hermana White omombeʼu koʼãva haʼeha “mbaʼe ojehúva yvypóra rekovépe ojeporavóva ha ojoaju hag̃uáicha ijetuʼúva.” Pe tembiasakue ñorairõ rehegua Ucrániape, Putin ñeviktória, ha upéi heʼa, ha upéi Tetã peteĩ reko Amérika Joaju ñeviktória, haʼe peteĩva umi jehechaukarã ipyahúva ha ijetuʼuvéva “línea sobre línea” Ñandejára Ñeʼẽme.</w:t>
      </w:r>
    </w:p>
    <w:p>
      <w:pPr>
        <w:pStyle w:val="ArticleBody"/>
        <w:jc w:val="left"/>
      </w:pPr>
      <w:r>
        <w:rPr>
          <w:rFonts w:ascii="Times New Roman" w:hAnsi="Times New Roman" w:eastAsia="Times New Roman" w:cs="Times New Roman"/>
        </w:rPr>
        <w:t>Okomenta hag̃ua Ezequiel “ruéda ryepýpe oĩva ambue ruéda” rehe, Hermana White he’i Ezequiel ohecha ypykue ramo guare umi ruéda, upéva ojogua hague peteĩ ñembyaty vaipe; hákatu ipahápe Ezequiel ohechakuaa kuri oĩha peteĩ orden perfecto umi ruédape, ha’éva pe “jejopói joaju hasy umi mba’e oikóva yvypóra rembiasakuepe”. Ikatu hag̃uáicha oñemboja’o hekoitépe pe tembiasakue ojehechaukáva umi versíkulo once guive quince peve, tekotevẽ oñentende porã pe joaju oĩva iglesia católica ha Alemania Nazi apytépe, pórke umi mburuvicha nazi Ucrania-pe ha’e hína umi representante upe joaju rehegua.</w:t>
      </w:r>
    </w:p>
    <w:p>
      <w:pPr>
        <w:pStyle w:val="ArticleBody"/>
        <w:jc w:val="left"/>
      </w:pPr>
      <w:r>
        <w:rPr>
          <w:rFonts w:ascii="Times New Roman" w:hAnsi="Times New Roman" w:eastAsia="Times New Roman" w:cs="Times New Roman"/>
        </w:rPr>
        <w:t>Tekotevẽ avei oñentende pe papel oguerekóva pe jehechauka pe oñembohérava virgen María rehegua Fátimape, Portugal-pe, ary 1918-pe, oikehápe umi mbohapy ñe’ẽñemi pe oñembohérava virgen María oheja va’ekue umi mbohapy mitãme upe tembiasakuegui. Pe ñepyrũmby umi mbohapy marandu rehegua, omombe’úva peteĩ ñorairõ Iglesia Católica ha Rusia atea apytépe, ha Mokõiha Ñorairõ Mundial rehegua, oike pe marandu Fátima reheguápe, ojehechaukáva pe ñorairõ Ucrania-pe.</w:t>
      </w:r>
    </w:p>
    <w:p>
      <w:pPr>
        <w:pStyle w:val="ArticleBody"/>
        <w:jc w:val="left"/>
      </w:pPr>
      <w:r>
        <w:rPr>
          <w:rFonts w:ascii="Times New Roman" w:hAnsi="Times New Roman" w:eastAsia="Times New Roman" w:cs="Times New Roman"/>
        </w:rPr>
        <w:t>Pe Revolución Francesa, ha ijoaju profético iglésia católica ndive, ha ipahápe Napoleon Bonaparte ndive, upéva ohechaukáva Putin-pe, ha’e avei peteĩva umi “ruéda” ojehechaukáva Ucrania ñorairõme. Pe ijoaju profético pe Revolución Francesa rehegua Estados Unidos ndive avei ojehechauka ko tembiasakuepe; pórke, péichaite Putin ojehechaukaháicha Napoleon rupive Francia ho’árõ guare, upéicha avei pe ex actor Ronald Reagan, ha’éva pe mburuvicha umi ejército catolicismo reheguápe pe ñorairõ 1989-pe, ohechaukaha Zelenskyy-pe, pe ex actor, Ucrania ho’árõ jave. Umi ruéda ojoasáva ha ombojoajúva ko’ã versículope, pe pahaite ñuatĩ oporomboguapýva umi político demócrata Estados Unidos-pegua, oime va’ekue ha oĩva omotenondévo Zelenskyy-pe, ojekuaaukáta Putin rupive ha’e ipu’akáramo.</w:t>
      </w:r>
    </w:p>
    <w:p>
      <w:pPr>
        <w:pStyle w:val="ArticleBody"/>
        <w:jc w:val="left"/>
      </w:pPr>
      <w:r>
        <w:rPr>
          <w:rFonts w:ascii="Times New Roman" w:hAnsi="Times New Roman" w:eastAsia="Times New Roman" w:cs="Times New Roman"/>
        </w:rPr>
        <w:t>Rohóta ñande estudio koʼág̃a rire pe artíkulo oúvape.</w:t>
      </w:r>
    </w:p>
    <w:p>
      <w:pPr>
        <w:pStyle w:val="ArticleScripture"/>
        <w:jc w:val="left"/>
      </w:pPr>
      <w:r>
        <w:rPr>
          <w:rFonts w:ascii="Times New Roman" w:hAnsi="Times New Roman" w:eastAsia="Times New Roman" w:cs="Times New Roman"/>
        </w:rPr>
        <w:t>Mbýr ysyry Quebar rembe’ýre, Ezequiel ohecha peteĩ yvytu guasu ha’etéva ouha yvate gotyo guive, “peteĩ arai tuicháva, tata ojerejoáva ijehe, ha peteĩ tesape oĩva ijerére, ha ipytũmby mbytéguio osẽva ku ámbar joguaha.” Heta rueda, ojoasáva ojupe, omýiva irundy tekove oikovéva rupive. Ko’ã mba’e ári mombyry “oĩ peteĩ guapyha ra’anga, zafiro ita joguahaicha hechapyrãva; ha pe guapyha ra’anga ári oĩ peteĩ kuimba’e joguaha ra’anga hi’ári.” “Ha umi querubín-kuérape ojehechauka peteĩ kuimba’e po ra’anga ipepokuéra guýpe.” Ezequiel 1:4, 26; 10:8. Umi rueda ijapopy oñembohape hag̃uáicha hasy ha ojoapytépe, tenondete jehechárõ ha’ete ku oĩva sarambi hag̃uáicha; hákatu omýi peteĩ joaju hag̃uaite. Yvagapegua tekovekuéra, oñembarete ha oñemotenondéva pe po oĩva umi querubín pepo guýpe rupive, omongu’e hína kuri ko’ã rueda; ha hi’ári, pe guapyha zafiro ári, oĩ pe Tapiare’ỹva; ha pe guapyha jerére oĩ peteĩ yvytu’i renda’y, Tupã poriahuvereko rechaukaha.</w:t>
      </w:r>
    </w:p>
    <w:p>
      <w:pPr>
        <w:pStyle w:val="ArticleScripture"/>
        <w:jc w:val="left"/>
      </w:pPr>
      <w:r>
        <w:rPr>
          <w:rFonts w:ascii="Times New Roman" w:hAnsi="Times New Roman" w:eastAsia="Times New Roman" w:cs="Times New Roman"/>
        </w:rPr>
        <w:t>“Umi mba’e ojehe’a ha ojoavyva’ekue pe rueda-icha oĩ haguéicha po poguýpe, umi querubín pepo guýpe, upéicha avei umi mba’e jehupytyjoa ha jejopara umi tembiasakue yvypóra rehegua oĩ Tupã ñangareko ha sãmbyhy guýpe. Tetãnguéra apytépe ñorairõ ha sarambi mbytépe, Pe oguapýva umi querubín ári gueteri omoakã ha omboguata ko yvy rembiapo.”</w:t>
      </w:r>
    </w:p>
    <w:p>
      <w:pPr>
        <w:pStyle w:val="ArticleScripture"/>
        <w:jc w:val="left"/>
      </w:pPr>
      <w:r>
        <w:rPr>
          <w:rFonts w:ascii="Times New Roman" w:hAnsi="Times New Roman" w:eastAsia="Times New Roman" w:cs="Times New Roman"/>
        </w:rPr>
        <w:t>“Umi tetãnguéra rembiasakue, peteĩ rire ambue ojepytasóva pe ára ha tenda oñeme’ẽ vaʼekuépe chupekuéra, ohechaukávo oikuaaʼỹre pe añetegua haʼekuéra voi ndoikuaáiva mbaʼépa heʼise, ñeʼẽ ñandéve. Mayma tetãme ha mayma tapichápe ko árape Tupã omeʼẽ peteĩ tenda Iporãiterei Plan guasúpe. Ko árape yvyporakuéra ha tetãnguéra ojehaʼã hína pe aplomo rupive pe orekóva ipópe pe ndojejavýiva arakaʼeve. Opavave, ijeheguiete poravo rupive, oikóta hína odesidi hag̃ua hekove rapykue, ha Tupã oisãmbyhy opa mbaʼe ojehupyty hag̃ua Ijehupytyrãkuéra.”</w:t>
      </w:r>
    </w:p>
    <w:p>
      <w:pPr>
        <w:pStyle w:val="ArticleScripture"/>
        <w:jc w:val="left"/>
      </w:pPr>
      <w:r>
        <w:rPr>
          <w:rFonts w:ascii="Times New Roman" w:hAnsi="Times New Roman" w:eastAsia="Times New Roman" w:cs="Times New Roman"/>
        </w:rPr>
        <w:t>“Pe tembiasakue pe gran Che Haévape ohechauka vaekue Iñe’ẽme, ombojoajúvo peteĩ joaju ambuére pe cadena profética-pe, opa’ỹva yma guive opa’ỹva tenonderã peve, ñanembo’e moõpa ñaimé ko árape umi ára rape rysyipe, ha mba’épa ikatu jaha’arõ pe ára oútavape. Opa mba’e profecía he’i vaekue oikótaha, ko’áĝa peve, ojehechakuaa tembiasakuépe, ha ikatu jajerovia porã opa mba’e gueteri oútava oñekumplitaha iñordenhápe.”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Peteĩ Sa Po Irundy hag̃ua}</dc:title>
  <dc:subject>Pe mba’e he’ise marandu’ypy rehegua Daniel 11-pe: ojehechauka hag̃ua umi mba’e oiko va’ekue ypy ha umi mba’e oikótava tenonderã rehegua’ẽ hag̃ua hembiapo hag̃ua hag̃uáicha</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