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peteĩsa poapy ha poteĩ.</w:t>
      </w:r>
    </w:p>
    <w:p>
      <w:pPr>
        <w:pStyle w:val="ArticleSubtitle"/>
        <w:jc w:val="left"/>
      </w:pPr>
      <w:r>
        <w:rPr>
          <w:rFonts w:ascii="Arial" w:hAnsi="Arial" w:eastAsia="Arial" w:cs="Arial"/>
        </w:rPr>
        <w:t>Ojehe’akãvo Profesía: Revolusión Francesa, Putin rembiapo Rúsia-pe, ha pe Joavy Ucrania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Ñañepyrũvo ñahesa’ỹijo hag̃ua pe ára paha ñemomichĩha 1989-pe, pe tembiasakue marandu hag̃uáicha pe versíkulo diez rehegua rupi, tekotevẽ jajevy jey pe mbohapyha ñemoñare rembiasakuepe mokõive hatĩ mymba yvy rehegua mba’éva. Ary 1913-pe, pe mymba yvy rehegua hatĩ Republicanismo rehegua oñepyrũ hembiasakue ñemongakuaa hag̃ua ñoñeme’ẽmbápe pe sistema bancario globalista ndive; ha ary 1919-pe, pe hatĩ Protestantismo añetegua rehegua oñepyrũ hembiasakue ñemongakuaa hag̃ua ñoñeme’ẽmbápe umi teólogo Protestantismo apóstata reheguándi avei pe American Medical Association ndive, ome’ẽvo pe mundo-pe ikatupyry hag̃ua ohechakuaa hag̃ua iñemoarandu rapegua jeguerovia. Mokõive hatĩ oñepyrũ peteĩ joaju oñembyaíva ko yvy ndive, upéva omoambuéva itape ha iñembo’e marandu peteĩteĩme guare upe guive hag̃ua tenonderãme.</w:t>
      </w:r>
    </w:p>
    <w:p>
      <w:pPr>
        <w:pStyle w:val="ArticleBody"/>
        <w:jc w:val="left"/>
      </w:pPr>
      <w:r>
        <w:rPr>
          <w:rFonts w:ascii="Times New Roman" w:hAnsi="Times New Roman" w:eastAsia="Times New Roman" w:cs="Times New Roman"/>
        </w:rPr>
        <w:t>Upéva tembiasakuerépe pe ñepyrũ ñemurã pe mburuvicha guasu yvate gotyopegua rehegua, ha avei pe mburuvicha guasu yvy gotyopegua ára pahapegua rehegua og̃uahẽ peteĩ jere mombyrýpe. Pe Milágro de Fátima oiko 13 jasypa 1917-pe, Fátima, Portugal-pe. Upéva ha’e va’ekue hu’ã peteĩ aty jehechauka marianagua rehegua ohechava’ekue mbohapy mitã ovecha ñangarekohára: Lucia dos Santos ha imemby’ýra kuéra Francisco ha Jacinta Marto. Mitãnguéra ome’ẽva’ekue marandu he’iháicha, Tupãsy María, ojekuaáva Ñandejára Sy Fátima-ramo, ojehechauka chupekuéra káda jasýpe ára 13-pe mayo guive octubre peve ary 1917-pe.</w:t>
      </w:r>
    </w:p>
    <w:p>
      <w:pPr>
        <w:pStyle w:val="ArticleBody"/>
        <w:jc w:val="left"/>
      </w:pPr>
      <w:r>
        <w:rPr>
          <w:rFonts w:ascii="Times New Roman" w:hAnsi="Times New Roman" w:eastAsia="Times New Roman" w:cs="Times New Roman"/>
        </w:rPr>
        <w:t>Pe aparisión paha ipahaguápe 13 jasypa, 1917-pe, heta pa’ũ su, hetaiterei tapicha oñembyaty Cova da Iria-pe, Fátima ypýpe, oha’arõ hag̃uáicha ohecha peteĩ milágro, mitãnguéra he’i haguéicha oikótaha. Testígo kuéra he’iháicha, kuarahy ojehechauka ombohasa hag̃ua sa’ykuéra, ojere, ha ojeroky hag̃ua yvágape. Ko mba’e ojekuaa upéi Kuarahy Milágro térã Fátima Milágro ramo.</w:t>
      </w:r>
    </w:p>
    <w:p>
      <w:pPr>
        <w:pStyle w:val="ArticleBody"/>
        <w:jc w:val="left"/>
      </w:pPr>
      <w:r>
        <w:rPr>
          <w:rFonts w:ascii="Times New Roman" w:hAnsi="Times New Roman" w:eastAsia="Times New Roman" w:cs="Times New Roman"/>
        </w:rPr>
        <w:t>Fatimagua Milágro niko peteĩ mba’e guasu tuicháva tembiasakue ha devoción católicape, ha heta ojehesa’ỹijo, oñemombe’u ha oñeinterpreta va’ekue tekove marangatúpe oguerekóva heta ary pukukue aja. Umi mba’e oikóva’ekue Fátimape oreko peteĩ vaikuterei hi’arevéva piedad popularpe, devoción marianape, ha umi tema apocalíptico ñemyesakãme Tupao Católica ryepýpe.</w:t>
      </w:r>
    </w:p>
    <w:p>
      <w:pPr>
        <w:pStyle w:val="ArticleBody"/>
        <w:jc w:val="left"/>
      </w:pPr>
      <w:r>
        <w:rPr>
          <w:rFonts w:ascii="Times New Roman" w:hAnsi="Times New Roman" w:eastAsia="Times New Roman" w:cs="Times New Roman"/>
        </w:rPr>
        <w:t>Revolución Bolchevique oiko Rúsiape 7 jasypakõi 1917-pe, umi mbarete bolchevique, omyakãva Vladimir Lenin ha Partido Bolchevique, ojagarrárõ guare umi edifísio gubernamental iñimportantéva ha infraestructura Petrogrado-pe (koʼág̃a San Petersburgo). Ko mbaʼe ohechauka kuri pe huʼã paha Revolución Rusa 1917-guápe, oñepyrũvaʼekue Revolución de Febrero reheve ary ñepyrũmbýpe, upéva oguerúvaʼekue Tsar Nicolás II oheja hag̃ua itrono ha oñemoĩ hag̃ua peteĩ gobierno provisional.</w:t>
      </w:r>
    </w:p>
    <w:p>
      <w:pPr>
        <w:pStyle w:val="ArticleBody"/>
        <w:jc w:val="left"/>
      </w:pPr>
      <w:r>
        <w:rPr>
          <w:rFonts w:ascii="Times New Roman" w:hAnsi="Times New Roman" w:eastAsia="Times New Roman" w:cs="Times New Roman"/>
        </w:rPr>
        <w:t>Pe Revolución aja, umi Bolchevique kuéra omboguejy porãite pe gobierno provisional ha omopyenda control soviético Rusia ári. Umi Bolchevique kuéra oikuaauka oñemoheñói hague peteĩ Estado socialista ha oñepyrũ omotenonde hag̃ua iprograma revolucionario, umíva apytépe industria nacionalización, yvy ñemboja’o jey ha Rusia osẽ hag̃ua Peteĩha Ñorairõ Guasu Mundiálegui. Pe Revolución de Octubre ipahápe ogueru pe Unión Soviética jejapo ha oreko consecuencia pypuku ha mombyry oguahẽva Rusia ha arapýpe g̃uarã, omoheñóivo mba’éichapa oho vaʼekue tembiasakue siglo 20-pe.</w:t>
      </w:r>
    </w:p>
    <w:p>
      <w:pPr>
        <w:pStyle w:val="ArticleBody"/>
        <w:jc w:val="left"/>
      </w:pPr>
      <w:r>
        <w:rPr>
          <w:rFonts w:ascii="Times New Roman" w:hAnsi="Times New Roman" w:eastAsia="Times New Roman" w:cs="Times New Roman"/>
        </w:rPr>
        <w:t>Jesús ohechauka pe pahávo pe ñepyrũme, ha ikatu hag̃uáicha jahecha porãite pe mburuvicha guasu yvate gotyopegua ha pe mburuvicha guasu ñemby gotyopegua umi ára pahápeguápe, tekotevẽ ñantende iñepyrũnguéra. Umi mburuvicha guasu añeteguáva ñemby gotyopegua ha yvate gotyopegua ojehechaukáva Daniel kapítulo once-pe, oñembohysýi pe pu’aka oguerekóva mburuvicharã pe tenda añeteguáva Egipto reheguáva ramo pe mburuvicha guasu ñemby gotyopegua, ha pe pu’aka oguerekóva mburuvicharã pe tenda geográfica añeteguáva ojoajúva Babilonia ndive ramo pe mburuvicha guasu yvate gotyopegua.</w:t>
      </w:r>
    </w:p>
    <w:p>
      <w:pPr>
        <w:pStyle w:val="ArticleBody"/>
        <w:jc w:val="left"/>
      </w:pPr>
      <w:r>
        <w:rPr>
          <w:rFonts w:ascii="Times New Roman" w:hAnsi="Times New Roman" w:eastAsia="Times New Roman" w:cs="Times New Roman"/>
        </w:rPr>
        <w:t>Pe profesía literal ohasa pe profesía espiritual-pe kurusú ára rupi, yma guare Israel literal ohasávo Israel espiritual moderno-pe. Roma pagana literal opyrũmbipa Jerusalén literal ári mbohapy ary ha mbyte pukukue, áño 67 d.C. guive 70 d.C. peve, ha Roma papal espiritual opyrũmbipa Jerusalén espiritual ári mbohapy ary ha mbyte espiritual pukukue.</w:t>
      </w:r>
    </w:p>
    <w:p>
      <w:pPr>
        <w:pStyle w:val="ArticleBody"/>
        <w:jc w:val="left"/>
      </w:pPr>
      <w:r>
        <w:rPr>
          <w:rFonts w:ascii="Times New Roman" w:hAnsi="Times New Roman" w:eastAsia="Times New Roman" w:cs="Times New Roman"/>
        </w:rPr>
        <w:t>Babilonia espiritual oñemombe’u Apocalipsis capítulo diecisiete-pe, kuña rekovévaicha oporombojarúva yvy ruvichakuéra ndive. Egipto espiritual oñemombe’u Apocalipsis capítulo once-pe Francia atea ramo. Pe mba’e ojehecháva ko’áĝa pe mburuvicha guasu espiritual yvate gotyogua rehegua, oguerekóva’ekue iñembyai vaiete pe ára pahápe ary 1798-pe ha upéi ombohovái jey pe mba’e ojehecháva ko’áĝa pe mburuvicha guasu espiritual sur gotyogua rehegua pe ára pahápe ary 1989-pe, mokõivéva oñerrepresenta versículo cuarenta-pe Daniel once-pe. Mokõivéva pu’aka oguereko iñepyrũ ára pahápe ojehechaháicha ary 1917 guive 1918 peve, ha upéva hína avei pe tiempo de compromiso mokõivéva yvy mymba rakã mokõi rehegua. Umi iñepyrũmby tekotevẽ oñekuaa porã, ikatu hag̃uáicha oñemoĩ hekopete umi ipaha. Umi mburuvicha guasu ára pahapegua yvate ha sur gotyogua iñepyrũmokõi oñepyrũ pe Revolución Francesa-pe.</w:t>
      </w:r>
    </w:p>
    <w:p>
      <w:pPr>
        <w:pStyle w:val="ArticleScripture"/>
        <w:jc w:val="left"/>
      </w:pPr>
      <w:r>
        <w:rPr>
          <w:rFonts w:ascii="Times New Roman" w:hAnsi="Times New Roman" w:eastAsia="Times New Roman" w:cs="Times New Roman"/>
        </w:rPr>
        <w:t>“Pe siglo XVI-pe pe Reforma, omoĩvo peteĩ Biblia jepe’áva tavayguakuérape renondépe, oheka vaʼekue oike hag̃ua opa tetã Europagua-pe. Oĩ tetãnguéra omoguahẽvaʼekue chupe vyʼápe, yvágagui marandu hag̃uáicha. Ambue tetãme papado tuicha peve ohupyty vaʼekue ojoko hag̃ua ijeike; ha pe tesape marandu Bíblico rehegua, umi influencia omopuʼãva ndive, haimeteite oñembotypaite vaʼekue. Peteĩ tetãme, jepe pe tesape oike vaʼekue, pytũngue ndoikuaái chupe. Heta siglo pukukue, añetegua ha jejavy oñorairõ vaʼekue oñemombaʼeguasu hag̃ua. Ipahápe ivaíva ipuʼaka, ha pe añetegua Yvágagua oñemosẽ okápe. ‘Kóva hína pe condenación, pe tesape ou hague ko yvy ape ári, ha umi kuimbaʼe ohayhu pytũngue pe tesape rangue.’ Juan 3:19. Pe tetã ojeheja vaʼekue omonoʼõ hag̃ua umi resultado tape haʼe oiporavo vaʼekue rehegua. Ñandejára Espíritu ojokóva oñemboiʼo vaʼekue peteĩ pueblo-gui omboyke vaʼekue igrasia jopói. Pe ivaíva oñehejávaʼekue oguahẽ hag̃ua hiʼarakuãme. Ha opa ko yvy ohecha vaʼekue pe yva tesape rejehupi akãhatã hag̃uáicha oñemboykéva rehegua.”</w:t>
      </w:r>
    </w:p>
    <w:p>
      <w:pPr>
        <w:pStyle w:val="ArticleScripture"/>
        <w:jc w:val="left"/>
      </w:pPr>
      <w:r>
        <w:rPr>
          <w:rFonts w:ascii="Times New Roman" w:hAnsi="Times New Roman" w:eastAsia="Times New Roman" w:cs="Times New Roman"/>
        </w:rPr>
        <w:t>“Ñorairõ Biblia rehe, ojegueroguata vaʼekue hetaite siglo pukukue Francia-pe, og̃uahẽ ipahápe Revolución rembiasakuekuérape. Upe osẽ vaietereíva haʼékuri añoite pe resultado legítimo Roma ojoko haguére Ñandejára Ñeʼẽ. Upéva ohechauka pe techapyrã iporãvéva ha hesakãvéva ko mundo arakaʼeve ohecha vaʼekue, mbaʼéichapa ombaʼapo pe política papal—peteĩ techapyrã umi resultado rehegua, ojehupyty haguépe, hetave mil áño pukukue, pe mboʼepy Iglesia Romana rehegua ogueraha hag̃uáicha.”</w:t>
      </w:r>
    </w:p>
    <w:p>
      <w:pPr>
        <w:pStyle w:val="ArticleScripture"/>
        <w:jc w:val="left"/>
      </w:pPr>
      <w:r>
        <w:rPr>
          <w:rFonts w:ascii="Times New Roman" w:hAnsi="Times New Roman" w:eastAsia="Times New Roman" w:cs="Times New Roman"/>
        </w:rPr>
        <w:t>“Ñemboyke hag̃ua Ñandejára Ñeʼẽnguéra rehegua pe aravo guasu papakuéra poguyhýpe oĩramo guare, profetakuéra voi oikuaauka vaʼekue voi; ha pe Revelador avei ohechauka umi mbaʼe vaieterei oikótava, Francia-pe koʼýte, pe ‘kuimbaʼe angaipa rehegua’ poguyhýgui.” The Great Controversy, 265, 266.</w:t>
      </w:r>
    </w:p>
    <w:p>
      <w:pPr>
        <w:pStyle w:val="ArticleBody"/>
        <w:jc w:val="left"/>
      </w:pPr>
      <w:r>
        <w:rPr>
          <w:rFonts w:ascii="Times New Roman" w:hAnsi="Times New Roman" w:eastAsia="Times New Roman" w:cs="Times New Roman"/>
        </w:rPr>
        <w:t>Pe Revolusión Francesa oñemoheñói umi Escritura ñemboyke rupive “pe papado pu’aka jave”. Ateísmo heñói hag̃ua, ha upéi oikótava papado enemigo tuichavéva, omoñepyrũ voi pe papado ijehegui. Pe Revolusión Francesa oiko vaekue ary 1789 guive 1799 peve, ha katu pe espíritu revolucionario ateo oñepyrũva’ekue Francia-pe osegi oñemyasãi opa Europa rupi ha upégui okávo avei. Ciento dieciocho ary rire pe revolusión opa hague Francia-pe, pe Revolusión Rusa oñepyrũ Rusia-pe. Pe revolusión ateísmo rehegua oñepyrũva’ekue Francia-pe, opa Rusia-pe, ha ary 1917-pe Rusia oiko pe nación representante profético ramo, oñembojojavéva pe ateísmo Egipto rehegua reheve. Pe pu’aka dragón rehegua, ojehechaukáva pe mburuvicha guasu ñemby gotyogua ramo, oñemongu’e Francia-gui Rusia-pe.</w:t>
      </w:r>
    </w:p>
    <w:p>
      <w:pPr>
        <w:pStyle w:val="ArticleBody"/>
        <w:jc w:val="left"/>
      </w:pPr>
      <w:r>
        <w:rPr>
          <w:rFonts w:ascii="Times New Roman" w:hAnsi="Times New Roman" w:eastAsia="Times New Roman" w:cs="Times New Roman"/>
        </w:rPr>
        <w:t>Pe revolución Francia-pegua ojehechauka políticamente ha proféticamente Napoleón Bonaparte rupive, ha upe sentido-pe, Napoleón ohechauka pe peteĩha tendota peteĩ tetã oñemopyendáva peteĩ revolución-pe oguerúva Egipto-peguáicha ateísmo. Napoleón narcisismo oñembojoja porã Putin narcisismo rehe.</w:t>
      </w:r>
    </w:p>
    <w:p>
      <w:pPr>
        <w:pStyle w:val="ArticleBody"/>
        <w:jc w:val="left"/>
      </w:pPr>
      <w:r>
        <w:rPr>
          <w:rFonts w:ascii="Times New Roman" w:hAnsi="Times New Roman" w:eastAsia="Times New Roman" w:cs="Times New Roman"/>
        </w:rPr>
        <w:t>Napoleón oikuaa porãiterei vaʼekue taʼãnga ha propaganda puʼaka, upéicha avei Putin, pe vaʼekue KGB mburuvicha rembiapohára. KGB oñembokatupyry propaganda-pe. Napoleón oiporu vaʼekue taʼãnga jejapo hag̃ua tembiporu ramo ohechauka hag̃ua tavayguakuérape ijesarekorã, ipuʼaka ha pe taʼãnga ohechaukáva mburuvicharã reko. Haʼe omanda vaʼekue oñembiapouka hag̃ua chupe g̃uarã taʼãnga peteĩva umi artista herakuãvéva ijára tiémpope apytégui, umíva apytépe Jacques-Louis David, Antoine-Jean Gros ha Jean-Auguste-Dominique Ingres, ambuekuéra avei.</w:t>
      </w:r>
    </w:p>
    <w:p>
      <w:pPr>
        <w:pStyle w:val="ArticleBody"/>
        <w:jc w:val="left"/>
      </w:pPr>
      <w:r>
        <w:rPr>
          <w:rFonts w:ascii="Times New Roman" w:hAnsi="Times New Roman" w:eastAsia="Times New Roman" w:cs="Times New Roman"/>
        </w:rPr>
        <w:t>Ko’ã ta’anga ohechauka Napoleónpe opaichagua ñembo’y ha tenda ryepýpe, oikehápe ta’anga oficial Estado rehegua guive peve umi escena ndaha’éiva añetehápe formal. Ko’ã ta’anga ndaha’éi va’ekue mandu’arã tee Napoleónpe g̃uarãnte, ha katu avei tembiporu oñemyasãi hag̃ua iñanga ha imbarete tetã ryepýpe ha tetã ambuére avei. Putin ojapo avei upe tembiapo ha’e hag̃ua voi, heta iterei ta’anga hesegua reheve opaichagua tenda ryepýpe, ikatúva oñembojoja oimeraẽva umi influénser moderno Internet-peguándi.</w:t>
      </w:r>
    </w:p>
    <w:p>
      <w:pPr>
        <w:pStyle w:val="ArticleBody"/>
        <w:jc w:val="left"/>
      </w:pPr>
      <w:r>
        <w:rPr>
          <w:rFonts w:ascii="Times New Roman" w:hAnsi="Times New Roman" w:eastAsia="Times New Roman" w:cs="Times New Roman"/>
        </w:rPr>
        <w:t>Pe Revolusión Francesa ñepyrũme mburuvicha guasu, hogaygua ha hembiguái kuéra oñemonguʼe hag̃ua guive oñemboguejy ha ojejuka. Pe Revolusión Rusa ñepyrũme Czar, hogaygua ha hembiguái kuéra oñemonguʼe hag̃ua guive oñemboguejy ha ojejuka. Pe revolución oñepyrũvaʼekue Francia-pe oguahẽ hiʼapýrape Rusia-pe. Pe Revolusión Francesa haʼe pe profesía oĩva Revelación kapítulo once-pe mbaʼe, ha upévare pe Revolusión Francesa oĩvaʼerã profesía ñehesaʼỹijo mbojojaha apytépe. Jesús tapiaite ohechauka peteĩ mbaʼe paha peteĩ mbaʼe ñepyrũ rupive, upévare pe Revolusión Rusa haʼe pe Revolusión Francesa paha.</w:t>
      </w:r>
    </w:p>
    <w:p>
      <w:pPr>
        <w:pStyle w:val="ArticleBody"/>
        <w:jc w:val="left"/>
      </w:pPr>
      <w:r>
        <w:rPr>
          <w:rFonts w:ascii="Times New Roman" w:hAnsi="Times New Roman" w:eastAsia="Times New Roman" w:cs="Times New Roman"/>
        </w:rPr>
        <w:t>Vladimir Putin ohechauka pe mburuvicha paha peteĩ tetã oñemopyendáva peteĩ revolución rehe oguerúva’ekue Egipto rehegua ateísmo. Rusia mburuvicha peteĩha va’ekue Vladimir Lenin. Téra “Vladimir” ha’e eslavo ypykue ha ojepyso mokõi apytégui: “vlad” ha “mir”. “Vlad” ou eslavo rapógui “vladeti”, he’iséva “oguereko hag̃ua poguýpe” térã oiporu hag̃ua pokatu. “Mir” he’ise “mundo”. Peteĩha Vladimir (Lenin) ohechaukarã pe paha Vladimir-pe (Putin), ha upéva avei ojehechauka pe revolución ateísmo rehegua mburuvicha peteĩhágui (Napoleon).</w:t>
      </w:r>
    </w:p>
    <w:p>
      <w:pPr>
        <w:pStyle w:val="ArticleBody"/>
        <w:jc w:val="left"/>
      </w:pPr>
      <w:r>
        <w:rPr>
          <w:rFonts w:ascii="Times New Roman" w:hAnsi="Times New Roman" w:eastAsia="Times New Roman" w:cs="Times New Roman"/>
        </w:rPr>
        <w:t>Napoleón ñehundi rire Guerra de la Sexta Coalición-pe ha Tratado de Fontainebleau rupive abril de 1814-pe, haʼe oheja mburuvicha guasu renda Francia-pe ha oñemosẽ hag̃ua exilio-pe isla mediterránea Elba-pe. Oñemeʼẽ chupe soberanía upe isla ári ha oñemoneĩ chupe oguereko hag̃ua gueteri título de Emperador, jepémo peteĩ medida tuichakueʼỹetévape. Napoleón opyta Elba-pe amo diez jasy rupi, upe aja ojapo hag̃ua plan ojevy hag̃ua pokatu Francia-pe. Oñesẽ rire Elba-gui ha rire ijevy mbyky pokatúpe Francia-pe umi Cien Días aja, Napoleón oñehundi peteĩháicha Batalla de Waterloo-pe junio de 1815-pe. Ko ñehundi rire, umi potencias aliadas, koʼýte Gran Bretaña, oñemoĩ mbarete ani hag̃ua Napoleón omoheñói mbaʼe vaive gueteri. Upévare, oñemosẽjey chupe exilio-pe, ko jey katu isla mombyry Saint Helena-pe, Atlántico Sur-pe. Napoleón ohasa hekovépe hemby hag̃ua exilio-pe Saint Helena-pe, omanó meve 1821-pe.</w:t>
      </w:r>
    </w:p>
    <w:p>
      <w:pPr>
        <w:pStyle w:val="ArticleBody"/>
        <w:jc w:val="left"/>
      </w:pPr>
      <w:r>
        <w:rPr>
          <w:rFonts w:ascii="Times New Roman" w:hAnsi="Times New Roman" w:eastAsia="Times New Roman" w:cs="Times New Roman"/>
        </w:rPr>
        <w:t>Putin ha’e hína KGB yma guarã rehegua peteĩ representante. KGB vaekue Unión Soviética remikotevẽrã ñangarekohára ha marandu ñembyatyha guasuvéva ary 1954 guive oñemboykévo peve ary 1991-pe. Ha’e oguereko vaekue tembiaporã oñangareko hag̃ua tetã ryepýpe, ojoko hag̃ua marandu ñembyaty ñemigua, ha ombyaty hag̃ua marandu, tetã ryepýpe ha tetã ambuépe avei. KGB ojekuaa vaekue hetepyso hag̃ua espía kuéra rete, jehechareko ñemiguáva rembiapo rupive, ha hembiapo hag̃ua oñemantene hag̃ua régimen comunista poguýpe tavayguakuéra. Vladimir Putin vaekue peteĩ KGB pegua (Comité de Seguridad del Estado), pe agencia principal de seguridad ha inteligencia Unión Soviética pegua.</w:t>
      </w:r>
    </w:p>
    <w:p>
      <w:pPr>
        <w:pStyle w:val="ArticleBody"/>
        <w:jc w:val="left"/>
      </w:pPr>
      <w:r>
        <w:rPr>
          <w:rFonts w:ascii="Times New Roman" w:hAnsi="Times New Roman" w:eastAsia="Times New Roman" w:cs="Times New Roman"/>
        </w:rPr>
        <w:t>Putin oike KGB-pe ary 1975-pe, omohu’ã rire Leningrad State University-gui. Putin omba’apo KGB-pe pe Unión Soviética ho’apa peve ary 1991-pe; upéi oike política-pe ha ipahápe oiko Rusia ruvicha guasu ary 2000-pe. Ipykuku KGB-pe oguereko va’ekue tuicha mba’eve guasu hese, hekópe oporokuái haguã ha tetã ambuére ojepokuaa hag̃uáicha. Napoleón ñemosẽ peteĩha Isla de Elba-pe ohechauka tembiasakue 1991 guive ary 2000 peve, upe jave KGB filosofía ou jeývo. Ha Putin ipahápe oñemomba’érõ, oñemombe’uháicha umi versíkulo 13 guive 15 peve, upe mokõiha ñemongu’e (pe peteĩha ha’éva 1989), oñemoha’ãnga Waterloo rehe ha Napoleón ñemosẽ mokõiha rehe, upépe omano hague.</w:t>
      </w:r>
    </w:p>
    <w:p>
      <w:pPr>
        <w:pStyle w:val="ArticleBody"/>
        <w:jc w:val="left"/>
      </w:pPr>
      <w:r>
        <w:rPr>
          <w:rFonts w:ascii="Times New Roman" w:hAnsi="Times New Roman" w:eastAsia="Times New Roman" w:cs="Times New Roman"/>
        </w:rPr>
        <w:t>Napoleón ome'ẽ pe papadokuérape pe ñekutu oporojukáva áño 1798 ha 1799-pe. Áño 1799-pe pe Revolución Francesa opa Francia-pe, ha áño 1917 peve oguahẽ Rusia-pe pe Revolución Bolchevique rupive. Áño 1917-pe oiko Portugal-pe pe milagro de Fátima, ha umi mbohapy mitã, oñembo'éva oñomongeta hague María ha José ndive, oñeme'ẽ chupekuéra mbohapy marandu ñemiguáva. Umi mbohapy marandu ñemiguáva va'ekue pe sentido-pe oñemoñe'ẽva'erãha mante papá rehegua, pe mburuvicha yvate gotyo. Umi marandu ombohape pe papápe ohenói hag̃ua peteĩ aty especial umi tendota Iglesia Católica-pegua ndive ha ojapo hag̃ua peteĩ ceremonia especial ikatu hag̃uáicha oñembojerovia Rusia, oikóramo komunista Rusia ramo ary mboyve, pe María virgen-pe.</w:t>
      </w:r>
    </w:p>
    <w:p>
      <w:pPr>
        <w:pStyle w:val="ArticleBody"/>
        <w:jc w:val="left"/>
      </w:pPr>
      <w:r>
        <w:rPr>
          <w:rFonts w:ascii="Times New Roman" w:hAnsi="Times New Roman" w:eastAsia="Times New Roman" w:cs="Times New Roman"/>
        </w:rPr>
        <w:t>Umi marandu oguereko peteĩ ñe’ẽmondo’aty: pe pára noñemoĩriramo ojapo hag̃ua pe tembiapoukapy omomarangatu hag̃ua Rusia María-pe guarã, ko yvy tuichakue ohasa va’erã ambue ñorairõ guasu yvypóra rehegua (pe ñorairõ guasu peteĩha opa va’erã kuri pe mése rire pe milágro oikohaguépe). Umi marandu Fatima guigua oiko peteĩ yvatepy rehegua oñemohendáva interpretación profética católica conservadora-pe g̃uarã. Upéva ohechauka peteĩ ñorairõ Iglesia Católica ryepýpe, catolicismo conservador apytépe, ojehechaukáva pára Juan Pablo II ha concilio Vaticano peteĩha rupive, ha catolicismo liberal, ojehechaukáva pe “pára woke” ko’ág̃agua ha concilio Vaticano mokõiha rupive.</w:t>
      </w:r>
    </w:p>
    <w:p>
      <w:pPr>
        <w:pStyle w:val="ArticleBody"/>
        <w:jc w:val="left"/>
      </w:pPr>
      <w:r>
        <w:rPr>
          <w:rFonts w:ascii="Times New Roman" w:hAnsi="Times New Roman" w:eastAsia="Times New Roman" w:cs="Times New Roman"/>
        </w:rPr>
        <w:t>Marandu Fatima pegua ryepýpe, “papa iporãva” ha’eva’ekue “papa morotĩ”, ha “papa ivaíva” ha’eva’ekue “papa hũ”. Papa iporãva, Papa Juan Pablo II, ha’eva’ekue papa ñongatupyry ohechakuaáva Virgen de Fátima-pe ta’anga-guata ñesãmbyhyrãramo, ha papa ivaíva katu ha’e pe papa woke, upéva avei omboykéva opaite marandu pe hérava virgen María-gui. Reike jave pe tupaópe Fatima, Portugal-pe, eike hag̃uáicha pe tape oĩ mokõi ta’anga tuichaitereíva apytépe: peteĩ lado-pe peteĩ papa hũ, ha ambue lado-pe peteĩ papa morotĩ; péicha ojehechauka pe ñorairõ hyepypegua ojehechaukáva Fatima marandu ñemoñe’ẽnguépe.</w:t>
      </w:r>
    </w:p>
    <w:p>
      <w:pPr>
        <w:pStyle w:val="ArticleBody"/>
        <w:jc w:val="left"/>
      </w:pPr>
      <w:r>
        <w:rPr>
          <w:rFonts w:ascii="Times New Roman" w:hAnsi="Times New Roman" w:eastAsia="Times New Roman" w:cs="Times New Roman"/>
        </w:rPr>
        <w:t>Pe ambue apyte umi mbohapy marandu ñemiguáva Fátima-gua vaʼekue hína iñeʼẽ mbarete catolicismo rehegua ñorairõme (mburuvicha guasu yvate gotyogua), ha ateísmo rehegua (mburuvicha guasu ñemby gotyogua). Ojehechakuaaʼỹre pe ñorairõ oĩva catolicismo ha Rusia atea apytépe haʼehague peteĩ tema profecía satánica rehegua, omyakãva peteĩ aty guasu catolicismopegua, hasy, ndaikatúiramo jepe, oñentende hag̃ua pe pytyvõ tupao católico omeʼẽva Alemania Nazi-pe Mokõiha Ñorairõ Guasu aja.</w:t>
      </w:r>
    </w:p>
    <w:p>
      <w:pPr>
        <w:pStyle w:val="ArticleBody"/>
        <w:jc w:val="left"/>
      </w:pPr>
      <w:r>
        <w:rPr>
          <w:rFonts w:ascii="Times New Roman" w:hAnsi="Times New Roman" w:eastAsia="Times New Roman" w:cs="Times New Roman"/>
        </w:rPr>
        <w:t>Leningrado Ñorairõ, ohasáva’ekue 8 jasyporundy 1941 guive 27 jasyteĩ 1944 peve, Mokõiha Yvy Tuichakue Ñorairõ aja, ha’e peteĩva umi táva jerépe ñorairõ ipukuvéva ha ivaivéva ymaguare rembiasakuepe. Stalingrado Ñorairõ, oikova’ekue 23 jasypoapy 1942 guive 2 jasykõi 1943 peve, heta jey ojehecha Mokõiha Yvy Tuichakue Ñorairõ ñorairõ huguykyrỹivéva ha tuichavéva ramo. Upéva ogueru tuichaite ñehundi mokõive hendápe, jeipapaháicha ohasa 2 sua tapicha ojeityva’ekue, umíva apytépe omanóva, ojeheridáva ha umi soldádo oñemoinge hag̃ua tembiguáiramo. Stalingrado Ñorairõ avei ohechauka peteĩ jere tuicha háicha pe ñorairõme, rupi oguereko rupi peteĩ jeity soviético añetetéva pe ehérsito alemán ári ha ogueru hag̃ua ipahápe pe Alemania nazi ñehundi.</w:t>
      </w:r>
    </w:p>
    <w:p>
      <w:pPr>
        <w:pStyle w:val="ArticleBody"/>
        <w:jc w:val="left"/>
      </w:pPr>
      <w:r>
        <w:rPr>
          <w:rFonts w:ascii="Times New Roman" w:hAnsi="Times New Roman" w:eastAsia="Times New Roman" w:cs="Times New Roman"/>
        </w:rPr>
        <w:t>Ojekuaa’ỹre Alemania Nazi ñorairõha Rrúsia rehe, ko’ýte umi mokõi ñorairõ ojehechaukava’ekuépe ymaite, hasy oñentende hag̃ua Alemania rembiapo pe Tupao Katóliko irũ ñemigua ramo. Ojekuaa’ỹre umi ñepyrũmby peteĩ ñorairõ espíritupegua rehegua, Catolicismo mýgui, omongu’éva María de Fátima profecía satanikogui, Rusia ateísmo rehe, ha upéi pe Unión Soviética komunista rehe, ndaijehechakuaái mba’érepa Catolicismo oñemími hag̃uáicha ha upéi ogueraha va’ekue ñorairõ apoha Nazi kuéra maranduhai’ỹ hag̃uáicha yvy ape ári oparupiete Guerra Mundial Mokõi rire. Umi Nazi kuéra niko Catolicismo ehérsito proxy va’ekue iñorairõme Rusia rehe.</w:t>
      </w:r>
    </w:p>
    <w:p>
      <w:pPr>
        <w:pStyle w:val="ArticleBody"/>
        <w:jc w:val="left"/>
      </w:pPr>
      <w:r>
        <w:rPr>
          <w:rFonts w:ascii="Times New Roman" w:hAnsi="Times New Roman" w:eastAsia="Times New Roman" w:cs="Times New Roman"/>
        </w:rPr>
        <w:t>Ko lógica profétika-pe oĩma Putin, Rusia atea omoakãva ruvicha, oikehápe peteĩ ñorãirõme Ucrania-pe, upépe umi mburuvicha ojekuaa hag̃uáicha hesakã porãha ha’eha nazikuéra. Umi soldádo yvýre guáva Fátima ñorãirõgui ateísmo rehe, Ypykuéra Ñorãirõ Guasu Mokõihágui ha upe rire, ha’e fascismo ha nazismo. Añetehápe, jepe ko añetegua umi mburuvicha gobiernogua ucranioguáva rehegua oĩ porã hag̃ua kuatiare ha kuatiañe’ẽme, pe jekuaaukaha ko’ag̃agua Hitler Reich Ministry of Public Enlightenment and Propaganda rehegua (umi marandu renda guasu ojeporavóva), oñeha’ã omoakãpytũ ko’ã mba’e oikove hag̃uáicha ikatu hag̃uáicha.</w:t>
      </w:r>
    </w:p>
    <w:p>
      <w:pPr>
        <w:pStyle w:val="ArticleBody"/>
        <w:jc w:val="left"/>
      </w:pPr>
      <w:r>
        <w:rPr>
          <w:rFonts w:ascii="Times New Roman" w:hAnsi="Times New Roman" w:eastAsia="Times New Roman" w:cs="Times New Roman"/>
        </w:rPr>
        <w:t>Téra “Ucrania” oupe oúva ñe’ẽ eslavo “ukraina”-gui, he’iséva “yvy rembe’y” térã “tembe’y”. Ko ñe’ẽ ojeporu va’ekue yma Kievan Rus’ rembe’yrãme, pe tetã ypykue mbytepegua omotenondéva ko’ág̃a peve pe Ucrania ojeikuaáva, ha oĩva peteĩ tape joasahápe Europa Kuarahyresẽgua ha Eurasia mbytépe. Tembiasakue pukukue javeve, oiko peteĩ tenda ojoajuhápe opaichagua tekoha, civilización ha imperio, umíva apytépe Imperio Bizantino, Imperio Otomano, Imperio Ruso ha ambuekuéra. Iñemohenda iñimportánteva ojapo chugui peteĩ región de frontera ohasáva heta joaju tuicháva mba’ekuaarãme, política-pe ha ñorairõme. Aravo mbytepegua jave, Ucrania ha’eva’ekue pe Kievan Rus’ rembe’yrã, ha’éva peteĩ tetã mbarete oikehaguépe ko’ág̃a peve pe Ucrania, Rusia ha Bielorrusia yvy apekuéra. Kievan Rus’ tuicha hag̃ua térã michĩ hag̃ua ohóvo aravo ohasávo, hembe’ykuéra heta jey okambiákuri, ha Ucrania opytákuri meme pe tetã rembe’ýre.</w:t>
      </w:r>
    </w:p>
    <w:p>
      <w:pPr>
        <w:pStyle w:val="ArticleBody"/>
        <w:jc w:val="left"/>
      </w:pPr>
      <w:r>
        <w:rPr>
          <w:rFonts w:ascii="Times New Roman" w:hAnsi="Times New Roman" w:eastAsia="Times New Roman" w:cs="Times New Roman"/>
        </w:rPr>
        <w:t>Unión Soviética oñembyaírire rire ary 1989-pe, ojehechaháicha pe versíkulo diez-pe, umi versíkulo once ha doce ohechauka peteĩ ñorairõme pe mburuvicha guasu yvy gotyopegua ñembyasýpe ombohováiha ha ipu’akaha pe mburuvicha guasu yvate gotyopeguáre. Upéva pe ñorairõ ojejapo vaekue Rafia-pe, ha’éva kuri pe frontera umi tenda oisãmbyhyva’ekue pe mburuvicha guasu yvy gotyopegua ha pe mburuvicha guasu yvate gotyopegua.</w:t>
      </w:r>
    </w:p>
    <w:p>
      <w:pPr>
        <w:pStyle w:val="ArticleBody"/>
        <w:jc w:val="left"/>
      </w:pPr>
      <w:r>
        <w:rPr>
          <w:rFonts w:ascii="Times New Roman" w:hAnsi="Times New Roman" w:eastAsia="Times New Roman" w:cs="Times New Roman"/>
        </w:rPr>
        <w:t>Ñorairõ Ráfia pe oikova’ekue ary 217 JC mboyvepe, ou pe táva réra-gui, upérupi oikohaguére pe ñorairõ. Ráfia ha’e va’ekue peteĩ táva oĩva y rembe’y yvýpe Palestína yma guarépe, hi’aguĩ pe rembe’y oĩva Reino Ptolemaico Egiptopegua ha Imperio Seléucida mbytépe. Upe jave pe ñorairõ guasu oiko ramo, pe rembe’y Reino Ptolemaico Egiptopegua, mburuvicha guasu Ptolomeo IV Filopátor poguýpe, ha Imperio Seléucida, mburuvicha guasu Antíoco III poguýpe, oĩ va’ekue Ráfia ypýpe. Pe ñorairõ ojejapo ko rembe’y jerére, mokõive lado ohekávo omoĩ hag̃ua ipoguýpe umi tetã yvy peteĩchagua tuichamba’éva Levante-pe.</w:t>
      </w:r>
    </w:p>
    <w:p>
      <w:pPr>
        <w:pStyle w:val="ArticleBody"/>
        <w:jc w:val="left"/>
      </w:pPr>
      <w:r>
        <w:rPr>
          <w:rFonts w:ascii="Times New Roman" w:hAnsi="Times New Roman" w:eastAsia="Times New Roman" w:cs="Times New Roman"/>
        </w:rPr>
        <w:t>Táva yma guare Ráfia oĩ hi’aguĩ táva ko’ág̃agua Rafah-gui. Rafah ha’e peteĩ táva opytáva Ñemby Gaza Franja-pe, ha’éva peteĩ parte umi territorio palestino-gua. Ptolomeo ipu’aka rire Ráfia-pe áño 217 Cristo mboyve, oñepyrũ omuña hag̃ua umi hudío kuérape Jerusalén-pe, ha Egipto-pe avei. Ipu’aka rirekóva nda’areiete opyta, ha, ikatu hag̃uáicha ja’e, ojuhu i-Waterloo umi mbohapy versíkulo oúvape. Versíkulo trece-pe, mburuvicha guasu yvate gotyogua, yma oñemboyke va’ekue, ou jey; ha versíkulo quince-pe oguahẽ omombaite hag̃ua mburuvicha guasu ñemby gotyoguápe.</w:t>
      </w:r>
    </w:p>
    <w:p>
      <w:pPr>
        <w:pStyle w:val="ArticleBody"/>
        <w:jc w:val="left"/>
      </w:pPr>
      <w:r>
        <w:rPr>
          <w:rFonts w:ascii="Times New Roman" w:hAnsi="Times New Roman" w:eastAsia="Times New Roman" w:cs="Times New Roman"/>
        </w:rPr>
        <w:t>Putin pu’aka Ukrainápe ojeporúta Putín rupive, peteĩ exofisiál KGB-gua oñemboarakuaáva propagándape, ikatu hag̃uáicha, ojehechaukave hag̃ua pe liderazgo ucraniano rapo nazi, ha avei ojehechauka hag̃ua umi Mundo Occidental-pegua oipytyvõva’ekue pe régimenpe viru rayhupáre; ha, ndaipóri hag̃ua duda, avei ojehechauka hag̃ua umi tenda kañymby ha umi bio-laboratorio globalistakuéra oipurúva, ha upéva oñemhepyme’ẽva’ekue Estados Unidos contribuyente-kuéra virúgui.</w:t>
      </w:r>
    </w:p>
    <w:p>
      <w:pPr>
        <w:pStyle w:val="ArticleBody"/>
        <w:jc w:val="left"/>
      </w:pPr>
      <w:r>
        <w:rPr>
          <w:rFonts w:ascii="Times New Roman" w:hAnsi="Times New Roman" w:eastAsia="Times New Roman" w:cs="Times New Roman"/>
        </w:rPr>
        <w:t>Umi revelasiónkuéra ohundíta umi ñeʼẽmbohovái ojeiporúva koʼág̃a umi globalista mundial rehegua, ha avei umi vocéro demócrata Estados Unidos-peguápe. Upe jehupytyrã Putin rehegua omeʼẽta tembiapoukapy mburuvicha guasu poapyhápe ĝuarã, pe haʼéva umi siete apytégui, oguereko hag̃ua irrol marãʼỹva peteĩ déspota profético ramo, oikeva tembiasakue-pe pe versíkulo dieciséis mboyve; ha pe versíkulo dieciséis haʼe pe léi domingo oguahẽ hag̃uáicha pyaʼe.</w:t>
      </w:r>
    </w:p>
    <w:p>
      <w:pPr>
        <w:pStyle w:val="ArticleBody"/>
        <w:jc w:val="left"/>
      </w:pPr>
      <w:r>
        <w:rPr>
          <w:rFonts w:ascii="Times New Roman" w:hAnsi="Times New Roman" w:eastAsia="Times New Roman" w:cs="Times New Roman"/>
        </w:rPr>
        <w:t>Pe versíkulo trese-pe, mburuvicha yvategua ombyaty jey iñehérsito; ha versíkulo catorce-pe, Roma pagana oñemoinge tembiasakuepe peteĩha jey, jepe noĩ gueteri pe mburuvicha yvategua ramo. Upépe oñemombe’u ichugui pe ta’anga “omopyenda pe visión”, ha pe pu’aka oñemomba’eguasúva ijehe ha upéi ho’áva ramo. Putin ogana rire ñorairõme Ucrania-pe, papado oñepyrũta oñemomba’eguasu hag̃ua yvy tuichakue politikápe, pe léi domingo rehegua ou mboyve’i versíkulo dieciséis-pe.</w:t>
      </w:r>
    </w:p>
    <w:p>
      <w:pPr>
        <w:pStyle w:val="ArticleBody"/>
        <w:jc w:val="left"/>
      </w:pPr>
      <w:r>
        <w:rPr>
          <w:rFonts w:ascii="Times New Roman" w:hAnsi="Times New Roman" w:eastAsia="Times New Roman" w:cs="Times New Roman"/>
        </w:rPr>
        <w:t>Pe Revolusión Francesa, ha ijoajuha pe Revolusión Rusa ndive; Napoleón ha Putin; pe milagro de Fátima, ha umi mbohapy secreto orekóva; pe alianza secreta oĩva Vaticano ha Hitler apytépe, pe alianza secreta oĩva Vaticano ha Reagan apytépe, opa umi mba’e hína “ruéda” profética ojoasáva versículo once guive fifteen peve rembiasakue ryepýpe, umíva oikóva pe tembiasakue September 11, 2001 guive pe ley dominical Estados Unidos-pe peve. Tuicha mba’e va’ekue oñeme’ẽ mboyve peteĩ mbyky resumen ko’ã “ruéda” profética rehegua jaipykúi mboyve pe versículo ten.</w:t>
      </w:r>
    </w:p>
    <w:p>
      <w:pPr>
        <w:pStyle w:val="ArticleBody"/>
        <w:jc w:val="left"/>
      </w:pPr>
      <w:r>
        <w:rPr>
          <w:rFonts w:ascii="Times New Roman" w:hAnsi="Times New Roman" w:eastAsia="Times New Roman" w:cs="Times New Roman"/>
        </w:rPr>
        <w:t>Ko artíkulo oúva ojejapyhy “NBC news”-gui, ha kóva hína pe “Main Stream Media” iporãvévaichaite, ha pe “MSM” hína pe versión moderna Hitler ñemomarandu ñembotavyha guasu Ñorairõ Mundial Mokõihápe guare. Pe artíkulo, añetehápe, oñemoĩ Putin rehe, Rusia rehe, ha oipytyvõ Ucrania-pe, péro upéva ndaha’éi pe punto. Yvágagui pe Rréino retãygua ramo, Tupã tavayguakuéra ndohechakuaaporãiva’erã mokõivéva peteĩ tembiapo satanásgua apytégui, ha opaichagua ñorairõ ha’e peteĩ tembiapo satanásgua.</w:t>
      </w:r>
    </w:p>
    <w:p>
      <w:pPr>
        <w:pStyle w:val="ArticleBody"/>
        <w:jc w:val="left"/>
      </w:pPr>
      <w:r>
        <w:rPr>
          <w:rFonts w:ascii="Times New Roman" w:hAnsi="Times New Roman" w:eastAsia="Times New Roman" w:cs="Times New Roman"/>
        </w:rPr>
        <w:t>Ko artíkulo rembipota ha’e oheja hag̃ua umi ndoikuaáivape pe ñorairõ maranduhára oĩva Catolicismo (mburuvicha yvate gotyopegua) ha ateísmo (mburuvicha yvy gotyopegua) apytépe, ha avei pe añetegua, umi mokõi pu’aka maranduhára ñorairõme, Nazismo ojeipuru hague Catolicismo rembiapo hag̃uáicha ejército proxy ramo (Estados Unidos ojeipuru haguéicha ary 1989-pe). Umi marandu’ẽ mba’e rechaukaha mbo’ehaotyguakuéra oikotevẽ heta hag̃ua testimónio ikatúva ohecha hag̃ua pe tembiasakue rapykuere Ñorairõ Guasu Mokõiha rehegua, ha Guerra Fría rehegua avei, ojehechaukaha pe ñorairõ ko’ág̃agua Ucrania-pe, oñekumpli aja umi versículo 11 ha 12, Daniel capítulo 11-pe.</w:t>
      </w:r>
    </w:p>
    <w:p>
      <w:pPr>
        <w:pStyle w:val="ArticleScripture"/>
        <w:jc w:val="left"/>
      </w:pPr>
      <w:r>
        <w:rPr>
          <w:rFonts w:ascii="Times New Roman" w:hAnsi="Times New Roman" w:eastAsia="Times New Roman" w:cs="Times New Roman"/>
        </w:rPr>
        <w:t>“Umi mbaʼe ojehúva yma, ohechaukáva profesía ñemohu’ã directo, oñemoĩ vaʼekue tavayguakuéra renondépe, ha ojehechakuaa vaʼekue pe profesía haʼeha peteĩ taʼanga ypykue ohechaukáva umi mbaʼe oikótava ko yvy rembiasakue paha peve.” Selected Messages, libro 2, 102.</w:t>
      </w:r>
    </w:p>
    <w:p>
      <w:pPr>
        <w:pStyle w:val="ArticleBody"/>
        <w:jc w:val="left"/>
      </w:pPr>
      <w:r>
        <w:rPr>
          <w:rFonts w:ascii="Times New Roman" w:hAnsi="Times New Roman" w:eastAsia="Times New Roman" w:cs="Times New Roman"/>
        </w:rPr>
        <w:t>Marandu NBC News rehegua: “Ucrania oguerekoha peteĩ apañuãi nazi añetegua, jepe Putin he’íva ‘desnazificación’ rehegua ndaipóri añetegua hag̃ua”</w:t>
      </w:r>
    </w:p>
    <w:p>
      <w:pPr>
        <w:pStyle w:val="ArticleScripture"/>
        <w:jc w:val="left"/>
      </w:pPr>
      <w:r>
        <w:rPr>
          <w:rFonts w:ascii="Times New Roman" w:hAnsi="Times New Roman" w:eastAsia="Times New Roman" w:cs="Times New Roman"/>
        </w:rPr>
        <w:t>Heta mba’e vaiete apytépe Rusia retã ruvicha Vladimir Putin ojapóva omboheko hag̃ua Rusia ñemboguejy Ucrania rehe, ikatu hag̃uáicha pe ojehecharamovéva ha ndaiporiháicha oñeha’ãva’e hína he’iha upe tembiapo ojejapo hague “omopotĩ hag̃ua nazi-kuéragui” upe tetã ha iñakãrapu’ãhára kuérape. Oñemoĩvo omyesakã hag̃ua mba’érepa oike iñirũ retã yvýpe tanqe kuéra oñembopyahúva ha avión ñorairõgua reheve, Putin he’i kuri upe jeguata ojejapo hague “oñeñangareko hag̃ua tapichakuéra rehe” ojeheja’ỹva’ekue “jejopy vaípe ha genocidio-pe,” ha Rusia “ñeha’ãta Ucrania ñembopokatu’ỹ ha ñemopotĩ nazi-kuéragui rehe.”</w:t>
      </w:r>
    </w:p>
    <w:p>
      <w:pPr>
        <w:pStyle w:val="ArticleScripture"/>
        <w:jc w:val="left"/>
      </w:pPr>
      <w:r>
        <w:rPr>
          <w:rFonts w:ascii="Times New Roman" w:hAnsi="Times New Roman" w:eastAsia="Times New Roman" w:cs="Times New Roman"/>
        </w:rPr>
        <w:t>Putin rembiapo vaiete—umíva apytépe, umi aty judaígua ñehundi—ohechauka porã ijapuha he'ívo hembipotáha oasegura hag̃ua avave reko porã.</w:t>
      </w:r>
    </w:p>
    <w:p>
      <w:pPr>
        <w:pStyle w:val="ArticleScripture"/>
        <w:jc w:val="left"/>
      </w:pPr>
      <w:r>
        <w:rPr>
          <w:rFonts w:ascii="Times New Roman" w:hAnsi="Times New Roman" w:eastAsia="Times New Roman" w:cs="Times New Roman"/>
        </w:rPr>
        <w:t>Yvy ári, Putin rembijái hesegua ha’e peteĩ mba’e ñembohoryrãite, ko’ýte umi mba’ére pórke Ucrania ruvicha Volodymyr Zelenskyy ha’e judío ha he’i va’ekue hogayguakuéra apytégui ojejuka hague mokõiha Ñorairõ Guasu aja. Avei, ndaipóri mba’eveichagua prueba ohechaukáva ko’ãg̃a oikoha Ucrania-pe jejukapa guasu térã ñemoñehundi étnica. Hi’arive, oñembohéra hag̃ua umi iñenemígope “nazi” ha’e peteĩ ñembotavy polítika jepivegua Rusia-pe, ko’ýte peteĩ mburuvicha oiporavóva marandu japu ñemyasãi ha omokyre’ỹséva tetãygua py’arory joavy oñemoñepyrũ hag̃ua ñorairõ ymavegua mokõiha Ñorairõ Guasu rehegua renondépe, ikatu hag̃uáicha ombojoja ijejopy hag̃ua ambue retã.</w:t>
      </w:r>
    </w:p>
    <w:p>
      <w:pPr>
        <w:pStyle w:val="ArticleScripture"/>
        <w:jc w:val="left"/>
      </w:pPr>
      <w:r>
        <w:rPr>
          <w:rFonts w:ascii="Times New Roman" w:hAnsi="Times New Roman" w:eastAsia="Times New Roman" w:cs="Times New Roman"/>
        </w:rPr>
        <w:t>Péicha Putin ojepokuaa propaganda rehe, añetehápe avei Ucrania oguereko peteĩ problema añetetéva nazismo rehegua — yma guive ha ko’ág̃a peve. Umi tembiapo vai ha ñehundi ojapóva Putin — umíva apytépe umi comunidad judía ñembyai — ohechauka hesakã porãha ijapuha he’ívo iguárape oĩha oasegura hag̃ua avavete reko porã. Ha jepe tuicha mba’eha ñañangareko hovy ha sa’yju poyvi rehe Kremlin ñorairõ vai ha ñaña rovake, peteĩ jejavy vaietereíva va’erãmo’ã ñañembotove hag̃ua Ucrania rembiasakue antisemita ha iñirũmby Hitler rembiapo nazikuéra ndive, avei umi ára pahápe ojejokupyty jeyha umi atýgui neo-nazi rehe oñemomba’eguasúva algunos kuatia’atýpe.</w:t>
      </w:r>
    </w:p>
    <w:p>
      <w:pPr>
        <w:pStyle w:val="ArticleScripture"/>
        <w:jc w:val="left"/>
      </w:pPr>
      <w:r>
        <w:rPr>
          <w:rFonts w:ascii="Times New Roman" w:hAnsi="Times New Roman" w:eastAsia="Times New Roman" w:cs="Times New Roman"/>
        </w:rPr>
        <w:t>Mba’érepa umi Ucraniagua okañýva rehe oñeñe’ẽ péicha tuicha poriahuvereko reheve? Haʼekuéra morotĩ.</w:t>
      </w:r>
    </w:p>
    <w:p>
      <w:pPr>
        <w:pStyle w:val="ArticleScripture"/>
        <w:jc w:val="left"/>
      </w:pPr>
      <w:r>
        <w:rPr>
          <w:rFonts w:ascii="Times New Roman" w:hAnsi="Times New Roman" w:eastAsia="Times New Roman" w:cs="Times New Roman"/>
        </w:rPr>
        <w:t>Mokõiha Guerra Mundial mboyve pyharevépe, Ucrania-pe oiko vaʼekue peteĩva umi comunidad judía tuichavéva Europa-pe, ojeʼe hag̃uáicha oĩ hague upépe 2,7 millón peve, peteĩ papapy hechapyrãva oñeconsideráramo upe territorio rembiasakue puku antisemitismo ha pogrom-kuéra rehegua. Ipahápe, hetave iñakãrague mbytegui omanóta. Ary 1941-pe, umi tropa alemana ojagarrárõ guare Kyiv, ojehupyty chupekuéra “Heil Hitler” poyvi reheve. Upéi pyaʼe, haimete 34.000 judío — Roma-kuéra ndive ha ambue “naiporãiva” ndive — oñembyaty ha ojereraha oguata hag̃uáicha ñúme táva okápe, oñembotavývo chupekuéra oñemoĩjeytaha hag̃ua ambue hendápe, ani hag̃ua oikuaa hag̃uáicha ojuka hag̃uáicha chupekuéra peteĩ jejukapýpe upe rire ojekuaáva “Holocausto umi bala rupive” ramo.</w:t>
      </w:r>
    </w:p>
    <w:p>
      <w:pPr>
        <w:pStyle w:val="ArticleScripture"/>
        <w:jc w:val="left"/>
      </w:pPr>
      <w:r>
        <w:rPr>
          <w:rFonts w:ascii="Times New Roman" w:hAnsi="Times New Roman" w:eastAsia="Times New Roman" w:cs="Times New Roman"/>
        </w:rPr>
        <w:t>Pe yvykua Babyn Yar omyenyhẽ meme mokõi áño pukukue peteĩ yvykua guasu ramo oñeñotỹhápe heta tapicha. Upépe ojeporojuka hag̃ua peve 100.000 tapicha, ha upéicha oiko peteĩva umi tenda tuichavéva peteĩ hendápe ojeporojukahague Holocausto ryepýpe, Auschwitz ha ambue ñemano rape ñemongu’eha guasukuéra okápe. Umi investigador-kuéra ohechakuaa umi tavayguakuéra rembiapo iñimportanteha omoañete hag̃ua umi orden nazikuéra ome’ẽva ojeporojuka hag̃ua upépe.</w:t>
      </w:r>
    </w:p>
    <w:p>
      <w:pPr>
        <w:pStyle w:val="ArticleScripture"/>
        <w:jc w:val="left"/>
      </w:pPr>
      <w:r>
        <w:rPr>
          <w:rFonts w:ascii="Times New Roman" w:hAnsi="Times New Roman" w:eastAsia="Times New Roman" w:cs="Times New Roman"/>
        </w:rPr>
        <w:t>Koʼág̃a Ukraina-pe oĩ entre 56.000 ha 140.000 judío, haʼekuéra odisfruta joapy sãso ha ñangareko arakaʼeve noñemoĩporãivaʼekue ijypykuéra rupi. Upéva oike avei peteĩ léi oñembopyahu vaʼekue jasy ohasávape, omoĩva tembiapo antisemita ramo peteĩ mbaʼe ojejapóva ikriminálva. Ñambyasy hag̃uáicha, pe léi oñembosakoʼi kuri oñembohovái hag̃ua peteĩ jehechauka guasuve hag̃ua tetãygua ñemboyke vai rehegua, oikehápe sinagóga ha judío manduʼarenda oñembyaíva swastika reheve, ha guata aty kyrýiva Kyiv-pe ha ambue táva-kuérape ombotuicháva Waffen SS.</w:t>
      </w:r>
    </w:p>
    <w:p>
      <w:pPr>
        <w:pStyle w:val="ArticleScripture"/>
        <w:jc w:val="left"/>
      </w:pPr>
      <w:r>
        <w:rPr>
          <w:rFonts w:ascii="Times New Roman" w:hAnsi="Times New Roman" w:eastAsia="Times New Roman" w:cs="Times New Roman"/>
        </w:rPr>
        <w:t>Ambue ñemoakãrasy rehegua ñembosako’ípe, Ucrania ko’ã arýpe omopu’ã hetaiterei ta’ãnga omomba’eguasúva nacionalista ucraniano-kuérape, umi hembiapo rembiasakue oñemongy’áva ijeheguiete ojehechakuaáva haguére oiko hague Nazi-kuéra rembiapokue ñemoirũhára ramo. Kuatiahaipyre Forward ombyaty ko’ã tekove vaiete apytégui, umíva apytépe Stepan Bandera, Organización de Nacionalistas Ucranianos (OUN) ruvicha, ha upéva rapykuerigua oiko va’ekue milicia local membrokéra ramo SS ha ejército alemán-pe g̃uarã. “Ucrania-pe oĩ heta docena monumento ha heta tape réra omomba’eguasúva ko Nazi-kuéra ndive omba’apóva, upéicha rupi tekotevẽ mokõi página Wikipedia rehegua ijojaha’ỹva hag̃ua,” he’i va’ekue Forward.</w:t>
      </w:r>
    </w:p>
    <w:p>
      <w:pPr>
        <w:pStyle w:val="ArticleScripture"/>
        <w:jc w:val="left"/>
      </w:pPr>
      <w:r>
        <w:rPr>
          <w:rFonts w:ascii="Times New Roman" w:hAnsi="Times New Roman" w:eastAsia="Times New Roman" w:cs="Times New Roman"/>
        </w:rPr>
        <w:t>Ambue jehecharamoĩve py’ỹi ha’e hína Roman Shukhevych, oñemomba’eguasúva peteĩ luchador ucraniano sãso rehegua ramo, ha avei peteĩ unidad de policía auxiliar nazi kyhyjeha myakãhára, pe Forward he’iháicha “ojapo hag̃ua responsable jejukapa vai rehe heta hetaiterei judío ha … polaco-kuéra rehe.” Avei oñemopu’ã va’ekue estatua Yaroslav Stetsko-pe guarã, peteĩ jey OUN mburuvicha guasu va’ekue, ha’e ohai va’ekue: “Añe’ẽ hatã judío-kuéra Ucrania-pe oĩvape oñehundi hag̃ua.”</w:t>
      </w:r>
    </w:p>
    <w:p>
      <w:pPr>
        <w:pStyle w:val="ArticleScripture"/>
        <w:jc w:val="left"/>
      </w:pPr>
      <w:r>
        <w:rPr>
          <w:rFonts w:ascii="Times New Roman" w:hAnsi="Times New Roman" w:eastAsia="Times New Roman" w:cs="Times New Roman"/>
        </w:rPr>
        <w:t>Umi aty akatúape ojehupyty avei mbareteve hag̃ua polítikape pe pa ary pukukue rire, ha ndaipóri peteĩ ipy’ahatãvéva Svoboda-gui (ymave Partido Social Nacional de Ucrania), ijapohare he’i vaekue tetã oĩha peteĩ “mafia moscovita-judía” poguýpe, ha ipytyvõhára oipuru vaekue peteĩ ñe’ẽ vai antisemita omombe’u hag̃ua actriz judía ucraniana-ypýva Mila Kunis rehe. Svoboda omondo heta miembro Parlamento de Ucrania-pe, umíva apytépe peteĩ he’i vaekue Holocausto ha’eha peteĩ “ára hesakãva” yvypóra rembiasápe, he’iháicha Foreign Policy.</w:t>
      </w:r>
    </w:p>
    <w:p>
      <w:pPr>
        <w:pStyle w:val="ArticleScripture"/>
        <w:jc w:val="left"/>
      </w:pPr>
      <w:r>
        <w:rPr>
          <w:rFonts w:ascii="Times New Roman" w:hAnsi="Times New Roman" w:eastAsia="Times New Roman" w:cs="Times New Roman"/>
        </w:rPr>
        <w:t>Ombyasy hag̃uáicha avei, umi neo-nazi oike Ucrania-pe oñembohetave hag̃ua umi batallón voluntario-kuéra apytépe. Haʼekuéra oñemombarete ñorairõme, oikuaáma rupi umi ñorairõ tape rehegua hasyvéva oiko vaʼekue umi separatista Moscú omokyreʼỹ vaʼekue ndive Ucrania kuarahyresẽ gotyo, Putin oinvadi rire Crimea ary 2014-pe. Peteĩva haʼe hína Batallón Azov, omoñepyrũ vaʼekue peteĩ morotĩ yvypóra joguapyha supremacía rehegua ojehechauka hag̃uáicha, heʼi vaʼekue Ucrania rembipota tetãygua haʼeha omopotĩ tetãgui umi judío ha ambue ñemoñare inferior-kuérape. Ary 2018-pe, Congreso Estados Unidos-pegua omoĩ vaʼekue peteĩ mbaʼe tekotevẽ hag̃uáicha iñepytyvõ Ucrania-pe noñeporúi hag̃ua “oñemeʼẽ hag̃ua armakuéra, ñemboʼe ñorairõrã térã ambue pytyvõ Batallón Azov-pe”. Upéicharõ jepe, Azov koʼág̃a haʼe peteĩ miembro oficial Guardia Nacional de Ucrania-pegua.</w:t>
      </w:r>
    </w:p>
    <w:p>
      <w:pPr>
        <w:pStyle w:val="ArticleScripture"/>
        <w:jc w:val="left"/>
      </w:pPr>
      <w:r>
        <w:rPr>
          <w:rFonts w:ascii="Times New Roman" w:hAnsi="Times New Roman" w:eastAsia="Times New Roman" w:cs="Times New Roman"/>
        </w:rPr>
        <w:t>Añetehápe, mba’eve ko tekopy vai omondýiva ndojapomo’ãi tekoasy ojehúva umi ucraniáno ári ko’ã arapokõindy ohasava’ekuépe — ha ndojekuaái avei Putin omýi hague ko’ã mba’ére oñepyrũrõ guare iñorairõ jeike. Añetehápe, Putingui rupi, umi judío oikóva Odessa, Kharkiv ha ambue táva kuarahyresẽ gotyoguápe oĩ jehasa asýpe eterei. Heta oheka jehekoñemi sinagóga ha umi judío rendápe tetãme, ambue katu okañy tetã ambuépe, Israel oikehápe avei, upéva ojerure va’ekue opa judío osẽ hag̃ua Ucraniágui.</w:t>
      </w:r>
    </w:p>
    <w:p>
      <w:pPr>
        <w:pStyle w:val="ArticleScripture"/>
        <w:jc w:val="left"/>
      </w:pPr>
      <w:r>
        <w:rPr>
          <w:rFonts w:ascii="Times New Roman" w:hAnsi="Times New Roman" w:eastAsia="Times New Roman" w:cs="Times New Roman"/>
        </w:rPr>
        <w:t>Che mbaʼe tuja-kuéra tee voi ojehecha vaʼekue ojava hag̃ua Ucrania kuarahyreike gotyogua-gui, ojehekýi hag̃ua ñembojere vai, ha hasyete jahecha hag̃ua ko apopyrã oñembosakoʼi jeyha. Pe tetã hoʼáramo sarambi ha puʼakaʼỹme, umi judío ikatu jey oĩ ñemongyhyje guýpe oĩvaʼerã guiĩ peteĩva hekove irũnguéra pópe. Noñeñandu hag̃uáicha ko ñehaʼãrõva heʼise saʼieterei ojapoha oñeñangareko hag̃ua hese.</w:t>
      </w:r>
    </w:p>
    <w:p>
      <w:pPr>
        <w:pStyle w:val="ArticleScripture"/>
        <w:jc w:val="left"/>
      </w:pPr>
      <w:r>
        <w:rPr>
          <w:rFonts w:ascii="Times New Roman" w:hAnsi="Times New Roman" w:eastAsia="Times New Roman" w:cs="Times New Roman"/>
        </w:rPr>
        <w:t>Péro jepe oĩramo tetãme peteĩteĩ mba’e ojejokuaáva peteĩva tembiasakue rembiapo vaietévandi, oñemoĩ hag̃ua Ucrania ykére ndaha’éi mba’e ikatu hag̃uánte ojekuaa porã; añetehápe upéva hína pe postura imarangatúva ojegueraha hag̃ua ko drama-pe. Ko’ág̃a, káda ára Putin omombareteve jave iñorairõ ha’e hag̃uáicha peteĩ tata ombyaipa hag̃ua opa mba’e pueblo ucraniano rehe, hasyete ani hag̃ua ojehecha mávapa añetehápe oñembojára pe ñe’ẽ “N” rehe.</w:t>
      </w:r>
    </w:p>
    <w:p>
      <w:pPr>
        <w:pStyle w:val="ArticleScripture"/>
        <w:jc w:val="left"/>
      </w:pPr>
      <w:r>
        <w:rPr>
          <w:rFonts w:ascii="Times New Roman" w:hAnsi="Times New Roman" w:eastAsia="Times New Roman" w:cs="Times New Roman"/>
        </w:rPr>
        <w:t>Allen Ripp, 5 jasypoteĩ 2022 – Ypykue hag̃ua</w:t>
      </w:r>
    </w:p>
    <w:p>
      <w:pPr>
        <w:pStyle w:val="ArticleBody"/>
        <w:jc w:val="left"/>
      </w:pPr>
      <w:r>
        <w:rPr>
          <w:rFonts w:ascii="Times New Roman" w:hAnsi="Times New Roman" w:eastAsia="Times New Roman" w:cs="Times New Roman"/>
        </w:rPr>
        <w:t>Ñambojerekyjéta ko ñehesa’ỹijo ñande kuatia oútavape.</w:t>
      </w:r>
    </w:p>
    <w:p>
      <w:pPr>
        <w:pStyle w:val="ArticleScripture"/>
        <w:jc w:val="left"/>
      </w:pPr>
      <w:r>
        <w:rPr>
          <w:rFonts w:ascii="Times New Roman" w:hAnsi="Times New Roman" w:eastAsia="Times New Roman" w:cs="Times New Roman"/>
        </w:rPr>
        <w:t>“Umi ndaikatúiva imandu’a hag̃ua ymaguare rehe, ojejopy jeyta ojapo hag̃ua jey upe mba’e.” George Santayana.</w:t>
      </w:r>
    </w:p>
    <w:p>
      <w:pPr>
        <w:pStyle w:val="ArticleScripture"/>
        <w:jc w:val="left"/>
      </w:pPr>
      <w:r>
        <w:rPr>
          <w:rFonts w:ascii="Times New Roman" w:hAnsi="Times New Roman" w:eastAsia="Times New Roman" w:cs="Times New Roman"/>
        </w:rPr>
        <w:t>“Opaite Ñandejára, marandu hag̃ua profesíape, he’íva ojehu va’erã hague yma, ojehuva’ekue; ha opa mba’e gueteri oútava, iñordenhápe, oúta. Daniel, Ñandejára proféta, oĩ hendaguépe. Juan oĩ hendaguépe. Apocalipsis-pe, León Judá ñemoñaregua oipe’a profesía mbo’ehárape g̃uarã Daniel kuatiañe’ẽ, ha upéicha Daniel oĩ hendaguépe. Ha’e ogueru hekokatu hag̃uáicha imarandu, upe Ñandejára ohechaukava’ekue chupe visión-pe umi mba’e guasu ha peteĩvaite solemnégui, tekotevẽva jaikuaa ñande, jaĩ aja voi hi’aguĩetereípe ijejapopa hag̃ua.”</w:t>
      </w:r>
    </w:p>
    <w:p>
      <w:pPr>
        <w:pStyle w:val="ArticleScripture"/>
        <w:jc w:val="left"/>
      </w:pPr>
      <w:r>
        <w:rPr>
          <w:rFonts w:ascii="Times New Roman" w:hAnsi="Times New Roman" w:eastAsia="Times New Roman" w:cs="Times New Roman"/>
        </w:rPr>
        <w:t>“Tembiasakue ha maranduʼỹme Ñandejára Ñeʼẽ ohechauka pe ñorairõ pukuete oikóva añetegua ha jejavy apytépe. Pe ñorairõ gueteri oiko guive. Umi mbaʼe oikovaʼekue ojejapóta jey. Umi ñeʼẽjoavy yma guarã ojehupyty jeyta, ha arandupy pyahu opa ára osẽ meme vaʼerã. Péro Ñandejára retãyguakuéra, ijeroovia ha maranduʼỹ ñembopaje cumplimiento rupive oikéva pe tembiapo oñemoherakuã haguã pe marandu peteĩha, mokõiha ha mbohapyha umi ánhel rembiguái rehegua, oikuaa moõpa oñemboʼy. Oreko hikuái peteĩ jehasa ojehepymeʼẽvéva óro potĩ asýgui. Haʼekuéra oñemboʼy vaʼerã hatã itáicha, ojoko mbarete hag̃ua ijerovia ñepyrũmby pe ipaha peve.” Selected Messages, libro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peteĩsa poapy ha poteĩ.</dc:title>
  <dc:subject>Ojehe’akãvo Profesía: Revolusión Francesa, Putin rembiapo Rúsia-pe, ha pe Joavy Ucrania rehegua</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